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573E1" w14:textId="646CE81B" w:rsidR="00B76347" w:rsidRPr="00B76347" w:rsidRDefault="00B76347" w:rsidP="00B76347">
      <w:pPr>
        <w:pStyle w:val="berschrift1"/>
        <w:spacing w:line="360" w:lineRule="auto"/>
        <w:rPr>
          <w:rFonts w:ascii="Wiener Melange" w:eastAsia="Calibri" w:hAnsi="Wiener Melange" w:cs="Wiener Melange"/>
          <w:color w:val="auto"/>
          <w:lang w:val="de-DE"/>
        </w:rPr>
      </w:pPr>
      <w:r w:rsidRPr="00B76347">
        <w:rPr>
          <w:rFonts w:ascii="Wiener Melange" w:eastAsia="Calibri" w:hAnsi="Wiener Melange" w:cs="Wiener Melange"/>
          <w:color w:val="auto"/>
          <w:lang w:val="de-DE"/>
        </w:rPr>
        <w:t>Klinikkos</w:t>
      </w:r>
      <w:r>
        <w:rPr>
          <w:rFonts w:ascii="Wiener Melange" w:eastAsia="Calibri" w:hAnsi="Wiener Melange" w:cs="Wiener Melange"/>
          <w:color w:val="auto"/>
          <w:lang w:val="de-DE"/>
        </w:rPr>
        <w:t>m</w:t>
      </w:r>
      <w:r w:rsidRPr="00B76347">
        <w:rPr>
          <w:rFonts w:ascii="Wiener Melange" w:eastAsia="Calibri" w:hAnsi="Wiener Melange" w:cs="Wiener Melange"/>
          <w:color w:val="auto"/>
          <w:lang w:val="de-DE"/>
        </w:rPr>
        <w:t>o</w:t>
      </w:r>
      <w:r>
        <w:rPr>
          <w:rFonts w:ascii="Wiener Melange" w:eastAsia="Calibri" w:hAnsi="Wiener Melange" w:cs="Wiener Melange"/>
          <w:color w:val="auto"/>
          <w:lang w:val="de-DE"/>
        </w:rPr>
        <w:t>s</w:t>
      </w:r>
      <w:r w:rsidRPr="00B76347">
        <w:rPr>
          <w:rFonts w:ascii="Wiener Melange" w:eastAsia="Calibri" w:hAnsi="Wiener Melange" w:cs="Wiener Melange"/>
          <w:color w:val="auto"/>
          <w:lang w:val="de-DE"/>
        </w:rPr>
        <w:t xml:space="preserve"> – Der Wiener Gesundheitspodcast</w:t>
      </w:r>
    </w:p>
    <w:p w14:paraId="1A7B37C3" w14:textId="793E2B6F" w:rsidR="00B76347" w:rsidRPr="00B76347" w:rsidRDefault="00B76347" w:rsidP="00B76347">
      <w:pPr>
        <w:pStyle w:val="berschrift2"/>
        <w:spacing w:line="360" w:lineRule="auto"/>
        <w:rPr>
          <w:rFonts w:ascii="Wiener Melange" w:eastAsia="Calibri" w:hAnsi="Wiener Melange" w:cs="Wiener Melange"/>
          <w:color w:val="auto"/>
          <w:lang w:val="de-DE"/>
        </w:rPr>
      </w:pPr>
      <w:r w:rsidRPr="00B76347">
        <w:rPr>
          <w:rFonts w:ascii="Wiener Melange" w:eastAsia="Calibri" w:hAnsi="Wiener Melange" w:cs="Wiener Melange"/>
          <w:color w:val="auto"/>
          <w:lang w:val="de-DE"/>
        </w:rPr>
        <w:t>Folge Nummer 4</w:t>
      </w:r>
      <w:r>
        <w:rPr>
          <w:rFonts w:ascii="Wiener Melange" w:eastAsia="Calibri" w:hAnsi="Wiener Melange" w:cs="Wiener Melange"/>
          <w:color w:val="auto"/>
          <w:lang w:val="de-DE"/>
        </w:rPr>
        <w:t>4</w:t>
      </w:r>
      <w:r w:rsidRPr="00B76347">
        <w:rPr>
          <w:rFonts w:ascii="Wiener Melange" w:eastAsia="Calibri" w:hAnsi="Wiener Melange" w:cs="Wiener Melange"/>
          <w:color w:val="auto"/>
          <w:lang w:val="de-DE"/>
        </w:rPr>
        <w:t xml:space="preserve">: </w:t>
      </w:r>
      <w:r>
        <w:rPr>
          <w:rFonts w:ascii="Wiener Melange" w:eastAsia="Calibri" w:hAnsi="Wiener Melange" w:cs="Wiener Melange"/>
          <w:color w:val="auto"/>
          <w:lang w:val="de-DE"/>
        </w:rPr>
        <w:t xml:space="preserve">SPEZIALFOLGE </w:t>
      </w:r>
      <w:r w:rsidRPr="00B76347">
        <w:rPr>
          <w:rFonts w:ascii="Wiener Melange" w:eastAsia="Calibri" w:hAnsi="Wiener Melange" w:cs="Wiener Melange"/>
          <w:color w:val="auto"/>
          <w:lang w:val="de-DE"/>
        </w:rPr>
        <w:t xml:space="preserve">Rajko – </w:t>
      </w:r>
      <w:r w:rsidR="00631E68">
        <w:rPr>
          <w:rFonts w:ascii="Wiener Melange" w:eastAsia="Calibri" w:hAnsi="Wiener Melange" w:cs="Wiener Melange"/>
          <w:color w:val="auto"/>
          <w:lang w:val="de-DE"/>
        </w:rPr>
        <w:t>Z</w:t>
      </w:r>
      <w:r w:rsidRPr="00B76347">
        <w:rPr>
          <w:rFonts w:ascii="Wiener Melange" w:eastAsia="Calibri" w:hAnsi="Wiener Melange" w:cs="Wiener Melange"/>
          <w:color w:val="auto"/>
          <w:lang w:val="de-DE"/>
        </w:rPr>
        <w:t>weimal zurück ins Leben</w:t>
      </w:r>
    </w:p>
    <w:p w14:paraId="7F0547F7" w14:textId="67246DF0" w:rsidR="00B76347" w:rsidRPr="00B76347" w:rsidRDefault="00B76347" w:rsidP="00B76347">
      <w:pPr>
        <w:rPr>
          <w:rFonts w:ascii="Wiener Melange" w:eastAsia="Calibri" w:hAnsi="Wiener Melange" w:cs="Wiener Melange"/>
          <w:b/>
          <w:bCs/>
          <w:sz w:val="24"/>
          <w:szCs w:val="24"/>
          <w:lang w:val="de-DE"/>
        </w:rPr>
      </w:pPr>
      <w:r w:rsidRPr="00B76347">
        <w:rPr>
          <w:rFonts w:ascii="Wiener Melange" w:eastAsia="Calibri" w:hAnsi="Wiener Melange" w:cs="Wiener Melange"/>
          <w:b/>
          <w:bCs/>
          <w:sz w:val="24"/>
          <w:szCs w:val="24"/>
          <w:lang w:val="de-DE"/>
        </w:rPr>
        <w:t>Kurzzusammenfassung:</w:t>
      </w:r>
    </w:p>
    <w:p w14:paraId="2ECC904D" w14:textId="00316BDE" w:rsidR="00B17EC7" w:rsidRPr="00B17EC7" w:rsidRDefault="00B17EC7" w:rsidP="00B17EC7">
      <w:pPr>
        <w:rPr>
          <w:rFonts w:ascii="Wiener Melange" w:eastAsia="Calibri" w:hAnsi="Wiener Melange" w:cs="Wiener Melange"/>
          <w:sz w:val="24"/>
          <w:szCs w:val="24"/>
          <w:lang w:val="de-DE"/>
        </w:rPr>
      </w:pPr>
      <w:r w:rsidRPr="00B17EC7">
        <w:rPr>
          <w:rFonts w:ascii="Wiener Melange" w:eastAsia="Calibri" w:hAnsi="Wiener Melange" w:cs="Wiener Melange"/>
          <w:sz w:val="24"/>
          <w:szCs w:val="24"/>
          <w:lang w:val="de-DE"/>
        </w:rPr>
        <w:t xml:space="preserve">Ein Herzinfarkt kann mit unscheinbaren Beschwerden beginnen und innerhalb weniger Minuten lebensbedrohlich werden. In dieser Spezialfolge von KLINIKKOSMOS erzählen Lisa &amp; Lisa die Geschichte von Rajko, der im Februar 2025 einen schweren Herzinfarkt erleidet und </w:t>
      </w:r>
      <w:r>
        <w:rPr>
          <w:rFonts w:ascii="Wiener Melange" w:eastAsia="Calibri" w:hAnsi="Wiener Melange" w:cs="Wiener Melange"/>
          <w:sz w:val="24"/>
          <w:szCs w:val="24"/>
          <w:lang w:val="de-DE"/>
        </w:rPr>
        <w:t xml:space="preserve">gleich </w:t>
      </w:r>
      <w:r w:rsidRPr="00B17EC7">
        <w:rPr>
          <w:rFonts w:ascii="Wiener Melange" w:eastAsia="Calibri" w:hAnsi="Wiener Melange" w:cs="Wiener Melange"/>
          <w:sz w:val="24"/>
          <w:szCs w:val="24"/>
          <w:lang w:val="de-DE"/>
        </w:rPr>
        <w:t>zweimal reanimiert werden muss. Aus fünf unterschiedlichen Perspektiven wird sichtbar, wie eine Rettungskette funktioniert und wie viele Menschen dabei ineinandergreifen.</w:t>
      </w:r>
    </w:p>
    <w:p w14:paraId="41D85F9D" w14:textId="425ABC66" w:rsidR="00B17EC7" w:rsidRPr="00B17EC7" w:rsidRDefault="00B17EC7" w:rsidP="00B17EC7">
      <w:pPr>
        <w:rPr>
          <w:rFonts w:ascii="Wiener Melange" w:eastAsia="Calibri" w:hAnsi="Wiener Melange" w:cs="Wiener Melange"/>
          <w:sz w:val="24"/>
          <w:szCs w:val="24"/>
          <w:lang w:val="de-DE"/>
        </w:rPr>
      </w:pPr>
      <w:r>
        <w:rPr>
          <w:rFonts w:ascii="Wiener Melange" w:eastAsia="Calibri" w:hAnsi="Wiener Melange" w:cs="Wiener Melange"/>
          <w:sz w:val="24"/>
          <w:szCs w:val="24"/>
          <w:lang w:val="de-DE"/>
        </w:rPr>
        <w:t>Es ist ein</w:t>
      </w:r>
      <w:r w:rsidRPr="00B17EC7">
        <w:rPr>
          <w:rFonts w:ascii="Wiener Melange" w:eastAsia="Calibri" w:hAnsi="Wiener Melange" w:cs="Wiener Melange"/>
          <w:sz w:val="24"/>
          <w:szCs w:val="24"/>
          <w:lang w:val="de-DE"/>
        </w:rPr>
        <w:t xml:space="preserve"> Wettlauf gegen die Zeit: von der ersten Hilfe durch die Rettung über den Notarzthubschrauber bis zur Vorbereitung im Herzkatheterlabor der Klinik Floridsdorf. Kardiologe Thomas, Pflegekraft Carmen und Radiologietechnologin Johanna geben Einblicke in ihre Aufgaben und zeigen, wie wichtig klare Abläufe, Training und Zusammenarbeit im Notfall sind. Innerhalb weniger Minuten wird das verschlossene Herzkranzgefäß mithilfe eines Katheters geöffnet und ein Stent eingesetzt.</w:t>
      </w:r>
      <w:r>
        <w:rPr>
          <w:rFonts w:ascii="Wiener Melange" w:eastAsia="Calibri" w:hAnsi="Wiener Melange" w:cs="Wiener Melange"/>
          <w:sz w:val="24"/>
          <w:szCs w:val="24"/>
          <w:lang w:val="de-DE"/>
        </w:rPr>
        <w:t xml:space="preserve"> </w:t>
      </w:r>
      <w:r w:rsidRPr="00B17EC7">
        <w:rPr>
          <w:rFonts w:ascii="Wiener Melange" w:eastAsia="Calibri" w:hAnsi="Wiener Melange" w:cs="Wiener Melange"/>
          <w:sz w:val="24"/>
          <w:szCs w:val="24"/>
          <w:lang w:val="de-DE"/>
        </w:rPr>
        <w:t xml:space="preserve">Doch mit dem erfolgreichen Eingriff ist die Geschichte noch nicht zu Ende. Nach zwei Herzstillständen bleibt die Frage, wie Rajkos Körper den Notfall verkraftet hat. Für seinen Sohn Daniel beginnt das bange Warten. </w:t>
      </w:r>
    </w:p>
    <w:p w14:paraId="2CD0BAE6" w14:textId="476DA1FD" w:rsidR="00B17EC7" w:rsidRPr="00B17EC7" w:rsidRDefault="00B17EC7" w:rsidP="00B17EC7">
      <w:pPr>
        <w:rPr>
          <w:rFonts w:ascii="Wiener Melange" w:eastAsia="Calibri" w:hAnsi="Wiener Melange" w:cs="Wiener Melange"/>
          <w:sz w:val="24"/>
          <w:szCs w:val="24"/>
          <w:lang w:val="de-DE"/>
        </w:rPr>
      </w:pPr>
      <w:r w:rsidRPr="00B17EC7">
        <w:rPr>
          <w:rFonts w:ascii="Wiener Melange" w:eastAsia="Calibri" w:hAnsi="Wiener Melange" w:cs="Wiener Melange"/>
          <w:b/>
          <w:bCs/>
          <w:sz w:val="24"/>
          <w:szCs w:val="24"/>
          <w:lang w:val="de-DE"/>
        </w:rPr>
        <w:t>Folgennummer:</w:t>
      </w:r>
      <w:r w:rsidRPr="00B17EC7">
        <w:rPr>
          <w:rFonts w:ascii="Wiener Melange" w:eastAsia="Calibri" w:hAnsi="Wiener Melange" w:cs="Wiener Melange"/>
          <w:sz w:val="24"/>
          <w:szCs w:val="24"/>
          <w:lang w:val="de-DE"/>
        </w:rPr>
        <w:t xml:space="preserve"> </w:t>
      </w:r>
      <w:r>
        <w:rPr>
          <w:rFonts w:ascii="Wiener Melange" w:eastAsia="Calibri" w:hAnsi="Wiener Melange" w:cs="Wiener Melange"/>
          <w:sz w:val="24"/>
          <w:szCs w:val="24"/>
          <w:lang w:val="de-DE"/>
        </w:rPr>
        <w:t>Vierundvierzig</w:t>
      </w:r>
    </w:p>
    <w:p w14:paraId="5E9EC785" w14:textId="58C8A597" w:rsidR="00B17EC7" w:rsidRPr="00B17EC7" w:rsidRDefault="00B17EC7" w:rsidP="00B17EC7">
      <w:pPr>
        <w:rPr>
          <w:rFonts w:ascii="Wiener Melange" w:eastAsia="Calibri" w:hAnsi="Wiener Melange" w:cs="Wiener Melange"/>
          <w:sz w:val="24"/>
          <w:szCs w:val="24"/>
          <w:lang w:val="de-DE"/>
        </w:rPr>
      </w:pPr>
      <w:r w:rsidRPr="00B17EC7">
        <w:rPr>
          <w:rFonts w:ascii="Wiener Melange" w:eastAsia="Calibri" w:hAnsi="Wiener Melange" w:cs="Wiener Melange"/>
          <w:b/>
          <w:bCs/>
          <w:sz w:val="24"/>
          <w:szCs w:val="24"/>
          <w:lang w:val="de-DE"/>
        </w:rPr>
        <w:t>Veröffentlichungsdatum:</w:t>
      </w:r>
      <w:r w:rsidRPr="00B17EC7">
        <w:rPr>
          <w:rFonts w:ascii="Wiener Melange" w:eastAsia="Calibri" w:hAnsi="Wiener Melange" w:cs="Wiener Melange"/>
          <w:sz w:val="24"/>
          <w:szCs w:val="24"/>
          <w:lang w:val="de-DE"/>
        </w:rPr>
        <w:t xml:space="preserve"> </w:t>
      </w:r>
      <w:r>
        <w:rPr>
          <w:rFonts w:ascii="Wiener Melange" w:eastAsia="Calibri" w:hAnsi="Wiener Melange" w:cs="Wiener Melange"/>
          <w:sz w:val="24"/>
          <w:szCs w:val="24"/>
          <w:lang w:val="de-DE"/>
        </w:rPr>
        <w:t>3.9.2026</w:t>
      </w:r>
    </w:p>
    <w:p w14:paraId="0C591B7A" w14:textId="1B066478" w:rsidR="00B17EC7" w:rsidRPr="00B17EC7" w:rsidRDefault="00B17EC7" w:rsidP="00B17EC7">
      <w:pPr>
        <w:rPr>
          <w:rFonts w:ascii="Wiener Melange" w:eastAsia="Calibri" w:hAnsi="Wiener Melange" w:cs="Wiener Melange"/>
          <w:sz w:val="24"/>
          <w:szCs w:val="24"/>
          <w:lang w:val="de-DE"/>
        </w:rPr>
      </w:pPr>
      <w:r w:rsidRPr="00B17EC7">
        <w:rPr>
          <w:rFonts w:ascii="Wiener Melange" w:eastAsia="Calibri" w:hAnsi="Wiener Melange" w:cs="Wiener Melange"/>
          <w:b/>
          <w:bCs/>
          <w:sz w:val="24"/>
          <w:szCs w:val="24"/>
          <w:lang w:val="de-DE"/>
        </w:rPr>
        <w:t>Dauer der Folge</w:t>
      </w:r>
      <w:r w:rsidR="00BA1521">
        <w:rPr>
          <w:rFonts w:ascii="Wiener Melange" w:eastAsia="Calibri" w:hAnsi="Wiener Melange" w:cs="Wiener Melange"/>
          <w:b/>
          <w:bCs/>
          <w:sz w:val="24"/>
          <w:szCs w:val="24"/>
          <w:lang w:val="de-DE"/>
        </w:rPr>
        <w:t xml:space="preserve">: </w:t>
      </w:r>
      <w:r w:rsidR="00BA1521" w:rsidRPr="00BA1521">
        <w:rPr>
          <w:rFonts w:ascii="Wiener Melange" w:eastAsia="Calibri" w:hAnsi="Wiener Melange" w:cs="Wiener Melange"/>
          <w:sz w:val="24"/>
          <w:szCs w:val="24"/>
          <w:lang w:val="de-DE"/>
        </w:rPr>
        <w:t>40:31</w:t>
      </w:r>
    </w:p>
    <w:p w14:paraId="517FC8D9" w14:textId="1B50A182" w:rsidR="00B17EC7" w:rsidRPr="00B17EC7" w:rsidRDefault="00B17EC7" w:rsidP="00B17EC7">
      <w:pPr>
        <w:rPr>
          <w:rFonts w:ascii="Wiener Melange" w:eastAsia="Calibri" w:hAnsi="Wiener Melange" w:cs="Wiener Melange"/>
          <w:sz w:val="24"/>
          <w:szCs w:val="24"/>
          <w:lang w:val="de-DE"/>
        </w:rPr>
      </w:pPr>
      <w:r w:rsidRPr="00B17EC7">
        <w:rPr>
          <w:rFonts w:ascii="Wiener Melange" w:eastAsia="Calibri" w:hAnsi="Wiener Melange" w:cs="Wiener Melange"/>
          <w:b/>
          <w:bCs/>
          <w:sz w:val="24"/>
          <w:szCs w:val="24"/>
          <w:lang w:val="de-DE"/>
        </w:rPr>
        <w:t>Thema:</w:t>
      </w:r>
      <w:r w:rsidRPr="00B17EC7">
        <w:rPr>
          <w:rFonts w:ascii="Wiener Melange" w:eastAsia="Calibri" w:hAnsi="Wiener Melange" w:cs="Wiener Melange"/>
          <w:sz w:val="24"/>
          <w:szCs w:val="24"/>
          <w:lang w:val="de-DE"/>
        </w:rPr>
        <w:t xml:space="preserve"> Herzinfarkt, Notfallmedizin, Rettungskette, Herzkatheter</w:t>
      </w:r>
    </w:p>
    <w:p w14:paraId="2E490925" w14:textId="77777777" w:rsidR="00B17EC7" w:rsidRPr="00B17EC7" w:rsidRDefault="00B17EC7" w:rsidP="00B17EC7">
      <w:pPr>
        <w:rPr>
          <w:rFonts w:ascii="Wiener Melange" w:eastAsia="Calibri" w:hAnsi="Wiener Melange" w:cs="Wiener Melange"/>
          <w:sz w:val="24"/>
          <w:szCs w:val="24"/>
          <w:lang w:val="de-DE"/>
        </w:rPr>
      </w:pPr>
      <w:r w:rsidRPr="00B17EC7">
        <w:rPr>
          <w:rFonts w:ascii="Wiener Melange" w:eastAsia="Calibri" w:hAnsi="Wiener Melange" w:cs="Wiener Melange"/>
          <w:b/>
          <w:bCs/>
          <w:sz w:val="24"/>
          <w:szCs w:val="24"/>
          <w:lang w:val="de-DE"/>
        </w:rPr>
        <w:t>Ort:</w:t>
      </w:r>
      <w:r w:rsidRPr="00B17EC7">
        <w:rPr>
          <w:rFonts w:ascii="Wiener Melange" w:eastAsia="Calibri" w:hAnsi="Wiener Melange" w:cs="Wiener Melange"/>
          <w:sz w:val="24"/>
          <w:szCs w:val="24"/>
          <w:lang w:val="de-DE"/>
        </w:rPr>
        <w:t xml:space="preserve"> Klinik Floridsdorf, Herzkatheterlabor</w:t>
      </w:r>
    </w:p>
    <w:p w14:paraId="42F0A1E3" w14:textId="77777777" w:rsidR="00B17EC7" w:rsidRPr="00B17EC7" w:rsidRDefault="00B17EC7" w:rsidP="00B17EC7">
      <w:pPr>
        <w:rPr>
          <w:rFonts w:ascii="Wiener Melange" w:eastAsia="Calibri" w:hAnsi="Wiener Melange" w:cs="Wiener Melange"/>
          <w:sz w:val="24"/>
          <w:szCs w:val="24"/>
          <w:lang w:val="de-DE"/>
        </w:rPr>
      </w:pPr>
      <w:r w:rsidRPr="00B17EC7">
        <w:rPr>
          <w:rFonts w:ascii="Wiener Melange" w:eastAsia="Calibri" w:hAnsi="Wiener Melange" w:cs="Wiener Melange"/>
          <w:b/>
          <w:bCs/>
          <w:sz w:val="24"/>
          <w:szCs w:val="24"/>
          <w:lang w:val="de-DE"/>
        </w:rPr>
        <w:t>Interviewgäste:</w:t>
      </w:r>
      <w:r w:rsidRPr="00B17EC7">
        <w:rPr>
          <w:rFonts w:ascii="Wiener Melange" w:eastAsia="Calibri" w:hAnsi="Wiener Melange" w:cs="Wiener Melange"/>
          <w:sz w:val="24"/>
          <w:szCs w:val="24"/>
          <w:lang w:val="de-DE"/>
        </w:rPr>
        <w:t xml:space="preserve"> Rajko und Daniel sowie Thomas Publig (Kardiologie), Carmen (DGKP) und Johanna (Radiologietechnologie)</w:t>
      </w:r>
    </w:p>
    <w:p w14:paraId="612DB0E0" w14:textId="1145124B" w:rsidR="00B76347" w:rsidRPr="00B76347" w:rsidRDefault="00B76347" w:rsidP="00B76347">
      <w:pPr>
        <w:rPr>
          <w:rFonts w:ascii="Wiener Melange" w:eastAsia="Calibri" w:hAnsi="Wiener Melange" w:cs="Wiener Melange"/>
          <w:sz w:val="24"/>
          <w:szCs w:val="24"/>
          <w:lang w:val="de-DE"/>
        </w:rPr>
      </w:pPr>
      <w:r w:rsidRPr="00B76347">
        <w:rPr>
          <w:rFonts w:ascii="Wiener Melange" w:eastAsia="Calibri" w:hAnsi="Wiener Melange" w:cs="Wiener Melange"/>
          <w:sz w:val="24"/>
          <w:szCs w:val="24"/>
          <w:lang w:val="de-DE"/>
        </w:rPr>
        <w:br w:type="page"/>
      </w:r>
    </w:p>
    <w:p w14:paraId="30E764F5" w14:textId="77777777" w:rsidR="00B76347" w:rsidRPr="00B76347" w:rsidRDefault="00B76347" w:rsidP="00B76347">
      <w:pPr>
        <w:pStyle w:val="berschrift2"/>
        <w:rPr>
          <w:rFonts w:ascii="Wiener Melange" w:eastAsia="Calibri" w:hAnsi="Wiener Melange" w:cs="Wiener Melange"/>
          <w:color w:val="auto"/>
          <w:lang w:val="de-DE"/>
        </w:rPr>
      </w:pPr>
      <w:r w:rsidRPr="00B76347">
        <w:rPr>
          <w:rFonts w:ascii="Wiener Melange" w:eastAsia="Calibri" w:hAnsi="Wiener Melange" w:cs="Wiener Melange"/>
          <w:color w:val="auto"/>
          <w:lang w:val="de-DE"/>
        </w:rPr>
        <w:lastRenderedPageBreak/>
        <w:t>Podcast Beginn</w:t>
      </w:r>
    </w:p>
    <w:p w14:paraId="223E66B5" w14:textId="77777777" w:rsidR="00B76347" w:rsidRDefault="00B76347" w:rsidP="00B76347">
      <w:pPr>
        <w:pStyle w:val="Rolle"/>
        <w:rPr>
          <w:rFonts w:ascii="Wiener Melange" w:eastAsia="Wiener Melange" w:hAnsi="Wiener Melange" w:cs="Wiener Melange"/>
          <w:b w:val="0"/>
          <w:bCs/>
          <w:sz w:val="24"/>
          <w:szCs w:val="24"/>
          <w:lang w:val="de-DE"/>
        </w:rPr>
      </w:pPr>
      <w:bookmarkStart w:id="0" w:name="_Hlk207294488"/>
      <w:r w:rsidRPr="00B76347">
        <w:rPr>
          <w:rFonts w:ascii="Wiener Melange" w:eastAsia="Wiener Melange" w:hAnsi="Wiener Melange" w:cs="Wiener Melange"/>
          <w:sz w:val="24"/>
          <w:szCs w:val="24"/>
          <w:lang w:val="de-DE"/>
        </w:rPr>
        <w:t>Daniel:</w:t>
      </w:r>
      <w:r>
        <w:rPr>
          <w:rFonts w:ascii="Wiener Melange" w:eastAsia="Wiener Melange" w:hAnsi="Wiener Melange" w:cs="Wiener Melange"/>
          <w:b w:val="0"/>
          <w:bCs/>
          <w:sz w:val="24"/>
          <w:szCs w:val="24"/>
          <w:lang w:val="de-DE"/>
        </w:rPr>
        <w:t xml:space="preserve"> </w:t>
      </w:r>
      <w:r w:rsidRPr="00B76347">
        <w:rPr>
          <w:rFonts w:ascii="Wiener Melange" w:eastAsia="Wiener Melange" w:hAnsi="Wiener Melange" w:cs="Wiener Melange"/>
          <w:b w:val="0"/>
          <w:bCs/>
          <w:sz w:val="24"/>
          <w:szCs w:val="24"/>
          <w:lang w:val="de-DE"/>
        </w:rPr>
        <w:t xml:space="preserve">Das waren Sekunden. Ich wollte schon wegfahren. Wäre </w:t>
      </w:r>
      <w:proofErr w:type="gramStart"/>
      <w:r w:rsidRPr="00B76347">
        <w:rPr>
          <w:rFonts w:ascii="Wiener Melange" w:eastAsia="Wiener Melange" w:hAnsi="Wiener Melange" w:cs="Wiener Melange"/>
          <w:b w:val="0"/>
          <w:bCs/>
          <w:sz w:val="24"/>
          <w:szCs w:val="24"/>
          <w:lang w:val="de-DE"/>
        </w:rPr>
        <w:t>wirklich die</w:t>
      </w:r>
      <w:proofErr w:type="gramEnd"/>
      <w:r w:rsidRPr="00B76347">
        <w:rPr>
          <w:rFonts w:ascii="Wiener Melange" w:eastAsia="Wiener Melange" w:hAnsi="Wiener Melange" w:cs="Wiener Melange"/>
          <w:b w:val="0"/>
          <w:bCs/>
          <w:sz w:val="24"/>
          <w:szCs w:val="24"/>
          <w:lang w:val="de-DE"/>
        </w:rPr>
        <w:t xml:space="preserve"> Rettung 10 Sekunden später, er wäre wahrscheinlich neben mir gestorben.</w:t>
      </w:r>
    </w:p>
    <w:p w14:paraId="273409BA" w14:textId="77777777" w:rsidR="00B76347" w:rsidRPr="00B76347" w:rsidRDefault="00B76347" w:rsidP="00B76347">
      <w:pPr>
        <w:pStyle w:val="berschrift3"/>
        <w:rPr>
          <w:rFonts w:ascii="Wiener Melange" w:eastAsia="Calibri" w:hAnsi="Wiener Melange" w:cs="Wiener Melange"/>
          <w:color w:val="auto"/>
          <w:lang w:val="de-DE"/>
        </w:rPr>
      </w:pPr>
      <w:r w:rsidRPr="00B76347">
        <w:rPr>
          <w:rFonts w:ascii="Wiener Melange" w:eastAsia="Calibri" w:hAnsi="Wiener Melange" w:cs="Wiener Melange"/>
          <w:color w:val="auto"/>
          <w:lang w:val="de-DE"/>
        </w:rPr>
        <w:t xml:space="preserve">Intro </w:t>
      </w:r>
    </w:p>
    <w:p w14:paraId="1265F3C6" w14:textId="77777777" w:rsidR="00B76347" w:rsidRPr="00B76347" w:rsidRDefault="00B76347" w:rsidP="00B76347">
      <w:pPr>
        <w:rPr>
          <w:rFonts w:ascii="Wiener Melange" w:eastAsia="Calibri" w:hAnsi="Wiener Melange" w:cs="Wiener Melange"/>
          <w:i/>
          <w:lang w:val="de-DE"/>
        </w:rPr>
      </w:pPr>
      <w:r w:rsidRPr="00B76347">
        <w:rPr>
          <w:rFonts w:ascii="Wiener Melange" w:eastAsia="Calibri" w:hAnsi="Wiener Melange" w:cs="Wiener Melange"/>
          <w:i/>
          <w:lang w:val="de-DE"/>
        </w:rPr>
        <w:t>[Intro-Musik] Intro: *Klinikkosmos, der Wiener Gesundheitspodcast.</w:t>
      </w:r>
      <w:r w:rsidRPr="00B76347">
        <w:rPr>
          <w:rFonts w:ascii="Wiener Melange" w:hAnsi="Wiener Melange" w:cs="Wiener Melange"/>
          <w:i/>
          <w:lang w:val="de-DE"/>
        </w:rPr>
        <w:t xml:space="preserve"> </w:t>
      </w:r>
      <w:r w:rsidRPr="00B76347">
        <w:rPr>
          <w:rFonts w:ascii="Wiener Melange" w:eastAsia="Calibri" w:hAnsi="Wiener Melange" w:cs="Wiener Melange"/>
          <w:i/>
          <w:lang w:val="de-DE"/>
        </w:rPr>
        <w:t xml:space="preserve">Echte Geschichten von echten Menschen im Wiener </w:t>
      </w:r>
      <w:proofErr w:type="gramStart"/>
      <w:r w:rsidRPr="00B76347">
        <w:rPr>
          <w:rFonts w:ascii="Wiener Melange" w:eastAsia="Calibri" w:hAnsi="Wiener Melange" w:cs="Wiener Melange"/>
          <w:i/>
          <w:lang w:val="de-DE"/>
        </w:rPr>
        <w:t>Gesundheitsverbund.*</w:t>
      </w:r>
      <w:bookmarkEnd w:id="0"/>
      <w:proofErr w:type="gramEnd"/>
    </w:p>
    <w:p w14:paraId="3A8D8413" w14:textId="7CFA9613" w:rsidR="00063A5F" w:rsidRPr="006363EA" w:rsidRDefault="00B76347" w:rsidP="00B76347">
      <w:pPr>
        <w:pStyle w:val="Rolle"/>
        <w:rPr>
          <w:rFonts w:ascii="Wiener Melange" w:eastAsia="Wiener Melange" w:hAnsi="Wiener Melange" w:cs="Wiener Melange"/>
          <w:sz w:val="24"/>
          <w:szCs w:val="24"/>
          <w:lang w:val="de-DE"/>
        </w:rPr>
      </w:pPr>
      <w:r>
        <w:rPr>
          <w:rFonts w:ascii="Wiener Melange" w:eastAsia="Wiener Melange" w:hAnsi="Wiener Melange" w:cs="Wiener Melange"/>
          <w:sz w:val="24"/>
          <w:szCs w:val="24"/>
          <w:lang w:val="de-DE"/>
        </w:rPr>
        <w:t xml:space="preserve">Lisa N.: </w:t>
      </w:r>
      <w:r w:rsidR="2C60BBA8" w:rsidRPr="00B76347">
        <w:rPr>
          <w:rFonts w:ascii="Wiener Melange" w:eastAsia="Wiener Melange" w:hAnsi="Wiener Melange" w:cs="Wiener Melange"/>
          <w:b w:val="0"/>
          <w:bCs/>
          <w:sz w:val="24"/>
          <w:szCs w:val="24"/>
          <w:lang w:val="de-DE"/>
        </w:rPr>
        <w:t>Hallo und herzlich willkommen zur ersten Spezialfolge von KLINIKKOSMOS.</w:t>
      </w:r>
    </w:p>
    <w:p w14:paraId="5228617E" w14:textId="7412432B" w:rsidR="00063A5F" w:rsidRPr="006363EA" w:rsidRDefault="00B76347" w:rsidP="5957DE13">
      <w:pPr>
        <w:pStyle w:val="Rolle"/>
        <w:rPr>
          <w:rFonts w:ascii="Wiener Melange" w:eastAsia="Wiener Melange" w:hAnsi="Wiener Melange" w:cs="Wiener Melange"/>
          <w:b w:val="0"/>
          <w:sz w:val="24"/>
          <w:szCs w:val="24"/>
          <w:lang w:val="de-DE"/>
        </w:rPr>
      </w:pPr>
      <w:r>
        <w:rPr>
          <w:rFonts w:ascii="Wiener Melange" w:eastAsia="Wiener Melange" w:hAnsi="Wiener Melange" w:cs="Wiener Melange"/>
          <w:sz w:val="24"/>
          <w:szCs w:val="24"/>
          <w:lang w:val="de-DE"/>
        </w:rPr>
        <w:t>Lisa S.:</w:t>
      </w:r>
      <w:r>
        <w:rPr>
          <w:lang w:val="de-DE"/>
        </w:rPr>
        <w:t xml:space="preserve"> </w:t>
      </w:r>
      <w:r w:rsidR="2C60BBA8" w:rsidRPr="507391C7">
        <w:rPr>
          <w:rFonts w:ascii="Wiener Melange" w:eastAsia="Wiener Melange" w:hAnsi="Wiener Melange" w:cs="Wiener Melange"/>
          <w:b w:val="0"/>
          <w:sz w:val="24"/>
          <w:szCs w:val="24"/>
          <w:lang w:val="de-DE"/>
        </w:rPr>
        <w:t>Wir nehmen euch wieder mit auf eine Reise in den Wiener Gesundheitsverbund – aber anders, als ihr es von uns kennt.</w:t>
      </w:r>
      <w:r w:rsidR="60E44300" w:rsidRPr="507391C7">
        <w:rPr>
          <w:rFonts w:ascii="Wiener Melange" w:eastAsia="Wiener Melange" w:hAnsi="Wiener Melange" w:cs="Wiener Melange"/>
          <w:b w:val="0"/>
          <w:sz w:val="24"/>
          <w:szCs w:val="24"/>
          <w:lang w:val="de-DE"/>
        </w:rPr>
        <w:t xml:space="preserve"> </w:t>
      </w:r>
    </w:p>
    <w:p w14:paraId="61F5DA9D" w14:textId="32499823" w:rsidR="00063A5F" w:rsidRPr="006363EA" w:rsidRDefault="00B76347" w:rsidP="5957DE13">
      <w:pPr>
        <w:spacing w:after="10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1C583A">
        <w:rPr>
          <w:lang w:val="de-DE"/>
        </w:rPr>
        <w:t xml:space="preserve"> </w:t>
      </w:r>
      <w:r w:rsidR="598F5297" w:rsidRPr="507391C7">
        <w:rPr>
          <w:rFonts w:ascii="Wiener Melange" w:eastAsia="Wiener Melange" w:hAnsi="Wiener Melange" w:cs="Wiener Melange"/>
          <w:sz w:val="24"/>
          <w:szCs w:val="24"/>
          <w:lang w:val="de-DE"/>
        </w:rPr>
        <w:t>Denn heute erzählen wir eine Geschichte, wie wir sie noch nie erzählt haben.</w:t>
      </w:r>
      <w:r w:rsidR="71D41B2C" w:rsidRPr="507391C7">
        <w:rPr>
          <w:rFonts w:ascii="Wiener Melange" w:eastAsia="Wiener Melange" w:hAnsi="Wiener Melange" w:cs="Wiener Melange"/>
          <w:sz w:val="24"/>
          <w:szCs w:val="24"/>
          <w:lang w:val="de-DE"/>
        </w:rPr>
        <w:t xml:space="preserve"> </w:t>
      </w:r>
    </w:p>
    <w:p w14:paraId="1915C643" w14:textId="09EF6AF1" w:rsidR="1AEFE220" w:rsidRPr="00BE617F" w:rsidRDefault="00B76347" w:rsidP="507391C7">
      <w:pPr>
        <w:spacing w:before="240" w:after="240"/>
        <w:rPr>
          <w:lang w:val="de-DE"/>
        </w:rPr>
      </w:pPr>
      <w:r>
        <w:rPr>
          <w:rFonts w:ascii="Wiener Melange" w:eastAsia="Wiener Melange" w:hAnsi="Wiener Melange" w:cs="Wiener Melange"/>
          <w:b/>
          <w:bCs/>
          <w:sz w:val="24"/>
          <w:szCs w:val="24"/>
          <w:lang w:val="de-DE"/>
        </w:rPr>
        <w:t>Lisa S.:</w:t>
      </w:r>
      <w:r w:rsidR="00B87921">
        <w:rPr>
          <w:lang w:val="de-DE"/>
        </w:rPr>
        <w:t xml:space="preserve"> </w:t>
      </w:r>
      <w:r w:rsidR="1AEFE220" w:rsidRPr="507391C7">
        <w:rPr>
          <w:rFonts w:ascii="Wiener Melange" w:eastAsia="Wiener Melange" w:hAnsi="Wiener Melange" w:cs="Wiener Melange"/>
          <w:sz w:val="24"/>
          <w:szCs w:val="24"/>
          <w:lang w:val="de-DE"/>
        </w:rPr>
        <w:t xml:space="preserve">Und das nicht nur zum Hören, sondern auch zum Sehen. Denn manche Momente erzählen sich </w:t>
      </w:r>
      <w:r w:rsidR="00B87921">
        <w:rPr>
          <w:rFonts w:ascii="Wiener Melange" w:eastAsia="Wiener Melange" w:hAnsi="Wiener Melange" w:cs="Wiener Melange"/>
          <w:sz w:val="24"/>
          <w:szCs w:val="24"/>
          <w:lang w:val="de-DE"/>
        </w:rPr>
        <w:t>einfach</w:t>
      </w:r>
      <w:r w:rsidR="1AEFE220" w:rsidRPr="507391C7">
        <w:rPr>
          <w:rFonts w:ascii="Wiener Melange" w:eastAsia="Wiener Melange" w:hAnsi="Wiener Melange" w:cs="Wiener Melange"/>
          <w:sz w:val="24"/>
          <w:szCs w:val="24"/>
          <w:lang w:val="de-DE"/>
        </w:rPr>
        <w:t xml:space="preserve"> eindrucksvoller, wenn man die Menschen dahinter erlebt.</w:t>
      </w:r>
      <w:r w:rsidR="70A385E7" w:rsidRPr="507391C7">
        <w:rPr>
          <w:rFonts w:ascii="Wiener Melange" w:eastAsia="Wiener Melange" w:hAnsi="Wiener Melange" w:cs="Wiener Melange"/>
          <w:sz w:val="24"/>
          <w:szCs w:val="24"/>
          <w:lang w:val="de-DE"/>
        </w:rPr>
        <w:t xml:space="preserve"> </w:t>
      </w:r>
      <w:proofErr w:type="spellStart"/>
      <w:r w:rsidR="23AE64E6" w:rsidRPr="507391C7">
        <w:rPr>
          <w:rFonts w:ascii="Wiener Melange" w:eastAsia="Wiener Melange" w:hAnsi="Wiener Melange" w:cs="Wiener Melange"/>
          <w:sz w:val="24"/>
          <w:szCs w:val="24"/>
          <w:lang w:val="de-DE"/>
        </w:rPr>
        <w:t>Des</w:t>
      </w:r>
      <w:r w:rsidR="00B87921">
        <w:rPr>
          <w:rFonts w:ascii="Wiener Melange" w:eastAsia="Wiener Melange" w:hAnsi="Wiener Melange" w:cs="Wiener Melange"/>
          <w:sz w:val="24"/>
          <w:szCs w:val="24"/>
          <w:lang w:val="de-DE"/>
        </w:rPr>
        <w:t>wegensind</w:t>
      </w:r>
      <w:proofErr w:type="spellEnd"/>
      <w:r w:rsidR="23AE64E6" w:rsidRPr="507391C7">
        <w:rPr>
          <w:rFonts w:ascii="Wiener Melange" w:eastAsia="Wiener Melange" w:hAnsi="Wiener Melange" w:cs="Wiener Melange"/>
          <w:sz w:val="24"/>
          <w:szCs w:val="24"/>
          <w:lang w:val="de-DE"/>
        </w:rPr>
        <w:t xml:space="preserve"> unsere Spezialfolgen Videofolgen.</w:t>
      </w:r>
    </w:p>
    <w:p w14:paraId="4B441E3F" w14:textId="397496DA" w:rsidR="00063A5F" w:rsidRPr="006363EA"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B87921">
        <w:rPr>
          <w:lang w:val="de-DE"/>
        </w:rPr>
        <w:t xml:space="preserve"> </w:t>
      </w:r>
      <w:r w:rsidR="20424284" w:rsidRPr="507391C7">
        <w:rPr>
          <w:rFonts w:ascii="Wiener Melange" w:eastAsia="Wiener Melange" w:hAnsi="Wiener Melange" w:cs="Wiener Melange"/>
          <w:sz w:val="24"/>
          <w:szCs w:val="24"/>
          <w:lang w:val="de-DE"/>
        </w:rPr>
        <w:t xml:space="preserve">Jede Geschichte hat mehrere Seiten. Gerade in einem Notfall erlebt jede beteiligte Person denselben Moment auf ihre </w:t>
      </w:r>
      <w:proofErr w:type="gramStart"/>
      <w:r w:rsidR="20424284" w:rsidRPr="507391C7">
        <w:rPr>
          <w:rFonts w:ascii="Wiener Melange" w:eastAsia="Wiener Melange" w:hAnsi="Wiener Melange" w:cs="Wiener Melange"/>
          <w:sz w:val="24"/>
          <w:szCs w:val="24"/>
          <w:lang w:val="de-DE"/>
        </w:rPr>
        <w:t>ganz eigene</w:t>
      </w:r>
      <w:proofErr w:type="gramEnd"/>
      <w:r w:rsidR="20424284" w:rsidRPr="507391C7">
        <w:rPr>
          <w:rFonts w:ascii="Wiener Melange" w:eastAsia="Wiener Melange" w:hAnsi="Wiener Melange" w:cs="Wiener Melange"/>
          <w:sz w:val="24"/>
          <w:szCs w:val="24"/>
          <w:lang w:val="de-DE"/>
        </w:rPr>
        <w:t xml:space="preserve"> Weise.</w:t>
      </w:r>
      <w:r w:rsidR="263473F3" w:rsidRPr="507391C7">
        <w:rPr>
          <w:rFonts w:ascii="Wiener Melange" w:eastAsia="Wiener Melange" w:hAnsi="Wiener Melange" w:cs="Wiener Melange"/>
          <w:sz w:val="24"/>
          <w:szCs w:val="24"/>
          <w:lang w:val="de-DE"/>
        </w:rPr>
        <w:t xml:space="preserve"> D</w:t>
      </w:r>
      <w:r w:rsidR="1868F745" w:rsidRPr="507391C7">
        <w:rPr>
          <w:rFonts w:ascii="Wiener Melange" w:eastAsia="Wiener Melange" w:hAnsi="Wiener Melange" w:cs="Wiener Melange"/>
          <w:sz w:val="24"/>
          <w:szCs w:val="24"/>
          <w:lang w:val="de-DE"/>
        </w:rPr>
        <w:t xml:space="preserve">ie folgende Geschichte </w:t>
      </w:r>
      <w:r w:rsidR="48C948CD" w:rsidRPr="507391C7">
        <w:rPr>
          <w:rFonts w:ascii="Wiener Melange" w:eastAsia="Wiener Melange" w:hAnsi="Wiener Melange" w:cs="Wiener Melange"/>
          <w:sz w:val="24"/>
          <w:szCs w:val="24"/>
          <w:lang w:val="de-DE"/>
        </w:rPr>
        <w:t>erz</w:t>
      </w:r>
      <w:r w:rsidR="412E3E3F" w:rsidRPr="507391C7">
        <w:rPr>
          <w:rFonts w:ascii="Wiener Melange" w:eastAsia="Wiener Melange" w:hAnsi="Wiener Melange" w:cs="Wiener Melange"/>
          <w:sz w:val="24"/>
          <w:szCs w:val="24"/>
          <w:lang w:val="de-DE"/>
        </w:rPr>
        <w:t>äh</w:t>
      </w:r>
      <w:r w:rsidR="48C948CD" w:rsidRPr="507391C7">
        <w:rPr>
          <w:rFonts w:ascii="Wiener Melange" w:eastAsia="Wiener Melange" w:hAnsi="Wiener Melange" w:cs="Wiener Melange"/>
          <w:sz w:val="24"/>
          <w:szCs w:val="24"/>
          <w:lang w:val="de-DE"/>
        </w:rPr>
        <w:t>len</w:t>
      </w:r>
      <w:r w:rsidR="1868F745" w:rsidRPr="507391C7">
        <w:rPr>
          <w:rFonts w:ascii="Wiener Melange" w:eastAsia="Wiener Melange" w:hAnsi="Wiener Melange" w:cs="Wiener Melange"/>
          <w:sz w:val="24"/>
          <w:szCs w:val="24"/>
          <w:lang w:val="de-DE"/>
        </w:rPr>
        <w:t xml:space="preserve"> wir </w:t>
      </w:r>
      <w:r w:rsidR="263473F3" w:rsidRPr="507391C7">
        <w:rPr>
          <w:rFonts w:ascii="Wiener Melange" w:eastAsia="Wiener Melange" w:hAnsi="Wiener Melange" w:cs="Wiener Melange"/>
          <w:sz w:val="24"/>
          <w:szCs w:val="24"/>
          <w:lang w:val="de-DE"/>
        </w:rPr>
        <w:t>in 5 Kapiteln.</w:t>
      </w:r>
    </w:p>
    <w:p w14:paraId="58028887" w14:textId="573FAF74" w:rsidR="20424284" w:rsidRPr="00BE617F" w:rsidRDefault="00B76347" w:rsidP="507391C7">
      <w:pPr>
        <w:spacing w:before="240" w:after="240"/>
        <w:rPr>
          <w:lang w:val="de-DE"/>
        </w:rPr>
      </w:pPr>
      <w:r>
        <w:rPr>
          <w:rFonts w:ascii="Wiener Melange" w:eastAsia="Wiener Melange" w:hAnsi="Wiener Melange" w:cs="Wiener Melange"/>
          <w:b/>
          <w:bCs/>
          <w:sz w:val="24"/>
          <w:szCs w:val="24"/>
          <w:lang w:val="de-DE"/>
        </w:rPr>
        <w:t>Lisa S.:</w:t>
      </w:r>
      <w:r w:rsidR="00B87921">
        <w:rPr>
          <w:lang w:val="de-DE"/>
        </w:rPr>
        <w:t xml:space="preserve"> </w:t>
      </w:r>
      <w:r w:rsidR="20424284" w:rsidRPr="507391C7">
        <w:rPr>
          <w:rFonts w:ascii="Wiener Melange" w:eastAsia="Wiener Melange" w:hAnsi="Wiener Melange" w:cs="Wiener Melange"/>
          <w:sz w:val="24"/>
          <w:szCs w:val="24"/>
          <w:lang w:val="de-DE"/>
        </w:rPr>
        <w:t xml:space="preserve">Ein Sohn. Ein Kardiologe. Eine Diplomierte Gesundheits- und Krankenpflegerin. Eine Radiologietechnologin. </w:t>
      </w:r>
      <w:r w:rsidR="0BFC8AF9" w:rsidRPr="507391C7">
        <w:rPr>
          <w:rFonts w:ascii="Wiener Melange" w:eastAsia="Wiener Melange" w:hAnsi="Wiener Melange" w:cs="Wiener Melange"/>
          <w:sz w:val="24"/>
          <w:szCs w:val="24"/>
          <w:lang w:val="de-DE"/>
        </w:rPr>
        <w:t>Sie alle waren an diesem Tag dabei – mit unterschiedlichen Aufgaben</w:t>
      </w:r>
      <w:r w:rsidR="00B87921">
        <w:rPr>
          <w:rFonts w:ascii="Wiener Melange" w:eastAsia="Wiener Melange" w:hAnsi="Wiener Melange" w:cs="Wiener Melange"/>
          <w:sz w:val="24"/>
          <w:szCs w:val="24"/>
          <w:lang w:val="de-DE"/>
        </w:rPr>
        <w:t xml:space="preserve"> und</w:t>
      </w:r>
      <w:r w:rsidR="0BFC8AF9" w:rsidRPr="507391C7">
        <w:rPr>
          <w:rFonts w:ascii="Wiener Melange" w:eastAsia="Wiener Melange" w:hAnsi="Wiener Melange" w:cs="Wiener Melange"/>
          <w:sz w:val="24"/>
          <w:szCs w:val="24"/>
          <w:lang w:val="de-DE"/>
        </w:rPr>
        <w:t xml:space="preserve"> unterschiedlicher Verantwortung und einem eigenen Blick auf das Geschehen.</w:t>
      </w:r>
    </w:p>
    <w:p w14:paraId="1612F1B1" w14:textId="0A4B2C07" w:rsidR="00063A5F" w:rsidRPr="006363EA"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B87921">
        <w:rPr>
          <w:lang w:val="de-DE"/>
        </w:rPr>
        <w:t xml:space="preserve"> </w:t>
      </w:r>
      <w:r w:rsidR="6D2E818D" w:rsidRPr="507391C7">
        <w:rPr>
          <w:rFonts w:ascii="Wiener Melange" w:eastAsia="Wiener Melange" w:hAnsi="Wiener Melange" w:cs="Wiener Melange"/>
          <w:sz w:val="24"/>
          <w:szCs w:val="24"/>
          <w:lang w:val="de-DE"/>
        </w:rPr>
        <w:t xml:space="preserve">Was sie verbindet, ist ein medizinischer Notfall. Für Außenstehende wirkt so ein Einsatz oft wie ein einzelner Moment. Tatsächlich greifen dabei innerhalb weniger Minuten unzählige Menschen und Berufsgruppen ineinander.  </w:t>
      </w:r>
    </w:p>
    <w:p w14:paraId="14C7850D" w14:textId="6424856F" w:rsidR="00063A5F" w:rsidRPr="00BE617F" w:rsidRDefault="00B76347" w:rsidP="507391C7">
      <w:pPr>
        <w:spacing w:before="240" w:after="240"/>
        <w:rPr>
          <w:lang w:val="de-DE"/>
        </w:rPr>
      </w:pPr>
      <w:r>
        <w:rPr>
          <w:rFonts w:ascii="Wiener Melange" w:eastAsia="Wiener Melange" w:hAnsi="Wiener Melange" w:cs="Wiener Melange"/>
          <w:b/>
          <w:bCs/>
          <w:sz w:val="24"/>
          <w:szCs w:val="24"/>
          <w:lang w:val="de-DE"/>
        </w:rPr>
        <w:t>Lisa S.:</w:t>
      </w:r>
      <w:r w:rsidR="00B87921">
        <w:rPr>
          <w:lang w:val="de-DE"/>
        </w:rPr>
        <w:t xml:space="preserve"> </w:t>
      </w:r>
      <w:r w:rsidR="71E455A7" w:rsidRPr="507391C7">
        <w:rPr>
          <w:rFonts w:ascii="Wiener Melange" w:eastAsia="Wiener Melange" w:hAnsi="Wiener Melange" w:cs="Wiener Melange"/>
          <w:sz w:val="24"/>
          <w:szCs w:val="24"/>
          <w:lang w:val="de-DE"/>
        </w:rPr>
        <w:t>Ja genau - w</w:t>
      </w:r>
      <w:r w:rsidR="34E6B665" w:rsidRPr="507391C7">
        <w:rPr>
          <w:rFonts w:ascii="Wiener Melange" w:eastAsia="Wiener Melange" w:hAnsi="Wiener Melange" w:cs="Wiener Melange"/>
          <w:sz w:val="24"/>
          <w:szCs w:val="24"/>
          <w:lang w:val="de-DE"/>
        </w:rPr>
        <w:t xml:space="preserve">ie Zahnräder in einem Uhrwerk. </w:t>
      </w:r>
      <w:r w:rsidR="11AF5975" w:rsidRPr="507391C7">
        <w:rPr>
          <w:rFonts w:ascii="Wiener Melange" w:eastAsia="Wiener Melange" w:hAnsi="Wiener Melange" w:cs="Wiener Melange"/>
          <w:sz w:val="24"/>
          <w:szCs w:val="24"/>
          <w:lang w:val="de-DE"/>
        </w:rPr>
        <w:t>Innerhalb kürzester Zeit werden Entscheidungen getroffen, von denen ein Menschenleben abhängen kann.</w:t>
      </w:r>
    </w:p>
    <w:p w14:paraId="11CE51B8" w14:textId="77777777" w:rsidR="00B87921"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B87921">
        <w:rPr>
          <w:lang w:val="de-DE"/>
        </w:rPr>
        <w:t xml:space="preserve"> </w:t>
      </w:r>
      <w:r w:rsidR="00B87921">
        <w:rPr>
          <w:rFonts w:ascii="Wiener Melange" w:eastAsia="Wiener Melange" w:hAnsi="Wiener Melange" w:cs="Wiener Melange"/>
          <w:sz w:val="24"/>
          <w:szCs w:val="24"/>
          <w:lang w:val="de-DE"/>
        </w:rPr>
        <w:t>Und e</w:t>
      </w:r>
      <w:r w:rsidR="2A15F848" w:rsidRPr="507391C7">
        <w:rPr>
          <w:rFonts w:ascii="Wiener Melange" w:eastAsia="Wiener Melange" w:hAnsi="Wiener Melange" w:cs="Wiener Melange"/>
          <w:sz w:val="24"/>
          <w:szCs w:val="24"/>
          <w:lang w:val="de-DE"/>
        </w:rPr>
        <w:t>rst wenn sich all diese Perspektiven zusammensetzen, entsteht das ganze Bild.</w:t>
      </w:r>
    </w:p>
    <w:p w14:paraId="06AE3012" w14:textId="30C92CDD" w:rsidR="00063A5F" w:rsidRPr="006363EA"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B87921">
        <w:rPr>
          <w:lang w:val="de-DE"/>
        </w:rPr>
        <w:t xml:space="preserve"> </w:t>
      </w:r>
      <w:r w:rsidR="2A15F848" w:rsidRPr="507391C7">
        <w:rPr>
          <w:rFonts w:ascii="Wiener Melange" w:eastAsia="Wiener Melange" w:hAnsi="Wiener Melange" w:cs="Wiener Melange"/>
          <w:sz w:val="24"/>
          <w:szCs w:val="24"/>
          <w:lang w:val="de-DE"/>
        </w:rPr>
        <w:t>Und dieses Bild beginnt an einem kalten Februartag in Wien.</w:t>
      </w:r>
    </w:p>
    <w:p w14:paraId="27248F01" w14:textId="754C1E10" w:rsidR="00063A5F" w:rsidRPr="006363EA"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lastRenderedPageBreak/>
        <w:t>Lisa N.:</w:t>
      </w:r>
      <w:r w:rsidR="00B87921">
        <w:rPr>
          <w:lang w:val="de-DE"/>
        </w:rPr>
        <w:t xml:space="preserve"> </w:t>
      </w:r>
      <w:r w:rsidR="2A15F848" w:rsidRPr="507391C7">
        <w:rPr>
          <w:rFonts w:ascii="Wiener Melange" w:eastAsia="Wiener Melange" w:hAnsi="Wiener Melange" w:cs="Wiener Melange"/>
          <w:sz w:val="24"/>
          <w:szCs w:val="24"/>
          <w:lang w:val="de-DE"/>
        </w:rPr>
        <w:t>Es ist die Geschichte von Rajko. Die Geschichte eines Mannes, einer Familie – und einer Rettungskette, in der jede Minute zählt.</w:t>
      </w:r>
    </w:p>
    <w:p w14:paraId="57F944CA" w14:textId="553A5634" w:rsidR="00B87921" w:rsidRPr="00B76347" w:rsidRDefault="00B87921" w:rsidP="00B87921">
      <w:pPr>
        <w:pStyle w:val="berschrift3"/>
        <w:rPr>
          <w:rFonts w:ascii="Wiener Melange" w:eastAsia="Calibri" w:hAnsi="Wiener Melange" w:cs="Wiener Melange"/>
          <w:color w:val="auto"/>
          <w:lang w:val="de-DE"/>
        </w:rPr>
      </w:pPr>
      <w:r>
        <w:rPr>
          <w:rFonts w:ascii="Wiener Melange" w:eastAsia="Calibri" w:hAnsi="Wiener Melange" w:cs="Wiener Melange"/>
          <w:color w:val="auto"/>
          <w:lang w:val="de-DE"/>
        </w:rPr>
        <w:t>Kapitel 1</w:t>
      </w:r>
    </w:p>
    <w:p w14:paraId="3BAAD715" w14:textId="716AE5B2" w:rsidR="00BE617F" w:rsidRPr="00C623F3" w:rsidRDefault="00B87921" w:rsidP="00C623F3">
      <w:pPr>
        <w:rPr>
          <w:rFonts w:ascii="Wiener Melange" w:eastAsia="Calibri" w:hAnsi="Wiener Melange" w:cs="Wiener Melange"/>
          <w:i/>
          <w:lang w:val="de-DE"/>
        </w:rPr>
      </w:pPr>
      <w:r w:rsidRPr="00B76347">
        <w:rPr>
          <w:rFonts w:ascii="Wiener Melange" w:eastAsia="Calibri" w:hAnsi="Wiener Melange" w:cs="Wiener Melange"/>
          <w:i/>
          <w:lang w:val="de-DE"/>
        </w:rPr>
        <w:t xml:space="preserve">[Musik]: </w:t>
      </w:r>
      <w:r>
        <w:rPr>
          <w:rFonts w:ascii="Wiener Melange" w:eastAsia="Calibri" w:hAnsi="Wiener Melange" w:cs="Wiener Melange"/>
          <w:i/>
          <w:lang w:val="de-DE"/>
        </w:rPr>
        <w:t xml:space="preserve">Lisa S.: </w:t>
      </w:r>
      <w:r w:rsidRPr="00B76347">
        <w:rPr>
          <w:rFonts w:ascii="Wiener Melange" w:eastAsia="Calibri" w:hAnsi="Wiener Melange" w:cs="Wiener Melange"/>
          <w:i/>
          <w:lang w:val="de-DE"/>
        </w:rPr>
        <w:t>K</w:t>
      </w:r>
      <w:r>
        <w:rPr>
          <w:rFonts w:ascii="Wiener Melange" w:eastAsia="Calibri" w:hAnsi="Wiener Melange" w:cs="Wiener Melange"/>
          <w:i/>
          <w:lang w:val="de-DE"/>
        </w:rPr>
        <w:t>apitel 1 - Davor</w:t>
      </w:r>
    </w:p>
    <w:p w14:paraId="0B48B729" w14:textId="51049247" w:rsidR="24EB68E2" w:rsidRPr="00D54C7E" w:rsidRDefault="00B76347" w:rsidP="23FE564F">
      <w:pPr>
        <w:pStyle w:val="Rolle"/>
        <w:rPr>
          <w:rFonts w:ascii="Wiener Melange" w:eastAsia="Wiener Melange" w:hAnsi="Wiener Melange" w:cs="Wiener Melange"/>
          <w:b w:val="0"/>
          <w:sz w:val="24"/>
          <w:szCs w:val="24"/>
          <w:lang w:val="de-DE"/>
        </w:rPr>
      </w:pPr>
      <w:r>
        <w:rPr>
          <w:rFonts w:ascii="Wiener Melange" w:eastAsia="Wiener Melange" w:hAnsi="Wiener Melange" w:cs="Wiener Melange"/>
          <w:sz w:val="24"/>
          <w:szCs w:val="24"/>
          <w:lang w:val="de-DE"/>
        </w:rPr>
        <w:t>Lisa N.:</w:t>
      </w:r>
      <w:r w:rsidR="00B87921">
        <w:rPr>
          <w:lang w:val="de-DE"/>
        </w:rPr>
        <w:t xml:space="preserve"> </w:t>
      </w:r>
      <w:r w:rsidR="3DC32661" w:rsidRPr="507391C7">
        <w:rPr>
          <w:rFonts w:ascii="Wiener Melange" w:eastAsia="Wiener Melange" w:hAnsi="Wiener Melange" w:cs="Wiener Melange"/>
          <w:b w:val="0"/>
          <w:sz w:val="24"/>
          <w:szCs w:val="24"/>
          <w:lang w:val="de-DE"/>
        </w:rPr>
        <w:t xml:space="preserve">Es ist </w:t>
      </w:r>
      <w:r w:rsidR="2C60BBA8" w:rsidRPr="507391C7">
        <w:rPr>
          <w:rFonts w:ascii="Wiener Melange" w:eastAsia="Wiener Melange" w:hAnsi="Wiener Melange" w:cs="Wiener Melange"/>
          <w:b w:val="0"/>
          <w:sz w:val="24"/>
          <w:szCs w:val="24"/>
          <w:lang w:val="de-DE"/>
        </w:rPr>
        <w:t>Dienstag,</w:t>
      </w:r>
      <w:r w:rsidR="356C8A84" w:rsidRPr="507391C7">
        <w:rPr>
          <w:rFonts w:ascii="Wiener Melange" w:eastAsia="Wiener Melange" w:hAnsi="Wiener Melange" w:cs="Wiener Melange"/>
          <w:b w:val="0"/>
          <w:sz w:val="24"/>
          <w:szCs w:val="24"/>
          <w:lang w:val="de-DE"/>
        </w:rPr>
        <w:t xml:space="preserve"> der</w:t>
      </w:r>
      <w:r w:rsidR="2C60BBA8" w:rsidRPr="507391C7">
        <w:rPr>
          <w:rFonts w:ascii="Wiener Melange" w:eastAsia="Wiener Melange" w:hAnsi="Wiener Melange" w:cs="Wiener Melange"/>
          <w:b w:val="0"/>
          <w:sz w:val="24"/>
          <w:szCs w:val="24"/>
          <w:lang w:val="de-DE"/>
        </w:rPr>
        <w:t xml:space="preserve"> 18. Februar 2025</w:t>
      </w:r>
      <w:r w:rsidR="48FB0BB7" w:rsidRPr="507391C7">
        <w:rPr>
          <w:rFonts w:ascii="Wiener Melange" w:eastAsia="Wiener Melange" w:hAnsi="Wiener Melange" w:cs="Wiener Melange"/>
          <w:b w:val="0"/>
          <w:sz w:val="24"/>
          <w:szCs w:val="24"/>
          <w:lang w:val="de-DE"/>
        </w:rPr>
        <w:t xml:space="preserve">. </w:t>
      </w:r>
      <w:r w:rsidR="61C4EAE4" w:rsidRPr="507391C7">
        <w:rPr>
          <w:rFonts w:ascii="Wiener Melange" w:eastAsia="Wiener Melange" w:hAnsi="Wiener Melange" w:cs="Wiener Melange"/>
          <w:b w:val="0"/>
          <w:sz w:val="24"/>
          <w:szCs w:val="24"/>
          <w:lang w:val="de-DE"/>
        </w:rPr>
        <w:t xml:space="preserve">Ein typischer Winter </w:t>
      </w:r>
      <w:r w:rsidR="634196A6" w:rsidRPr="507391C7">
        <w:rPr>
          <w:rFonts w:ascii="Wiener Melange" w:eastAsia="Wiener Melange" w:hAnsi="Wiener Melange" w:cs="Wiener Melange"/>
          <w:b w:val="0"/>
          <w:sz w:val="24"/>
          <w:szCs w:val="24"/>
          <w:lang w:val="de-DE"/>
        </w:rPr>
        <w:t xml:space="preserve">in Wien. Es ist kalt, </w:t>
      </w:r>
      <w:r w:rsidR="19A7F3EA" w:rsidRPr="507391C7">
        <w:rPr>
          <w:rFonts w:ascii="Wiener Melange" w:eastAsia="Wiener Melange" w:hAnsi="Wiener Melange" w:cs="Wiener Melange"/>
          <w:b w:val="0"/>
          <w:sz w:val="24"/>
          <w:szCs w:val="24"/>
          <w:lang w:val="de-DE"/>
        </w:rPr>
        <w:t xml:space="preserve">die Sonne war den ganzen Tag kaum zu sehen. </w:t>
      </w:r>
    </w:p>
    <w:p w14:paraId="374C8960" w14:textId="2C0DBBE8" w:rsidR="00B87921" w:rsidRDefault="00B76347" w:rsidP="507391C7">
      <w:pPr>
        <w:pStyle w:val="Rolle"/>
        <w:rPr>
          <w:rFonts w:ascii="Wiener Melange" w:eastAsia="Wiener Melange" w:hAnsi="Wiener Melange" w:cs="Wiener Melange"/>
          <w:b w:val="0"/>
          <w:sz w:val="24"/>
          <w:szCs w:val="24"/>
          <w:lang w:val="de-DE"/>
        </w:rPr>
      </w:pPr>
      <w:r>
        <w:rPr>
          <w:rFonts w:ascii="Wiener Melange" w:eastAsia="Wiener Melange" w:hAnsi="Wiener Melange" w:cs="Wiener Melange"/>
          <w:sz w:val="24"/>
          <w:szCs w:val="24"/>
          <w:lang w:val="de-DE"/>
        </w:rPr>
        <w:t>Lisa S.:</w:t>
      </w:r>
      <w:r w:rsidR="00B87921">
        <w:rPr>
          <w:lang w:val="de-DE"/>
        </w:rPr>
        <w:t xml:space="preserve"> </w:t>
      </w:r>
      <w:r w:rsidR="61C4EAE4" w:rsidRPr="507391C7">
        <w:rPr>
          <w:rFonts w:ascii="Wiener Melange" w:eastAsia="Wiener Melange" w:hAnsi="Wiener Melange" w:cs="Wiener Melange"/>
          <w:b w:val="0"/>
          <w:sz w:val="24"/>
          <w:szCs w:val="24"/>
          <w:lang w:val="de-DE"/>
        </w:rPr>
        <w:t xml:space="preserve">Es ist </w:t>
      </w:r>
      <w:r w:rsidR="09BA3BE3" w:rsidRPr="507391C7">
        <w:rPr>
          <w:rFonts w:ascii="Wiener Melange" w:eastAsia="Wiener Melange" w:hAnsi="Wiener Melange" w:cs="Wiener Melange"/>
          <w:b w:val="0"/>
          <w:sz w:val="24"/>
          <w:szCs w:val="24"/>
          <w:lang w:val="de-DE"/>
        </w:rPr>
        <w:t xml:space="preserve">schon </w:t>
      </w:r>
      <w:r w:rsidR="61C4EAE4" w:rsidRPr="507391C7">
        <w:rPr>
          <w:rFonts w:ascii="Wiener Melange" w:eastAsia="Wiener Melange" w:hAnsi="Wiener Melange" w:cs="Wiener Melange"/>
          <w:b w:val="0"/>
          <w:sz w:val="24"/>
          <w:szCs w:val="24"/>
          <w:lang w:val="de-DE"/>
        </w:rPr>
        <w:t xml:space="preserve">dunkel als Rajkos Sohn, Daniel von der Arbeit nach Hause kommt. </w:t>
      </w:r>
    </w:p>
    <w:p w14:paraId="2054709F" w14:textId="4B92FE7B" w:rsidR="00B87921" w:rsidRDefault="00B87921" w:rsidP="00B87921">
      <w:pPr>
        <w:pStyle w:val="Rolle"/>
        <w:rPr>
          <w:rFonts w:ascii="Wiener Melange" w:eastAsia="Wiener Melange" w:hAnsi="Wiener Melange" w:cs="Wiener Melange"/>
          <w:b w:val="0"/>
          <w:sz w:val="24"/>
          <w:szCs w:val="24"/>
          <w:lang w:val="de-DE"/>
        </w:rPr>
      </w:pPr>
      <w:r w:rsidRPr="00B76347">
        <w:rPr>
          <w:rFonts w:ascii="Wiener Melange" w:eastAsia="Wiener Melange" w:hAnsi="Wiener Melange" w:cs="Wiener Melange"/>
          <w:sz w:val="24"/>
          <w:szCs w:val="24"/>
          <w:lang w:val="de-DE"/>
        </w:rPr>
        <w:t>Daniel:</w:t>
      </w:r>
      <w:r>
        <w:rPr>
          <w:rFonts w:ascii="Wiener Melange" w:eastAsia="Wiener Melange" w:hAnsi="Wiener Melange" w:cs="Wiener Melange"/>
          <w:b w:val="0"/>
          <w:bCs/>
          <w:sz w:val="24"/>
          <w:szCs w:val="24"/>
          <w:lang w:val="de-DE"/>
        </w:rPr>
        <w:t xml:space="preserve"> </w:t>
      </w:r>
      <w:r w:rsidRPr="00B87921">
        <w:rPr>
          <w:rFonts w:ascii="Wiener Melange" w:eastAsia="Wiener Melange" w:hAnsi="Wiener Melange" w:cs="Wiener Melange"/>
          <w:b w:val="0"/>
          <w:sz w:val="24"/>
          <w:szCs w:val="24"/>
          <w:lang w:val="de-DE"/>
        </w:rPr>
        <w:t xml:space="preserve">Also ich war arbeiten und bin dann eben nach Hause gekommen. Wir leben </w:t>
      </w:r>
      <w:proofErr w:type="gramStart"/>
      <w:r w:rsidRPr="00B87921">
        <w:rPr>
          <w:rFonts w:ascii="Wiener Melange" w:eastAsia="Wiener Melange" w:hAnsi="Wiener Melange" w:cs="Wiener Melange"/>
          <w:b w:val="0"/>
          <w:sz w:val="24"/>
          <w:szCs w:val="24"/>
          <w:lang w:val="de-DE"/>
        </w:rPr>
        <w:t>ja zusammen</w:t>
      </w:r>
      <w:proofErr w:type="gramEnd"/>
      <w:r w:rsidRPr="00B87921">
        <w:rPr>
          <w:rFonts w:ascii="Wiener Melange" w:eastAsia="Wiener Melange" w:hAnsi="Wiener Melange" w:cs="Wiener Melange"/>
          <w:b w:val="0"/>
          <w:sz w:val="24"/>
          <w:szCs w:val="24"/>
          <w:lang w:val="de-DE"/>
        </w:rPr>
        <w:t>. Und ja, hab ihm gesagt, hey, wie geht's dir so? Ja, er hat leichte Schmerzen gehabt.</w:t>
      </w:r>
      <w:r>
        <w:rPr>
          <w:rFonts w:ascii="Wiener Melange" w:eastAsia="Wiener Melange" w:hAnsi="Wiener Melange" w:cs="Wiener Melange"/>
          <w:b w:val="0"/>
          <w:sz w:val="24"/>
          <w:szCs w:val="24"/>
          <w:lang w:val="de-DE"/>
        </w:rPr>
        <w:t xml:space="preserve"> </w:t>
      </w:r>
      <w:r w:rsidRPr="00B87921">
        <w:rPr>
          <w:rFonts w:ascii="Wiener Melange" w:eastAsia="Wiener Melange" w:hAnsi="Wiener Melange" w:cs="Wiener Melange"/>
          <w:b w:val="0"/>
          <w:sz w:val="24"/>
          <w:szCs w:val="24"/>
          <w:lang w:val="de-DE"/>
        </w:rPr>
        <w:t xml:space="preserve">Ganz, ganz leicht, aber jetzt nicht </w:t>
      </w:r>
      <w:proofErr w:type="gramStart"/>
      <w:r w:rsidRPr="00B87921">
        <w:rPr>
          <w:rFonts w:ascii="Wiener Melange" w:eastAsia="Wiener Melange" w:hAnsi="Wiener Melange" w:cs="Wiener Melange"/>
          <w:b w:val="0"/>
          <w:sz w:val="24"/>
          <w:szCs w:val="24"/>
          <w:lang w:val="de-DE"/>
        </w:rPr>
        <w:t>extrem stark</w:t>
      </w:r>
      <w:proofErr w:type="gramEnd"/>
      <w:r w:rsidRPr="00B87921">
        <w:rPr>
          <w:rFonts w:ascii="Wiener Melange" w:eastAsia="Wiener Melange" w:hAnsi="Wiener Melange" w:cs="Wiener Melange"/>
          <w:b w:val="0"/>
          <w:sz w:val="24"/>
          <w:szCs w:val="24"/>
          <w:lang w:val="de-DE"/>
        </w:rPr>
        <w:t>. So ein Drücken. Und er hat aber davor, hat er trainiert, Sit-ups oder so hat er gemacht, weil er eben übergewichtig ist und wollte eben ein bisschen abnehmen. Und hat er eben Sit-ups oder Liegestütz, keine Ahnung, was er da gemacht hat, aber er hat gesagt, er hat trainiert. Und ja, er hat eben dann gesagt, dass er eben leichte Schmerzen hat.</w:t>
      </w:r>
    </w:p>
    <w:p w14:paraId="6637C0FE" w14:textId="11D9947C" w:rsidR="00063A5F" w:rsidRPr="006363EA" w:rsidRDefault="00B76347" w:rsidP="00B87921">
      <w:pPr>
        <w:pStyle w:val="Rolle"/>
        <w:rPr>
          <w:rFonts w:ascii="Wiener Melange" w:eastAsia="Wiener Melange" w:hAnsi="Wiener Melange" w:cs="Wiener Melange"/>
          <w:sz w:val="24"/>
          <w:szCs w:val="24"/>
          <w:lang w:val="de-DE"/>
        </w:rPr>
      </w:pPr>
      <w:r>
        <w:rPr>
          <w:rFonts w:ascii="Wiener Melange" w:eastAsia="Wiener Melange" w:hAnsi="Wiener Melange" w:cs="Wiener Melange"/>
          <w:sz w:val="24"/>
          <w:szCs w:val="24"/>
          <w:lang w:val="de-DE"/>
        </w:rPr>
        <w:t>Lisa S.:</w:t>
      </w:r>
      <w:r w:rsidR="00B87921">
        <w:rPr>
          <w:rFonts w:ascii="Wiener Melange" w:eastAsia="Wiener Melange" w:hAnsi="Wiener Melange" w:cs="Wiener Melange"/>
          <w:sz w:val="24"/>
          <w:szCs w:val="24"/>
          <w:lang w:val="de-DE"/>
        </w:rPr>
        <w:t xml:space="preserve"> </w:t>
      </w:r>
      <w:r w:rsidR="2C60BBA8" w:rsidRPr="00B87921">
        <w:rPr>
          <w:rFonts w:ascii="Wiener Melange" w:eastAsia="Wiener Melange" w:hAnsi="Wiener Melange" w:cs="Wiener Melange"/>
          <w:b w:val="0"/>
          <w:bCs/>
          <w:sz w:val="24"/>
          <w:szCs w:val="24"/>
          <w:lang w:val="de-DE"/>
        </w:rPr>
        <w:t xml:space="preserve">Rajko hat </w:t>
      </w:r>
      <w:r w:rsidR="011F6934" w:rsidRPr="00B87921">
        <w:rPr>
          <w:rFonts w:ascii="Wiener Melange" w:eastAsia="Wiener Melange" w:hAnsi="Wiener Melange" w:cs="Wiener Melange"/>
          <w:b w:val="0"/>
          <w:bCs/>
          <w:sz w:val="24"/>
          <w:szCs w:val="24"/>
          <w:lang w:val="de-DE"/>
        </w:rPr>
        <w:t>ein Druckgefühl in der Bauchgegend</w:t>
      </w:r>
      <w:r w:rsidR="2C60BBA8" w:rsidRPr="00B87921">
        <w:rPr>
          <w:rFonts w:ascii="Wiener Melange" w:eastAsia="Wiener Melange" w:hAnsi="Wiener Melange" w:cs="Wiener Melange"/>
          <w:b w:val="0"/>
          <w:bCs/>
          <w:sz w:val="24"/>
          <w:szCs w:val="24"/>
          <w:lang w:val="de-DE"/>
        </w:rPr>
        <w:t xml:space="preserve">. </w:t>
      </w:r>
      <w:r w:rsidR="6B7FE481" w:rsidRPr="00B87921">
        <w:rPr>
          <w:rFonts w:ascii="Wiener Melange" w:eastAsia="Wiener Melange" w:hAnsi="Wiener Melange" w:cs="Wiener Melange"/>
          <w:b w:val="0"/>
          <w:bCs/>
          <w:sz w:val="24"/>
          <w:szCs w:val="24"/>
          <w:lang w:val="de-DE"/>
        </w:rPr>
        <w:t xml:space="preserve">Er denkt sich nicht viel dabei. Es ist unangenehm aber auszuhalten. </w:t>
      </w:r>
      <w:r w:rsidR="00B87921">
        <w:rPr>
          <w:rFonts w:ascii="Wiener Melange" w:eastAsia="Wiener Melange" w:hAnsi="Wiener Melange" w:cs="Wiener Melange"/>
          <w:b w:val="0"/>
          <w:bCs/>
          <w:sz w:val="24"/>
          <w:szCs w:val="24"/>
          <w:lang w:val="de-DE"/>
        </w:rPr>
        <w:t xml:space="preserve">Aber </w:t>
      </w:r>
      <w:proofErr w:type="gramStart"/>
      <w:r w:rsidR="00B87921">
        <w:rPr>
          <w:rFonts w:ascii="Wiener Melange" w:eastAsia="Wiener Melange" w:hAnsi="Wiener Melange" w:cs="Wiener Melange"/>
          <w:b w:val="0"/>
          <w:bCs/>
          <w:sz w:val="24"/>
          <w:szCs w:val="24"/>
          <w:lang w:val="de-DE"/>
        </w:rPr>
        <w:t>n</w:t>
      </w:r>
      <w:r w:rsidR="1D677BE2" w:rsidRPr="00B87921">
        <w:rPr>
          <w:rFonts w:ascii="Wiener Melange" w:eastAsia="Wiener Melange" w:hAnsi="Wiener Melange" w:cs="Wiener Melange"/>
          <w:b w:val="0"/>
          <w:bCs/>
          <w:sz w:val="24"/>
          <w:szCs w:val="24"/>
          <w:lang w:val="de-DE"/>
        </w:rPr>
        <w:t>ichts</w:t>
      </w:r>
      <w:proofErr w:type="gramEnd"/>
      <w:r w:rsidR="1D677BE2" w:rsidRPr="00B87921">
        <w:rPr>
          <w:rFonts w:ascii="Wiener Melange" w:eastAsia="Wiener Melange" w:hAnsi="Wiener Melange" w:cs="Wiener Melange"/>
          <w:b w:val="0"/>
          <w:bCs/>
          <w:sz w:val="24"/>
          <w:szCs w:val="24"/>
          <w:lang w:val="de-DE"/>
        </w:rPr>
        <w:t xml:space="preserve"> was ihm große Sorgen macht.</w:t>
      </w:r>
      <w:r w:rsidR="1D677BE2" w:rsidRPr="507391C7">
        <w:rPr>
          <w:rFonts w:ascii="Wiener Melange" w:eastAsia="Wiener Melange" w:hAnsi="Wiener Melange" w:cs="Wiener Melange"/>
          <w:sz w:val="24"/>
          <w:szCs w:val="24"/>
          <w:lang w:val="de-DE"/>
        </w:rPr>
        <w:t xml:space="preserve"> </w:t>
      </w:r>
    </w:p>
    <w:p w14:paraId="395E4357" w14:textId="2E9767B6" w:rsidR="00063A5F" w:rsidRPr="006363EA" w:rsidRDefault="00B76347" w:rsidP="5957DE13">
      <w:pPr>
        <w:pStyle w:val="Rolle"/>
        <w:spacing w:after="100"/>
        <w:rPr>
          <w:rFonts w:ascii="Wiener Melange" w:eastAsia="Wiener Melange" w:hAnsi="Wiener Melange" w:cs="Wiener Melange"/>
          <w:b w:val="0"/>
          <w:sz w:val="24"/>
          <w:szCs w:val="24"/>
          <w:lang w:val="de-DE"/>
        </w:rPr>
      </w:pPr>
      <w:r>
        <w:rPr>
          <w:rFonts w:ascii="Wiener Melange" w:eastAsia="Wiener Melange" w:hAnsi="Wiener Melange" w:cs="Wiener Melange"/>
          <w:sz w:val="24"/>
          <w:szCs w:val="24"/>
          <w:lang w:val="de-DE"/>
        </w:rPr>
        <w:t>Lisa N.:</w:t>
      </w:r>
      <w:r w:rsidR="00B87921">
        <w:rPr>
          <w:lang w:val="de-DE"/>
        </w:rPr>
        <w:t xml:space="preserve"> </w:t>
      </w:r>
      <w:r w:rsidR="3D1A4A48" w:rsidRPr="507391C7">
        <w:rPr>
          <w:rFonts w:ascii="Wiener Melange" w:eastAsia="Wiener Melange" w:hAnsi="Wiener Melange" w:cs="Wiener Melange"/>
          <w:b w:val="0"/>
          <w:sz w:val="24"/>
          <w:szCs w:val="24"/>
          <w:lang w:val="de-DE"/>
        </w:rPr>
        <w:t>Das Druckgefühl ka</w:t>
      </w:r>
      <w:r w:rsidR="2C60BBA8" w:rsidRPr="507391C7">
        <w:rPr>
          <w:rFonts w:ascii="Wiener Melange" w:eastAsia="Wiener Melange" w:hAnsi="Wiener Melange" w:cs="Wiener Melange"/>
          <w:b w:val="0"/>
          <w:sz w:val="24"/>
          <w:szCs w:val="24"/>
          <w:lang w:val="de-DE"/>
        </w:rPr>
        <w:t xml:space="preserve">nn viele Ursachen haben. Verspannungen. Sodbrennen. Stress. </w:t>
      </w:r>
      <w:r w:rsidR="36B9F082" w:rsidRPr="507391C7">
        <w:rPr>
          <w:rFonts w:ascii="Wiener Melange" w:eastAsia="Wiener Melange" w:hAnsi="Wiener Melange" w:cs="Wiener Melange"/>
          <w:b w:val="0"/>
          <w:sz w:val="24"/>
          <w:szCs w:val="24"/>
          <w:lang w:val="de-DE"/>
        </w:rPr>
        <w:t>Muskelkater</w:t>
      </w:r>
      <w:r w:rsidR="000F2084">
        <w:rPr>
          <w:rFonts w:ascii="Wiener Melange" w:eastAsia="Wiener Melange" w:hAnsi="Wiener Melange" w:cs="Wiener Melange"/>
          <w:b w:val="0"/>
          <w:sz w:val="24"/>
          <w:szCs w:val="24"/>
          <w:lang w:val="de-DE"/>
        </w:rPr>
        <w:t>.</w:t>
      </w:r>
      <w:r w:rsidR="36B9F082" w:rsidRPr="507391C7">
        <w:rPr>
          <w:rFonts w:ascii="Wiener Melange" w:eastAsia="Wiener Melange" w:hAnsi="Wiener Melange" w:cs="Wiener Melange"/>
          <w:b w:val="0"/>
          <w:sz w:val="24"/>
          <w:szCs w:val="24"/>
          <w:lang w:val="de-DE"/>
        </w:rPr>
        <w:t xml:space="preserve"> Für Daniel klingt das plausibel. Rajko hatte nach langer Zeit wieder Sport gemacht. </w:t>
      </w:r>
    </w:p>
    <w:p w14:paraId="278BF261" w14:textId="7071D749" w:rsidR="00063A5F" w:rsidRPr="006363EA" w:rsidRDefault="00B76347" w:rsidP="00B87921">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B87921">
        <w:rPr>
          <w:lang w:val="de-DE"/>
        </w:rPr>
        <w:t xml:space="preserve"> </w:t>
      </w:r>
      <w:r w:rsidR="377253EB" w:rsidRPr="507391C7">
        <w:rPr>
          <w:rFonts w:ascii="Wiener Melange" w:eastAsia="Wiener Melange" w:hAnsi="Wiener Melange" w:cs="Wiener Melange"/>
          <w:sz w:val="24"/>
          <w:szCs w:val="24"/>
          <w:lang w:val="de-DE"/>
        </w:rPr>
        <w:t xml:space="preserve">Rajko </w:t>
      </w:r>
      <w:r w:rsidR="6075836E" w:rsidRPr="507391C7">
        <w:rPr>
          <w:rFonts w:ascii="Wiener Melange" w:eastAsia="Wiener Melange" w:hAnsi="Wiener Melange" w:cs="Wiener Melange"/>
          <w:sz w:val="24"/>
          <w:szCs w:val="24"/>
          <w:lang w:val="de-DE"/>
        </w:rPr>
        <w:t>geht</w:t>
      </w:r>
      <w:r w:rsidR="377253EB" w:rsidRPr="507391C7">
        <w:rPr>
          <w:rFonts w:ascii="Wiener Melange" w:eastAsia="Wiener Melange" w:hAnsi="Wiener Melange" w:cs="Wiener Melange"/>
          <w:sz w:val="24"/>
          <w:szCs w:val="24"/>
          <w:lang w:val="de-DE"/>
        </w:rPr>
        <w:t xml:space="preserve"> schlafen.</w:t>
      </w:r>
      <w:r w:rsidR="7211F2F9" w:rsidRPr="507391C7">
        <w:rPr>
          <w:rFonts w:ascii="Wiener Melange" w:eastAsia="Wiener Melange" w:hAnsi="Wiener Melange" w:cs="Wiener Melange"/>
          <w:sz w:val="24"/>
          <w:szCs w:val="24"/>
          <w:lang w:val="de-DE"/>
        </w:rPr>
        <w:t xml:space="preserve"> </w:t>
      </w:r>
      <w:r w:rsidR="377253EB" w:rsidRPr="507391C7">
        <w:rPr>
          <w:rFonts w:ascii="Wiener Melange" w:eastAsia="Wiener Melange" w:hAnsi="Wiener Melange" w:cs="Wiener Melange"/>
          <w:sz w:val="24"/>
          <w:szCs w:val="24"/>
          <w:lang w:val="de-DE"/>
        </w:rPr>
        <w:t>In der Hoffnung, dass die Beschwerden bis zum nächsten Morgen verschwinden.</w:t>
      </w:r>
      <w:r w:rsidR="656F0952" w:rsidRPr="507391C7">
        <w:rPr>
          <w:rFonts w:ascii="Wiener Melange" w:eastAsia="Wiener Melange" w:hAnsi="Wiener Melange" w:cs="Wiener Melange"/>
          <w:sz w:val="24"/>
          <w:szCs w:val="24"/>
          <w:lang w:val="de-DE"/>
        </w:rPr>
        <w:t xml:space="preserve"> </w:t>
      </w:r>
      <w:r w:rsidR="377253EB" w:rsidRPr="507391C7">
        <w:rPr>
          <w:rFonts w:ascii="Wiener Melange" w:eastAsia="Wiener Melange" w:hAnsi="Wiener Melange" w:cs="Wiener Melange"/>
          <w:sz w:val="24"/>
          <w:szCs w:val="24"/>
          <w:lang w:val="de-DE"/>
        </w:rPr>
        <w:t>Doch sie bleiben.</w:t>
      </w:r>
    </w:p>
    <w:p w14:paraId="22398BDC" w14:textId="3C6FA2C9" w:rsidR="32188888"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B87921">
        <w:rPr>
          <w:lang w:val="de-DE"/>
        </w:rPr>
        <w:t xml:space="preserve"> </w:t>
      </w:r>
      <w:r w:rsidR="783E1B60" w:rsidRPr="507391C7">
        <w:rPr>
          <w:rFonts w:ascii="Wiener Melange" w:eastAsia="Wiener Melange" w:hAnsi="Wiener Melange" w:cs="Wiener Melange"/>
          <w:sz w:val="24"/>
          <w:szCs w:val="24"/>
          <w:lang w:val="de-DE"/>
        </w:rPr>
        <w:t xml:space="preserve">Mittwoch. 19. Februar. </w:t>
      </w:r>
      <w:r w:rsidR="2F887ADB" w:rsidRPr="507391C7">
        <w:rPr>
          <w:rFonts w:ascii="Wiener Melange" w:eastAsia="Wiener Melange" w:hAnsi="Wiener Melange" w:cs="Wiener Melange"/>
          <w:sz w:val="24"/>
          <w:szCs w:val="24"/>
          <w:lang w:val="de-DE"/>
        </w:rPr>
        <w:t>R</w:t>
      </w:r>
      <w:r w:rsidR="783E1B60" w:rsidRPr="507391C7">
        <w:rPr>
          <w:rFonts w:ascii="Wiener Melange" w:eastAsia="Wiener Melange" w:hAnsi="Wiener Melange" w:cs="Wiener Melange"/>
          <w:sz w:val="24"/>
          <w:szCs w:val="24"/>
          <w:lang w:val="de-DE"/>
        </w:rPr>
        <w:t xml:space="preserve">ajko </w:t>
      </w:r>
      <w:r w:rsidR="237A48DA" w:rsidRPr="507391C7">
        <w:rPr>
          <w:rFonts w:ascii="Wiener Melange" w:eastAsia="Wiener Melange" w:hAnsi="Wiener Melange" w:cs="Wiener Melange"/>
          <w:sz w:val="24"/>
          <w:szCs w:val="24"/>
          <w:lang w:val="de-DE"/>
        </w:rPr>
        <w:t>merkt langsam, dass etwas nicht stimmt.</w:t>
      </w:r>
      <w:r w:rsidR="286AA25D" w:rsidRPr="507391C7">
        <w:rPr>
          <w:rFonts w:ascii="Wiener Melange" w:eastAsia="Wiener Melange" w:hAnsi="Wiener Melange" w:cs="Wiener Melange"/>
          <w:sz w:val="24"/>
          <w:szCs w:val="24"/>
          <w:lang w:val="de-DE"/>
        </w:rPr>
        <w:t xml:space="preserve"> Etwas ist anders. </w:t>
      </w:r>
    </w:p>
    <w:p w14:paraId="04C8549C" w14:textId="74123AC1" w:rsidR="00B87921" w:rsidRDefault="00B87921" w:rsidP="5957DE13">
      <w:pPr>
        <w:spacing w:before="240" w:after="240"/>
        <w:rPr>
          <w:rFonts w:ascii="Wiener Melange" w:eastAsia="Wiener Melange" w:hAnsi="Wiener Melange" w:cs="Wiener Melange"/>
          <w:sz w:val="24"/>
          <w:szCs w:val="24"/>
          <w:lang w:val="de-DE"/>
        </w:rPr>
      </w:pPr>
      <w:r w:rsidRPr="00B87921">
        <w:rPr>
          <w:rFonts w:ascii="Wiener Melange" w:eastAsia="Wiener Melange" w:hAnsi="Wiener Melange" w:cs="Wiener Melange"/>
          <w:b/>
          <w:bCs/>
          <w:sz w:val="24"/>
          <w:szCs w:val="24"/>
          <w:lang w:val="de-DE"/>
        </w:rPr>
        <w:t>Daniel:</w:t>
      </w:r>
      <w:r>
        <w:rPr>
          <w:rFonts w:ascii="Wiener Melange" w:eastAsia="Wiener Melange" w:hAnsi="Wiener Melange" w:cs="Wiener Melange"/>
          <w:b/>
          <w:bCs/>
          <w:sz w:val="24"/>
          <w:szCs w:val="24"/>
          <w:lang w:val="de-DE"/>
        </w:rPr>
        <w:t xml:space="preserve"> </w:t>
      </w:r>
      <w:r w:rsidRPr="00B87921">
        <w:rPr>
          <w:rFonts w:ascii="Wiener Melange" w:eastAsia="Wiener Melange" w:hAnsi="Wiener Melange" w:cs="Wiener Melange"/>
          <w:sz w:val="24"/>
          <w:szCs w:val="24"/>
          <w:lang w:val="de-DE"/>
        </w:rPr>
        <w:t xml:space="preserve">Ja, ich habe ihn gerufen zum Essen, zum Frühstück. Und da hat er eben gesagt, du, Daniel, irgendwie, irgendwas ist komisch. Es geht </w:t>
      </w:r>
      <w:proofErr w:type="gramStart"/>
      <w:r w:rsidRPr="00B87921">
        <w:rPr>
          <w:rFonts w:ascii="Wiener Melange" w:eastAsia="Wiener Melange" w:hAnsi="Wiener Melange" w:cs="Wiener Melange"/>
          <w:sz w:val="24"/>
          <w:szCs w:val="24"/>
          <w:lang w:val="de-DE"/>
        </w:rPr>
        <w:t>mir irgendwie</w:t>
      </w:r>
      <w:proofErr w:type="gramEnd"/>
      <w:r w:rsidRPr="00B87921">
        <w:rPr>
          <w:rFonts w:ascii="Wiener Melange" w:eastAsia="Wiener Melange" w:hAnsi="Wiener Melange" w:cs="Wiener Melange"/>
          <w:sz w:val="24"/>
          <w:szCs w:val="24"/>
          <w:lang w:val="de-DE"/>
        </w:rPr>
        <w:t xml:space="preserve"> nicht gut, sagt er. Ist es schlimm? Ja, leicht, sagt er. Aber jetzt nicht so ein Schmerz, sondern das Drücken wird immer stärker und stärker, sagt er. Und ich so, vielleicht ist es wirklich ein Muskelkater.</w:t>
      </w:r>
    </w:p>
    <w:p w14:paraId="0179D419" w14:textId="3020BDBA" w:rsidR="00B87921"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lastRenderedPageBreak/>
        <w:t>Lisa S.:</w:t>
      </w:r>
      <w:r w:rsidR="00B87921">
        <w:rPr>
          <w:lang w:val="de-DE"/>
        </w:rPr>
        <w:t xml:space="preserve"> </w:t>
      </w:r>
      <w:r w:rsidR="44D837D1" w:rsidRPr="507391C7">
        <w:rPr>
          <w:rFonts w:ascii="Wiener Melange" w:eastAsia="Wiener Melange" w:hAnsi="Wiener Melange" w:cs="Wiener Melange"/>
          <w:sz w:val="24"/>
          <w:szCs w:val="24"/>
          <w:lang w:val="de-DE"/>
        </w:rPr>
        <w:t xml:space="preserve">Sie landen wieder bei derselben Erklärung und Rajko möchte seinen Tag ganz normal beginnen. Er will noch </w:t>
      </w:r>
      <w:r w:rsidR="0071E784" w:rsidRPr="507391C7">
        <w:rPr>
          <w:rFonts w:ascii="Wiener Melange" w:eastAsia="Wiener Melange" w:hAnsi="Wiener Melange" w:cs="Wiener Melange"/>
          <w:sz w:val="24"/>
          <w:szCs w:val="24"/>
          <w:lang w:val="de-DE"/>
        </w:rPr>
        <w:t xml:space="preserve">mit seiner Enkeltochter </w:t>
      </w:r>
      <w:proofErr w:type="gramStart"/>
      <w:r w:rsidR="0675342F" w:rsidRPr="507391C7">
        <w:rPr>
          <w:rFonts w:ascii="Wiener Melange" w:eastAsia="Wiener Melange" w:hAnsi="Wiener Melange" w:cs="Wiener Melange"/>
          <w:sz w:val="24"/>
          <w:szCs w:val="24"/>
          <w:lang w:val="de-DE"/>
        </w:rPr>
        <w:t xml:space="preserve">zum </w:t>
      </w:r>
      <w:r w:rsidR="44D837D1" w:rsidRPr="507391C7">
        <w:rPr>
          <w:rFonts w:ascii="Wiener Melange" w:eastAsia="Wiener Melange" w:hAnsi="Wiener Melange" w:cs="Wiener Melange"/>
          <w:sz w:val="24"/>
          <w:szCs w:val="24"/>
          <w:lang w:val="de-DE"/>
        </w:rPr>
        <w:t xml:space="preserve"> Magistrat</w:t>
      </w:r>
      <w:proofErr w:type="gramEnd"/>
      <w:r w:rsidR="44D837D1" w:rsidRPr="507391C7">
        <w:rPr>
          <w:rFonts w:ascii="Wiener Melange" w:eastAsia="Wiener Melange" w:hAnsi="Wiener Melange" w:cs="Wiener Melange"/>
          <w:sz w:val="24"/>
          <w:szCs w:val="24"/>
          <w:lang w:val="de-DE"/>
        </w:rPr>
        <w:t>. D</w:t>
      </w:r>
      <w:r w:rsidR="00B87921">
        <w:rPr>
          <w:rFonts w:ascii="Wiener Melange" w:eastAsia="Wiener Melange" w:hAnsi="Wiener Melange" w:cs="Wiener Melange"/>
          <w:sz w:val="24"/>
          <w:szCs w:val="24"/>
          <w:lang w:val="de-DE"/>
        </w:rPr>
        <w:t>och d</w:t>
      </w:r>
      <w:r w:rsidR="44D837D1" w:rsidRPr="507391C7">
        <w:rPr>
          <w:rFonts w:ascii="Wiener Melange" w:eastAsia="Wiener Melange" w:hAnsi="Wiener Melange" w:cs="Wiener Melange"/>
          <w:sz w:val="24"/>
          <w:szCs w:val="24"/>
          <w:lang w:val="de-DE"/>
        </w:rPr>
        <w:t>ann verändert sich innerhalb weniger Minuten alles.</w:t>
      </w:r>
    </w:p>
    <w:p w14:paraId="2405A239" w14:textId="277AE144" w:rsidR="00B87921" w:rsidRDefault="00B87921" w:rsidP="5957DE13">
      <w:pPr>
        <w:spacing w:before="240" w:after="240"/>
        <w:rPr>
          <w:rFonts w:ascii="Wiener Melange" w:eastAsia="Wiener Melange" w:hAnsi="Wiener Melange" w:cs="Wiener Melange"/>
          <w:sz w:val="24"/>
          <w:szCs w:val="24"/>
          <w:lang w:val="de-DE"/>
        </w:rPr>
      </w:pPr>
      <w:r w:rsidRPr="00B87921">
        <w:rPr>
          <w:rFonts w:ascii="Wiener Melange" w:eastAsia="Wiener Melange" w:hAnsi="Wiener Melange" w:cs="Wiener Melange"/>
          <w:b/>
          <w:bCs/>
          <w:sz w:val="24"/>
          <w:szCs w:val="24"/>
          <w:lang w:val="de-DE"/>
        </w:rPr>
        <w:t>Daniel:</w:t>
      </w:r>
      <w:r>
        <w:rPr>
          <w:rFonts w:ascii="Wiener Melange" w:eastAsia="Wiener Melange" w:hAnsi="Wiener Melange" w:cs="Wiener Melange"/>
          <w:b/>
          <w:bCs/>
          <w:sz w:val="24"/>
          <w:szCs w:val="24"/>
          <w:lang w:val="de-DE"/>
        </w:rPr>
        <w:t xml:space="preserve"> </w:t>
      </w:r>
      <w:r w:rsidRPr="00B87921">
        <w:rPr>
          <w:rFonts w:ascii="Wiener Melange" w:eastAsia="Wiener Melange" w:hAnsi="Wiener Melange" w:cs="Wiener Melange"/>
          <w:sz w:val="24"/>
          <w:szCs w:val="24"/>
          <w:lang w:val="de-DE"/>
        </w:rPr>
        <w:t xml:space="preserve">Und er hat das dann eben, wie soll ich sagen, locker genommen, zu locker. Und er ist dann eben an dem Tag runtergegangen, wollte eben meine Tochter anmelden beim Magistrat. Und ist dann ins Auto eingestiegen, da hat er mich angerufen und hat gesagt, Herr Daniel, komm runter, </w:t>
      </w:r>
      <w:proofErr w:type="gramStart"/>
      <w:r w:rsidRPr="00B87921">
        <w:rPr>
          <w:rFonts w:ascii="Wiener Melange" w:eastAsia="Wiener Melange" w:hAnsi="Wiener Melange" w:cs="Wiener Melange"/>
          <w:sz w:val="24"/>
          <w:szCs w:val="24"/>
          <w:lang w:val="de-DE"/>
        </w:rPr>
        <w:t>weil</w:t>
      </w:r>
      <w:proofErr w:type="gramEnd"/>
      <w:r w:rsidRPr="00B87921">
        <w:rPr>
          <w:rFonts w:ascii="Wiener Melange" w:eastAsia="Wiener Melange" w:hAnsi="Wiener Melange" w:cs="Wiener Melange"/>
          <w:sz w:val="24"/>
          <w:szCs w:val="24"/>
          <w:lang w:val="de-DE"/>
        </w:rPr>
        <w:t xml:space="preserve"> mir geht es wirklich nicht gut. Ich habe aber die Rettung schon angerufen. Ich so, okay, passt, ich komme, habe mich angezogen, bin schnell runtergelaufen.</w:t>
      </w:r>
    </w:p>
    <w:p w14:paraId="06D45A84" w14:textId="7C8FA855" w:rsidR="3D97D239"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B87921">
        <w:rPr>
          <w:lang w:val="de-DE"/>
        </w:rPr>
        <w:t xml:space="preserve"> </w:t>
      </w:r>
      <w:r w:rsidR="1031DB2D" w:rsidRPr="507391C7">
        <w:rPr>
          <w:rFonts w:ascii="Wiener Melange" w:eastAsia="Wiener Melange" w:hAnsi="Wiener Melange" w:cs="Wiener Melange"/>
          <w:sz w:val="24"/>
          <w:szCs w:val="24"/>
          <w:lang w:val="de-DE"/>
        </w:rPr>
        <w:t>Daniel läuft also nach unten und gemeinsam treffen Rajko und er eine Entscheidung.</w:t>
      </w:r>
      <w:r w:rsidR="1F1E51DE" w:rsidRPr="507391C7">
        <w:rPr>
          <w:rFonts w:ascii="Wiener Melange" w:eastAsia="Wiener Melange" w:hAnsi="Wiener Melange" w:cs="Wiener Melange"/>
          <w:sz w:val="24"/>
          <w:szCs w:val="24"/>
          <w:lang w:val="de-DE"/>
        </w:rPr>
        <w:t xml:space="preserve"> </w:t>
      </w:r>
      <w:r w:rsidR="08708A79" w:rsidRPr="507391C7">
        <w:rPr>
          <w:rFonts w:ascii="Wiener Melange" w:eastAsia="Wiener Melange" w:hAnsi="Wiener Melange" w:cs="Wiener Melange"/>
          <w:sz w:val="24"/>
          <w:szCs w:val="24"/>
          <w:lang w:val="de-DE"/>
        </w:rPr>
        <w:t>Sie können nicht warten.</w:t>
      </w:r>
    </w:p>
    <w:p w14:paraId="35A65C03" w14:textId="2095090A" w:rsidR="02F906CF"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B87921">
        <w:rPr>
          <w:lang w:val="de-DE"/>
        </w:rPr>
        <w:t xml:space="preserve"> </w:t>
      </w:r>
      <w:r w:rsidR="56ABD97E" w:rsidRPr="507391C7">
        <w:rPr>
          <w:rFonts w:ascii="Wiener Melange" w:eastAsia="Wiener Melange" w:hAnsi="Wiener Melange" w:cs="Wiener Melange"/>
          <w:sz w:val="24"/>
          <w:szCs w:val="24"/>
          <w:lang w:val="de-DE"/>
        </w:rPr>
        <w:t xml:space="preserve">Rajko hat die Rettung ja bereits gerufen </w:t>
      </w:r>
      <w:r w:rsidR="1C23F7DC" w:rsidRPr="507391C7">
        <w:rPr>
          <w:rFonts w:ascii="Wiener Melange" w:eastAsia="Wiener Melange" w:hAnsi="Wiener Melange" w:cs="Wiener Melange"/>
          <w:sz w:val="24"/>
          <w:szCs w:val="24"/>
          <w:lang w:val="de-DE"/>
        </w:rPr>
        <w:t xml:space="preserve">aber </w:t>
      </w:r>
      <w:r w:rsidR="56ABD97E" w:rsidRPr="507391C7">
        <w:rPr>
          <w:rFonts w:ascii="Wiener Melange" w:eastAsia="Wiener Melange" w:hAnsi="Wiener Melange" w:cs="Wiener Melange"/>
          <w:sz w:val="24"/>
          <w:szCs w:val="24"/>
          <w:lang w:val="de-DE"/>
        </w:rPr>
        <w:t>Vater und Sohn merken beide, es ist dringend. Es geht jetzt um jed</w:t>
      </w:r>
      <w:r w:rsidR="00B87921">
        <w:rPr>
          <w:rFonts w:ascii="Wiener Melange" w:eastAsia="Wiener Melange" w:hAnsi="Wiener Melange" w:cs="Wiener Melange"/>
          <w:sz w:val="24"/>
          <w:szCs w:val="24"/>
          <w:lang w:val="de-DE"/>
        </w:rPr>
        <w:t>en Moment</w:t>
      </w:r>
      <w:r w:rsidR="56ABD97E" w:rsidRPr="507391C7">
        <w:rPr>
          <w:rFonts w:ascii="Wiener Melange" w:eastAsia="Wiener Melange" w:hAnsi="Wiener Melange" w:cs="Wiener Melange"/>
          <w:sz w:val="24"/>
          <w:szCs w:val="24"/>
          <w:lang w:val="de-DE"/>
        </w:rPr>
        <w:t xml:space="preserve">. </w:t>
      </w:r>
    </w:p>
    <w:p w14:paraId="1DEAC8B8" w14:textId="7C007135" w:rsidR="6300DDC6"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6300DDC6" w:rsidRPr="00BE617F">
        <w:rPr>
          <w:lang w:val="de-DE"/>
        </w:rPr>
        <w:br/>
      </w:r>
      <w:r w:rsidR="6296A065" w:rsidRPr="507391C7">
        <w:rPr>
          <w:rFonts w:ascii="Wiener Melange" w:eastAsia="Wiener Melange" w:hAnsi="Wiener Melange" w:cs="Wiener Melange"/>
          <w:sz w:val="24"/>
          <w:szCs w:val="24"/>
          <w:lang w:val="de-DE"/>
        </w:rPr>
        <w:t xml:space="preserve">Daniel möchte Rajko also selbst ins Krankenhaus fahren. Weil Rajko eine Gehbehinderung hat, hilft er ihm aus dem Auto, und setzt ihn auf den Beifahrersitz. </w:t>
      </w:r>
    </w:p>
    <w:p w14:paraId="071A5B9B" w14:textId="2152DB40" w:rsidR="00B87921" w:rsidRDefault="00B87921" w:rsidP="5957DE13">
      <w:pPr>
        <w:spacing w:before="240" w:after="240"/>
        <w:rPr>
          <w:rFonts w:ascii="Wiener Melange" w:eastAsia="Wiener Melange" w:hAnsi="Wiener Melange" w:cs="Wiener Melange"/>
          <w:sz w:val="24"/>
          <w:szCs w:val="24"/>
          <w:lang w:val="de-DE"/>
        </w:rPr>
      </w:pPr>
      <w:r w:rsidRPr="00B87921">
        <w:rPr>
          <w:rFonts w:ascii="Wiener Melange" w:eastAsia="Wiener Melange" w:hAnsi="Wiener Melange" w:cs="Wiener Melange"/>
          <w:b/>
          <w:bCs/>
          <w:sz w:val="24"/>
          <w:szCs w:val="24"/>
          <w:lang w:val="de-DE"/>
        </w:rPr>
        <w:t>Daniel:</w:t>
      </w:r>
      <w:r>
        <w:rPr>
          <w:rFonts w:ascii="Wiener Melange" w:eastAsia="Wiener Melange" w:hAnsi="Wiener Melange" w:cs="Wiener Melange"/>
          <w:b/>
          <w:bCs/>
          <w:sz w:val="24"/>
          <w:szCs w:val="24"/>
          <w:lang w:val="de-DE"/>
        </w:rPr>
        <w:t xml:space="preserve"> </w:t>
      </w:r>
      <w:r w:rsidRPr="507391C7">
        <w:rPr>
          <w:rFonts w:ascii="Wiener Melange" w:eastAsia="Wiener Melange" w:hAnsi="Wiener Melange" w:cs="Wiener Melange"/>
          <w:sz w:val="24"/>
          <w:szCs w:val="24"/>
          <w:lang w:val="de-DE"/>
        </w:rPr>
        <w:t xml:space="preserve">Und ja, wie gesagt, ich habe schon die Tür fast zugeschlagen seiner Beifahrertur und wollte schon wegfahren. Das waren Sekunden. Ich wollte schon wegfahren. Wäre </w:t>
      </w:r>
      <w:proofErr w:type="gramStart"/>
      <w:r w:rsidRPr="507391C7">
        <w:rPr>
          <w:rFonts w:ascii="Wiener Melange" w:eastAsia="Wiener Melange" w:hAnsi="Wiener Melange" w:cs="Wiener Melange"/>
          <w:sz w:val="24"/>
          <w:szCs w:val="24"/>
          <w:lang w:val="de-DE"/>
        </w:rPr>
        <w:t>wirklich die</w:t>
      </w:r>
      <w:proofErr w:type="gramEnd"/>
      <w:r w:rsidRPr="507391C7">
        <w:rPr>
          <w:rFonts w:ascii="Wiener Melange" w:eastAsia="Wiener Melange" w:hAnsi="Wiener Melange" w:cs="Wiener Melange"/>
          <w:sz w:val="24"/>
          <w:szCs w:val="24"/>
          <w:lang w:val="de-DE"/>
        </w:rPr>
        <w:t xml:space="preserve"> Rettung 10 Sekunden später, er wäre wahrscheinlich neben mir gestorben.</w:t>
      </w:r>
    </w:p>
    <w:p w14:paraId="054E885F" w14:textId="22B35E19" w:rsidR="36DD4B3D" w:rsidRDefault="00B76347" w:rsidP="507391C7">
      <w:pPr>
        <w:pStyle w:val="Regie"/>
        <w:ind w:left="0"/>
        <w:rPr>
          <w:rFonts w:ascii="Wiener Melange" w:eastAsia="Wiener Melange" w:hAnsi="Wiener Melange" w:cs="Wiener Melange"/>
          <w:i w:val="0"/>
          <w:sz w:val="24"/>
          <w:szCs w:val="24"/>
          <w:lang w:val="de-DE"/>
        </w:rPr>
      </w:pPr>
      <w:r>
        <w:rPr>
          <w:rFonts w:ascii="Wiener Melange" w:eastAsia="Wiener Melange" w:hAnsi="Wiener Melange" w:cs="Wiener Melange"/>
          <w:b/>
          <w:bCs/>
          <w:i w:val="0"/>
          <w:sz w:val="24"/>
          <w:szCs w:val="24"/>
          <w:lang w:val="de-DE"/>
        </w:rPr>
        <w:t>Lisa N.</w:t>
      </w:r>
      <w:r w:rsidR="00B87921">
        <w:rPr>
          <w:lang w:val="de-DE"/>
        </w:rPr>
        <w:t xml:space="preserve"> </w:t>
      </w:r>
      <w:r w:rsidR="034A8C85" w:rsidRPr="507391C7">
        <w:rPr>
          <w:rFonts w:ascii="Wiener Melange" w:eastAsia="Wiener Melange" w:hAnsi="Wiener Melange" w:cs="Wiener Melange"/>
          <w:i w:val="0"/>
          <w:sz w:val="24"/>
          <w:szCs w:val="24"/>
          <w:lang w:val="de-DE"/>
        </w:rPr>
        <w:t>Die Sanitäter</w:t>
      </w:r>
      <w:r w:rsidR="2E3665E6" w:rsidRPr="507391C7">
        <w:rPr>
          <w:rFonts w:ascii="Wiener Melange" w:eastAsia="Wiener Melange" w:hAnsi="Wiener Melange" w:cs="Wiener Melange"/>
          <w:i w:val="0"/>
          <w:sz w:val="24"/>
          <w:szCs w:val="24"/>
          <w:lang w:val="de-DE"/>
        </w:rPr>
        <w:t>*innen</w:t>
      </w:r>
      <w:r w:rsidR="034A8C85" w:rsidRPr="507391C7">
        <w:rPr>
          <w:rFonts w:ascii="Wiener Melange" w:eastAsia="Wiener Melange" w:hAnsi="Wiener Melange" w:cs="Wiener Melange"/>
          <w:i w:val="0"/>
          <w:sz w:val="24"/>
          <w:szCs w:val="24"/>
          <w:lang w:val="de-DE"/>
        </w:rPr>
        <w:t xml:space="preserve"> des Arbeitersamariterbundes </w:t>
      </w:r>
      <w:r w:rsidR="3435D31F" w:rsidRPr="507391C7">
        <w:rPr>
          <w:rFonts w:ascii="Wiener Melange" w:eastAsia="Wiener Melange" w:hAnsi="Wiener Melange" w:cs="Wiener Melange"/>
          <w:i w:val="0"/>
          <w:sz w:val="24"/>
          <w:szCs w:val="24"/>
          <w:lang w:val="de-DE"/>
        </w:rPr>
        <w:t xml:space="preserve">treffen in dem Moment ein als Daniel losfahren will. Sie holen Rajko aus dem Auto, legen ihn auf die Liege, </w:t>
      </w:r>
      <w:r w:rsidR="00B87921">
        <w:rPr>
          <w:rFonts w:ascii="Wiener Melange" w:eastAsia="Wiener Melange" w:hAnsi="Wiener Melange" w:cs="Wiener Melange"/>
          <w:i w:val="0"/>
          <w:sz w:val="24"/>
          <w:szCs w:val="24"/>
          <w:lang w:val="de-DE"/>
        </w:rPr>
        <w:t>wie</w:t>
      </w:r>
      <w:r w:rsidR="3435D31F" w:rsidRPr="507391C7">
        <w:rPr>
          <w:rFonts w:ascii="Wiener Melange" w:eastAsia="Wiener Melange" w:hAnsi="Wiener Melange" w:cs="Wiener Melange"/>
          <w:i w:val="0"/>
          <w:sz w:val="24"/>
          <w:szCs w:val="24"/>
          <w:lang w:val="de-DE"/>
        </w:rPr>
        <w:t xml:space="preserve"> wir alle aus Filmen </w:t>
      </w:r>
      <w:r w:rsidR="2E9F1784" w:rsidRPr="507391C7">
        <w:rPr>
          <w:rFonts w:ascii="Wiener Melange" w:eastAsia="Wiener Melange" w:hAnsi="Wiener Melange" w:cs="Wiener Melange"/>
          <w:i w:val="0"/>
          <w:sz w:val="24"/>
          <w:szCs w:val="24"/>
          <w:lang w:val="de-DE"/>
        </w:rPr>
        <w:t>kennen, sie schieben ihn in den Wagen.</w:t>
      </w:r>
      <w:r w:rsidR="31AE0BD8" w:rsidRPr="507391C7">
        <w:rPr>
          <w:rFonts w:ascii="Wiener Melange" w:eastAsia="Wiener Melange" w:hAnsi="Wiener Melange" w:cs="Wiener Melange"/>
          <w:i w:val="0"/>
          <w:sz w:val="24"/>
          <w:szCs w:val="24"/>
          <w:lang w:val="de-DE"/>
        </w:rPr>
        <w:t xml:space="preserve"> Mit im Rettungswagen ist ein Notarzt </w:t>
      </w:r>
      <w:r w:rsidR="549FDE50" w:rsidRPr="507391C7">
        <w:rPr>
          <w:rFonts w:ascii="Wiener Melange" w:eastAsia="Wiener Melange" w:hAnsi="Wiener Melange" w:cs="Wiener Melange"/>
          <w:i w:val="0"/>
          <w:sz w:val="24"/>
          <w:szCs w:val="24"/>
          <w:lang w:val="de-DE"/>
        </w:rPr>
        <w:t xml:space="preserve">unserer </w:t>
      </w:r>
      <w:r w:rsidR="31AE0BD8" w:rsidRPr="507391C7">
        <w:rPr>
          <w:rFonts w:ascii="Wiener Melange" w:eastAsia="Wiener Melange" w:hAnsi="Wiener Melange" w:cs="Wiener Melange"/>
          <w:i w:val="0"/>
          <w:sz w:val="24"/>
          <w:szCs w:val="24"/>
          <w:lang w:val="de-DE"/>
        </w:rPr>
        <w:t>Klinik Hietzing.</w:t>
      </w:r>
    </w:p>
    <w:p w14:paraId="0236CCFF" w14:textId="3327BF3C" w:rsidR="7B8C1234" w:rsidRDefault="00B76347" w:rsidP="507391C7">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B87921">
        <w:rPr>
          <w:lang w:val="de-DE"/>
        </w:rPr>
        <w:t xml:space="preserve"> </w:t>
      </w:r>
      <w:proofErr w:type="spellStart"/>
      <w:r w:rsidR="189C9615" w:rsidRPr="00BE617F">
        <w:rPr>
          <w:rFonts w:ascii="Wiener Melange" w:eastAsia="Wiener Melange" w:hAnsi="Wiener Melange" w:cs="Wiener Melange"/>
          <w:sz w:val="24"/>
          <w:szCs w:val="24"/>
          <w:lang w:val="de-DE"/>
        </w:rPr>
        <w:t>Notä</w:t>
      </w:r>
      <w:r w:rsidR="447CFC69" w:rsidRPr="00BE617F">
        <w:rPr>
          <w:rFonts w:ascii="Wiener Melange" w:eastAsia="Wiener Melange" w:hAnsi="Wiener Melange" w:cs="Wiener Melange"/>
          <w:sz w:val="24"/>
          <w:szCs w:val="24"/>
          <w:lang w:val="de-DE"/>
        </w:rPr>
        <w:t>rzt</w:t>
      </w:r>
      <w:proofErr w:type="spellEnd"/>
      <w:r w:rsidR="447CFC69" w:rsidRPr="00BE617F">
        <w:rPr>
          <w:rFonts w:ascii="Wiener Melange" w:eastAsia="Wiener Melange" w:hAnsi="Wiener Melange" w:cs="Wiener Melange"/>
          <w:sz w:val="24"/>
          <w:szCs w:val="24"/>
          <w:lang w:val="de-DE"/>
        </w:rPr>
        <w:t>*innen des Wiener Gesundheitsverbundes arbeiten auch im präklinischen Rettungsdienst –</w:t>
      </w:r>
      <w:r w:rsidR="47AA4368" w:rsidRPr="507391C7">
        <w:rPr>
          <w:rFonts w:ascii="Wiener Melange" w:eastAsia="Wiener Melange" w:hAnsi="Wiener Melange" w:cs="Wiener Melange"/>
          <w:sz w:val="24"/>
          <w:szCs w:val="24"/>
          <w:lang w:val="de-DE"/>
        </w:rPr>
        <w:t xml:space="preserve"> und fahren regelmäßig Einsätze.</w:t>
      </w:r>
      <w:r w:rsidR="1563D7BB" w:rsidRPr="507391C7">
        <w:rPr>
          <w:rFonts w:ascii="Wiener Melange" w:eastAsia="Wiener Melange" w:hAnsi="Wiener Melange" w:cs="Wiener Melange"/>
          <w:sz w:val="24"/>
          <w:szCs w:val="24"/>
          <w:lang w:val="de-DE"/>
        </w:rPr>
        <w:t xml:space="preserve"> </w:t>
      </w:r>
      <w:r w:rsidR="4C68D88D" w:rsidRPr="507391C7">
        <w:rPr>
          <w:rFonts w:ascii="Wiener Melange" w:eastAsia="Wiener Melange" w:hAnsi="Wiener Melange" w:cs="Wiener Melange"/>
          <w:sz w:val="24"/>
          <w:szCs w:val="24"/>
          <w:lang w:val="de-DE"/>
        </w:rPr>
        <w:t xml:space="preserve">Für Patient*innen macht genau dieses Zusammenspiel </w:t>
      </w:r>
      <w:r w:rsidR="04A7A054" w:rsidRPr="507391C7">
        <w:rPr>
          <w:rFonts w:ascii="Wiener Melange" w:eastAsia="Wiener Melange" w:hAnsi="Wiener Melange" w:cs="Wiener Melange"/>
          <w:sz w:val="24"/>
          <w:szCs w:val="24"/>
          <w:lang w:val="de-DE"/>
        </w:rPr>
        <w:t xml:space="preserve">den </w:t>
      </w:r>
      <w:r w:rsidR="4C68D88D" w:rsidRPr="507391C7">
        <w:rPr>
          <w:rFonts w:ascii="Wiener Melange" w:eastAsia="Wiener Melange" w:hAnsi="Wiener Melange" w:cs="Wiener Melange"/>
          <w:sz w:val="24"/>
          <w:szCs w:val="24"/>
          <w:lang w:val="de-DE"/>
        </w:rPr>
        <w:t>Unterschied. Die Notfallmedizin beginnt nicht erst im Krankenhaus – sie beginnt dort, wo Mensch</w:t>
      </w:r>
      <w:r w:rsidR="1BEF81E0" w:rsidRPr="507391C7">
        <w:rPr>
          <w:rFonts w:ascii="Wiener Melange" w:eastAsia="Wiener Melange" w:hAnsi="Wiener Melange" w:cs="Wiener Melange"/>
          <w:sz w:val="24"/>
          <w:szCs w:val="24"/>
          <w:lang w:val="de-DE"/>
        </w:rPr>
        <w:t>en</w:t>
      </w:r>
      <w:r w:rsidR="4C68D88D" w:rsidRPr="507391C7">
        <w:rPr>
          <w:rFonts w:ascii="Wiener Melange" w:eastAsia="Wiener Melange" w:hAnsi="Wiener Melange" w:cs="Wiener Melange"/>
          <w:sz w:val="24"/>
          <w:szCs w:val="24"/>
          <w:lang w:val="de-DE"/>
        </w:rPr>
        <w:t xml:space="preserve"> Hilfe brauch</w:t>
      </w:r>
      <w:r w:rsidR="348C51CD" w:rsidRPr="507391C7">
        <w:rPr>
          <w:rFonts w:ascii="Wiener Melange" w:eastAsia="Wiener Melange" w:hAnsi="Wiener Melange" w:cs="Wiener Melange"/>
          <w:sz w:val="24"/>
          <w:szCs w:val="24"/>
          <w:lang w:val="de-DE"/>
        </w:rPr>
        <w:t>en.</w:t>
      </w:r>
      <w:r w:rsidR="603837F4" w:rsidRPr="507391C7">
        <w:rPr>
          <w:rFonts w:ascii="Wiener Melange" w:eastAsia="Wiener Melange" w:hAnsi="Wiener Melange" w:cs="Wiener Melange"/>
          <w:sz w:val="24"/>
          <w:szCs w:val="24"/>
          <w:lang w:val="de-DE"/>
        </w:rPr>
        <w:t xml:space="preserve"> Und die braucht Rajko dringend.</w:t>
      </w:r>
      <w:r w:rsidR="41ECC545" w:rsidRPr="507391C7">
        <w:rPr>
          <w:rFonts w:ascii="Wiener Melange" w:eastAsia="Wiener Melange" w:hAnsi="Wiener Melange" w:cs="Wiener Melange"/>
          <w:sz w:val="24"/>
          <w:szCs w:val="24"/>
          <w:lang w:val="de-DE"/>
        </w:rPr>
        <w:t xml:space="preserve"> </w:t>
      </w:r>
    </w:p>
    <w:p w14:paraId="77DD618D" w14:textId="05D7F227" w:rsidR="00B87921" w:rsidRDefault="00B87921" w:rsidP="507391C7">
      <w:pPr>
        <w:spacing w:before="240" w:after="240"/>
        <w:rPr>
          <w:rFonts w:ascii="Wiener Melange" w:eastAsia="Wiener Melange" w:hAnsi="Wiener Melange" w:cs="Wiener Melange"/>
          <w:sz w:val="24"/>
          <w:szCs w:val="24"/>
          <w:lang w:val="de-DE"/>
        </w:rPr>
      </w:pPr>
      <w:r w:rsidRPr="00B87921">
        <w:rPr>
          <w:rFonts w:ascii="Wiener Melange" w:eastAsia="Wiener Melange" w:hAnsi="Wiener Melange" w:cs="Wiener Melange"/>
          <w:b/>
          <w:bCs/>
          <w:sz w:val="24"/>
          <w:szCs w:val="24"/>
          <w:lang w:val="de-DE"/>
        </w:rPr>
        <w:t>Daniel:</w:t>
      </w:r>
      <w:r>
        <w:rPr>
          <w:rFonts w:ascii="Wiener Melange" w:eastAsia="Wiener Melange" w:hAnsi="Wiener Melange" w:cs="Wiener Melange"/>
          <w:b/>
          <w:bCs/>
          <w:sz w:val="24"/>
          <w:szCs w:val="24"/>
          <w:lang w:val="de-DE"/>
        </w:rPr>
        <w:t xml:space="preserve"> </w:t>
      </w:r>
      <w:r>
        <w:rPr>
          <w:rFonts w:ascii="Wiener Melange" w:eastAsia="Wiener Melange" w:hAnsi="Wiener Melange" w:cs="Wiener Melange"/>
          <w:sz w:val="24"/>
          <w:szCs w:val="24"/>
          <w:lang w:val="de-DE"/>
        </w:rPr>
        <w:t>U</w:t>
      </w:r>
      <w:r w:rsidRPr="00B87921">
        <w:rPr>
          <w:rFonts w:ascii="Wiener Melange" w:eastAsia="Wiener Melange" w:hAnsi="Wiener Melange" w:cs="Wiener Melange"/>
          <w:sz w:val="24"/>
          <w:szCs w:val="24"/>
          <w:lang w:val="de-DE"/>
        </w:rPr>
        <w:t xml:space="preserve">nd ich warte, warte, warte. Dann habe ich mir gedacht, 10, 15 Minuten. Alter, ist irgendwas nicht okay. </w:t>
      </w:r>
      <w:proofErr w:type="gramStart"/>
      <w:r w:rsidRPr="00B87921">
        <w:rPr>
          <w:rFonts w:ascii="Wiener Melange" w:eastAsia="Wiener Melange" w:hAnsi="Wiener Melange" w:cs="Wiener Melange"/>
          <w:sz w:val="24"/>
          <w:szCs w:val="24"/>
          <w:lang w:val="de-DE"/>
        </w:rPr>
        <w:t>Bin</w:t>
      </w:r>
      <w:proofErr w:type="gramEnd"/>
      <w:r w:rsidRPr="00B87921">
        <w:rPr>
          <w:rFonts w:ascii="Wiener Melange" w:eastAsia="Wiener Melange" w:hAnsi="Wiener Melange" w:cs="Wiener Melange"/>
          <w:sz w:val="24"/>
          <w:szCs w:val="24"/>
          <w:lang w:val="de-DE"/>
        </w:rPr>
        <w:t xml:space="preserve"> dann hingegangen, hab dann angeklopft. Ist dann so ein, der </w:t>
      </w:r>
      <w:r w:rsidRPr="00B87921">
        <w:rPr>
          <w:rFonts w:ascii="Wiener Melange" w:eastAsia="Wiener Melange" w:hAnsi="Wiener Melange" w:cs="Wiener Melange"/>
          <w:sz w:val="24"/>
          <w:szCs w:val="24"/>
          <w:lang w:val="de-DE"/>
        </w:rPr>
        <w:lastRenderedPageBreak/>
        <w:t>Arzt rausgekommen. Sag so, ist alles okay? Er so, nein, es ist nichts okay. Ich so, was ist los? Er hatte gerade einen Herzinfarkt, wir haben ihn zurückgeholt. Ich so, was? Und hat dann schon den Helikopter angerufen. Und wo er gerade mit denen telefoniert, hat er auf einmal noch einen Herzinfarkt bekommen. Und da habe ich aber alles mitbekommen, weil ich durch die Windschutzscheibe sehen konnte. Also beim Rettungswagen, wenn du durch die Windschutzscheibe durchschaust, ist ja so ein kleines Fenster. Und da habe ich eben alles gesehen, wie sie ihn reanimiert haben.</w:t>
      </w:r>
    </w:p>
    <w:p w14:paraId="64F448A0" w14:textId="41680762" w:rsidR="0EEC7C3D" w:rsidRDefault="00B76347" w:rsidP="507391C7">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B87921">
        <w:rPr>
          <w:lang w:val="de-DE"/>
        </w:rPr>
        <w:t xml:space="preserve"> </w:t>
      </w:r>
      <w:r w:rsidR="0B539F57" w:rsidRPr="00BE617F">
        <w:rPr>
          <w:rFonts w:ascii="Wiener Melange" w:eastAsia="Wiener Melange" w:hAnsi="Wiener Melange" w:cs="Wiener Melange"/>
          <w:sz w:val="24"/>
          <w:szCs w:val="24"/>
          <w:lang w:val="de-DE"/>
        </w:rPr>
        <w:t>Der Herzinfarkt löst bei Rajko innerhalb weniger Minuten zwei Herzstillstände aus. Zweimal hört sein Herz auf, ausreichend Blut durch den Körper zu pumpen. Die Rettungssanitäter*innen und der Notarzt beginnen sofort mit der Wiederbelebung.</w:t>
      </w:r>
    </w:p>
    <w:p w14:paraId="151C1A41" w14:textId="16278CF8" w:rsidR="00C623F3" w:rsidRPr="00BE617F" w:rsidRDefault="00C623F3" w:rsidP="507391C7">
      <w:pPr>
        <w:spacing w:before="240" w:after="240"/>
        <w:rPr>
          <w:rFonts w:ascii="Wiener Melange" w:eastAsia="Wiener Melange" w:hAnsi="Wiener Melange" w:cs="Wiener Melange"/>
          <w:sz w:val="24"/>
          <w:szCs w:val="24"/>
          <w:lang w:val="de-DE"/>
        </w:rPr>
      </w:pPr>
      <w:r w:rsidRPr="00B87921">
        <w:rPr>
          <w:rFonts w:ascii="Wiener Melange" w:eastAsia="Wiener Melange" w:hAnsi="Wiener Melange" w:cs="Wiener Melange"/>
          <w:b/>
          <w:bCs/>
          <w:sz w:val="24"/>
          <w:szCs w:val="24"/>
          <w:lang w:val="de-DE"/>
        </w:rPr>
        <w:t>Daniel:</w:t>
      </w:r>
      <w:r>
        <w:rPr>
          <w:rFonts w:ascii="Wiener Melange" w:eastAsia="Wiener Melange" w:hAnsi="Wiener Melange" w:cs="Wiener Melange"/>
          <w:b/>
          <w:bCs/>
          <w:sz w:val="24"/>
          <w:szCs w:val="24"/>
          <w:lang w:val="de-DE"/>
        </w:rPr>
        <w:t xml:space="preserve"> </w:t>
      </w:r>
      <w:r w:rsidRPr="507391C7">
        <w:rPr>
          <w:rFonts w:ascii="Wiener Melange" w:eastAsia="Wiener Melange" w:hAnsi="Wiener Melange" w:cs="Wiener Melange"/>
          <w:sz w:val="24"/>
          <w:szCs w:val="24"/>
          <w:lang w:val="de-DE"/>
        </w:rPr>
        <w:t>Ja, also dieses Gefühl wünsche ich wirklich niemanden. Wenn man sieht, dass dein eigener Vater reanimiert wird und du weißt nicht, ob er überlebt. Das ist schon was Schlimmes, ja.</w:t>
      </w:r>
    </w:p>
    <w:p w14:paraId="6B66B559" w14:textId="0657CD48" w:rsidR="2E030422" w:rsidRDefault="00B76347" w:rsidP="23FE564F">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C623F3">
        <w:rPr>
          <w:rFonts w:ascii="Wiener Melange" w:eastAsia="Wiener Melange" w:hAnsi="Wiener Melange" w:cs="Wiener Melange"/>
          <w:b/>
          <w:bCs/>
          <w:sz w:val="24"/>
          <w:szCs w:val="24"/>
          <w:lang w:val="de-DE"/>
        </w:rPr>
        <w:t>:</w:t>
      </w:r>
      <w:r w:rsidR="2E030422" w:rsidRPr="00BE617F">
        <w:rPr>
          <w:lang w:val="de-DE"/>
        </w:rPr>
        <w:br/>
      </w:r>
      <w:r w:rsidR="0FEE899D" w:rsidRPr="507391C7">
        <w:rPr>
          <w:rFonts w:ascii="Wiener Melange" w:eastAsia="Wiener Melange" w:hAnsi="Wiener Melange" w:cs="Wiener Melange"/>
          <w:sz w:val="24"/>
          <w:szCs w:val="24"/>
          <w:lang w:val="de-DE"/>
        </w:rPr>
        <w:t xml:space="preserve">Während Daniel vor dem Rettungswagen steht, </w:t>
      </w:r>
      <w:r w:rsidR="661D2613" w:rsidRPr="507391C7">
        <w:rPr>
          <w:rFonts w:ascii="Wiener Melange" w:eastAsia="Wiener Melange" w:hAnsi="Wiener Melange" w:cs="Wiener Melange"/>
          <w:sz w:val="24"/>
          <w:szCs w:val="24"/>
          <w:lang w:val="de-DE"/>
        </w:rPr>
        <w:t xml:space="preserve">steigt </w:t>
      </w:r>
      <w:r w:rsidR="0FEE899D" w:rsidRPr="507391C7">
        <w:rPr>
          <w:rFonts w:ascii="Wiener Melange" w:eastAsia="Wiener Melange" w:hAnsi="Wiener Melange" w:cs="Wiener Melange"/>
          <w:sz w:val="24"/>
          <w:szCs w:val="24"/>
          <w:lang w:val="de-DE"/>
        </w:rPr>
        <w:t>wenige Kilometer entfernt</w:t>
      </w:r>
      <w:r w:rsidR="7DF1DA8D" w:rsidRPr="507391C7">
        <w:rPr>
          <w:rFonts w:ascii="Wiener Melange" w:eastAsia="Wiener Melange" w:hAnsi="Wiener Melange" w:cs="Wiener Melange"/>
          <w:sz w:val="24"/>
          <w:szCs w:val="24"/>
          <w:lang w:val="de-DE"/>
        </w:rPr>
        <w:t xml:space="preserve"> ein weiterer Notarzt </w:t>
      </w:r>
      <w:r w:rsidR="27F48510" w:rsidRPr="507391C7">
        <w:rPr>
          <w:rFonts w:ascii="Wiener Melange" w:eastAsia="Wiener Melange" w:hAnsi="Wiener Melange" w:cs="Wiener Melange"/>
          <w:sz w:val="24"/>
          <w:szCs w:val="24"/>
          <w:lang w:val="de-DE"/>
        </w:rPr>
        <w:t xml:space="preserve">unserer </w:t>
      </w:r>
      <w:r w:rsidR="7DF1DA8D" w:rsidRPr="507391C7">
        <w:rPr>
          <w:rFonts w:ascii="Wiener Melange" w:eastAsia="Wiener Melange" w:hAnsi="Wiener Melange" w:cs="Wiener Melange"/>
          <w:sz w:val="24"/>
          <w:szCs w:val="24"/>
          <w:lang w:val="de-DE"/>
        </w:rPr>
        <w:t xml:space="preserve">Klinik Hietzing in den Rettungshubschrauber. </w:t>
      </w:r>
      <w:r w:rsidR="63AA8426" w:rsidRPr="507391C7">
        <w:rPr>
          <w:rFonts w:ascii="Wiener Melange" w:eastAsia="Wiener Melange" w:hAnsi="Wiener Melange" w:cs="Wiener Melange"/>
          <w:sz w:val="24"/>
          <w:szCs w:val="24"/>
          <w:lang w:val="de-DE"/>
        </w:rPr>
        <w:t>Der nächste</w:t>
      </w:r>
      <w:r w:rsidR="7DF1DA8D" w:rsidRPr="507391C7">
        <w:rPr>
          <w:rFonts w:ascii="Wiener Melange" w:eastAsia="Wiener Melange" w:hAnsi="Wiener Melange" w:cs="Wiener Melange"/>
          <w:sz w:val="24"/>
          <w:szCs w:val="24"/>
          <w:lang w:val="de-DE"/>
        </w:rPr>
        <w:t xml:space="preserve"> Teil der Rettungskette hebt ab. </w:t>
      </w:r>
    </w:p>
    <w:p w14:paraId="39811B29" w14:textId="0E346E57" w:rsidR="00C623F3" w:rsidRPr="00B76347" w:rsidRDefault="00C623F3" w:rsidP="00C623F3">
      <w:pPr>
        <w:pStyle w:val="berschrift3"/>
        <w:rPr>
          <w:rFonts w:ascii="Wiener Melange" w:eastAsia="Calibri" w:hAnsi="Wiener Melange" w:cs="Wiener Melange"/>
          <w:color w:val="auto"/>
          <w:lang w:val="de-DE"/>
        </w:rPr>
      </w:pPr>
      <w:r>
        <w:rPr>
          <w:rFonts w:ascii="Wiener Melange" w:eastAsia="Calibri" w:hAnsi="Wiener Melange" w:cs="Wiener Melange"/>
          <w:color w:val="auto"/>
          <w:lang w:val="de-DE"/>
        </w:rPr>
        <w:t>Kapitel 2</w:t>
      </w:r>
    </w:p>
    <w:p w14:paraId="28FBBE13" w14:textId="5B3281ED" w:rsidR="00C623F3" w:rsidRPr="00C623F3" w:rsidRDefault="00C623F3" w:rsidP="00C623F3">
      <w:pPr>
        <w:rPr>
          <w:rFonts w:ascii="Wiener Melange" w:eastAsia="Calibri" w:hAnsi="Wiener Melange" w:cs="Wiener Melange"/>
          <w:i/>
          <w:lang w:val="de-DE"/>
        </w:rPr>
      </w:pPr>
      <w:r w:rsidRPr="00B76347">
        <w:rPr>
          <w:rFonts w:ascii="Wiener Melange" w:eastAsia="Calibri" w:hAnsi="Wiener Melange" w:cs="Wiener Melange"/>
          <w:i/>
          <w:lang w:val="de-DE"/>
        </w:rPr>
        <w:t>[</w:t>
      </w:r>
      <w:r>
        <w:rPr>
          <w:rFonts w:ascii="Wiener Melange" w:eastAsia="Calibri" w:hAnsi="Wiener Melange" w:cs="Wiener Melange"/>
          <w:i/>
          <w:lang w:val="de-DE"/>
        </w:rPr>
        <w:t>Motorblätter Hubschrauber</w:t>
      </w:r>
      <w:r w:rsidRPr="00B76347">
        <w:rPr>
          <w:rFonts w:ascii="Wiener Melange" w:eastAsia="Calibri" w:hAnsi="Wiener Melange" w:cs="Wiener Melange"/>
          <w:i/>
          <w:lang w:val="de-DE"/>
        </w:rPr>
        <w:t xml:space="preserve">]: </w:t>
      </w:r>
      <w:r>
        <w:rPr>
          <w:rFonts w:ascii="Wiener Melange" w:eastAsia="Calibri" w:hAnsi="Wiener Melange" w:cs="Wiener Melange"/>
          <w:i/>
          <w:lang w:val="de-DE"/>
        </w:rPr>
        <w:t xml:space="preserve">Lisa N.: </w:t>
      </w:r>
      <w:r w:rsidRPr="00B76347">
        <w:rPr>
          <w:rFonts w:ascii="Wiener Melange" w:eastAsia="Calibri" w:hAnsi="Wiener Melange" w:cs="Wiener Melange"/>
          <w:i/>
          <w:lang w:val="de-DE"/>
        </w:rPr>
        <w:t>K</w:t>
      </w:r>
      <w:r>
        <w:rPr>
          <w:rFonts w:ascii="Wiener Melange" w:eastAsia="Calibri" w:hAnsi="Wiener Melange" w:cs="Wiener Melange"/>
          <w:i/>
          <w:lang w:val="de-DE"/>
        </w:rPr>
        <w:t>apitel 2 – Drei Wege. Ein Ziel.</w:t>
      </w:r>
    </w:p>
    <w:p w14:paraId="44563020" w14:textId="42FDCC4F" w:rsidR="00C623F3" w:rsidRDefault="004708E7" w:rsidP="23FE564F">
      <w:pPr>
        <w:spacing w:before="240" w:after="240"/>
        <w:rPr>
          <w:rFonts w:ascii="Wiener Melange" w:eastAsia="Wiener Melange" w:hAnsi="Wiener Melange" w:cs="Wiener Melange"/>
          <w:sz w:val="24"/>
          <w:szCs w:val="24"/>
          <w:lang w:val="de-DE"/>
        </w:rPr>
      </w:pPr>
      <w:r w:rsidRPr="00B76347">
        <w:rPr>
          <w:rFonts w:ascii="Wiener Melange" w:eastAsia="Calibri" w:hAnsi="Wiener Melange" w:cs="Wiener Melange"/>
          <w:i/>
          <w:lang w:val="de-DE"/>
        </w:rPr>
        <w:t>[</w:t>
      </w:r>
      <w:r>
        <w:rPr>
          <w:rFonts w:ascii="Wiener Melange" w:eastAsia="Calibri" w:hAnsi="Wiener Melange" w:cs="Wiener Melange"/>
          <w:i/>
          <w:lang w:val="de-DE"/>
        </w:rPr>
        <w:t>Telefon-Klingeln</w:t>
      </w:r>
      <w:r w:rsidRPr="00B76347">
        <w:rPr>
          <w:rFonts w:ascii="Wiener Melange" w:eastAsia="Calibri" w:hAnsi="Wiener Melange" w:cs="Wiener Melange"/>
          <w:i/>
          <w:lang w:val="de-DE"/>
        </w:rPr>
        <w:t>]</w:t>
      </w:r>
    </w:p>
    <w:p w14:paraId="5F00C091" w14:textId="711A9FB2" w:rsidR="2E030422"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4708E7">
        <w:rPr>
          <w:lang w:val="de-DE"/>
        </w:rPr>
        <w:t xml:space="preserve"> </w:t>
      </w:r>
      <w:r w:rsidR="0FEE899D" w:rsidRPr="507391C7">
        <w:rPr>
          <w:rFonts w:ascii="Wiener Melange" w:eastAsia="Wiener Melange" w:hAnsi="Wiener Melange" w:cs="Wiener Melange"/>
          <w:sz w:val="24"/>
          <w:szCs w:val="24"/>
          <w:lang w:val="de-DE"/>
        </w:rPr>
        <w:t>Gleichzeitig klingelt in der Klinik Floridsdorf ein Diensthandy. Noch weiß dort niemand, wer Rajko ist.</w:t>
      </w:r>
      <w:r w:rsidR="4F5B5D30" w:rsidRPr="507391C7">
        <w:rPr>
          <w:rFonts w:ascii="Wiener Melange" w:eastAsia="Wiener Melange" w:hAnsi="Wiener Melange" w:cs="Wiener Melange"/>
          <w:sz w:val="24"/>
          <w:szCs w:val="24"/>
          <w:lang w:val="de-DE"/>
        </w:rPr>
        <w:t xml:space="preserve"> </w:t>
      </w:r>
      <w:r w:rsidR="0FEE899D" w:rsidRPr="507391C7">
        <w:rPr>
          <w:rFonts w:ascii="Wiener Melange" w:eastAsia="Wiener Melange" w:hAnsi="Wiener Melange" w:cs="Wiener Melange"/>
          <w:sz w:val="24"/>
          <w:szCs w:val="24"/>
          <w:lang w:val="de-DE"/>
        </w:rPr>
        <w:t xml:space="preserve">Aber alle wissen: </w:t>
      </w:r>
      <w:r w:rsidR="6616B631" w:rsidRPr="507391C7">
        <w:rPr>
          <w:rFonts w:ascii="Wiener Melange" w:eastAsia="Wiener Melange" w:hAnsi="Wiener Melange" w:cs="Wiener Melange"/>
          <w:sz w:val="24"/>
          <w:szCs w:val="24"/>
          <w:lang w:val="de-DE"/>
        </w:rPr>
        <w:t xml:space="preserve"> Das ist ein Notfall.</w:t>
      </w:r>
    </w:p>
    <w:p w14:paraId="346F15AD" w14:textId="2BA7BD72" w:rsidR="5622C264" w:rsidRDefault="00B76347" w:rsidP="5957DE13">
      <w:pPr>
        <w:spacing w:after="10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4708E7">
        <w:rPr>
          <w:lang w:val="de-DE"/>
        </w:rPr>
        <w:t xml:space="preserve"> </w:t>
      </w:r>
      <w:r w:rsidR="40E0F569" w:rsidRPr="507391C7">
        <w:rPr>
          <w:rFonts w:ascii="Wiener Melange" w:eastAsia="Wiener Melange" w:hAnsi="Wiener Melange" w:cs="Wiener Melange"/>
          <w:sz w:val="24"/>
          <w:szCs w:val="24"/>
          <w:lang w:val="de-DE"/>
        </w:rPr>
        <w:t>Welche Klinik bei einem solchen Notfall angefahren wird, entscheidet die Berufsrettung abhängig von der medizinischen Situation, den verfügbaren Spezialstrukturen und den aktuellen Kapazitäten. Zwischen Rettung und Kliniken wird das laufend abgestimmt</w:t>
      </w:r>
      <w:r w:rsidR="6C4F3946" w:rsidRPr="507391C7">
        <w:rPr>
          <w:rFonts w:ascii="Wiener Melange" w:eastAsia="Wiener Melange" w:hAnsi="Wiener Melange" w:cs="Wiener Melange"/>
          <w:sz w:val="24"/>
          <w:szCs w:val="24"/>
          <w:lang w:val="de-DE"/>
        </w:rPr>
        <w:t xml:space="preserve">. </w:t>
      </w:r>
    </w:p>
    <w:p w14:paraId="3CECCEB0" w14:textId="0567F5E7" w:rsidR="60BE3394" w:rsidRDefault="00B76347" w:rsidP="5957DE13">
      <w:pPr>
        <w:spacing w:after="10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4708E7">
        <w:rPr>
          <w:rFonts w:ascii="Wiener Melange" w:eastAsia="Wiener Melange" w:hAnsi="Wiener Melange" w:cs="Wiener Melange"/>
          <w:sz w:val="24"/>
          <w:szCs w:val="24"/>
          <w:lang w:val="de-DE"/>
        </w:rPr>
        <w:t xml:space="preserve"> </w:t>
      </w:r>
      <w:r w:rsidR="6C4F3946" w:rsidRPr="507391C7">
        <w:rPr>
          <w:rFonts w:ascii="Wiener Melange" w:eastAsia="Wiener Melange" w:hAnsi="Wiener Melange" w:cs="Wiener Melange"/>
          <w:sz w:val="24"/>
          <w:szCs w:val="24"/>
          <w:lang w:val="de-DE"/>
        </w:rPr>
        <w:t>U</w:t>
      </w:r>
      <w:r w:rsidR="40E0F569" w:rsidRPr="507391C7">
        <w:rPr>
          <w:rFonts w:ascii="Wiener Melange" w:eastAsia="Wiener Melange" w:hAnsi="Wiener Melange" w:cs="Wiener Melange"/>
          <w:sz w:val="24"/>
          <w:szCs w:val="24"/>
          <w:lang w:val="de-DE"/>
        </w:rPr>
        <w:t>nterstützt durch den Journaldienst des Wiener Gesundheitsverbund</w:t>
      </w:r>
      <w:r w:rsidR="5F48973D" w:rsidRPr="507391C7">
        <w:rPr>
          <w:rFonts w:ascii="Wiener Melange" w:eastAsia="Wiener Melange" w:hAnsi="Wiener Melange" w:cs="Wiener Melange"/>
          <w:sz w:val="24"/>
          <w:szCs w:val="24"/>
          <w:lang w:val="de-DE"/>
        </w:rPr>
        <w:t>e</w:t>
      </w:r>
      <w:r w:rsidR="40E0F569" w:rsidRPr="507391C7">
        <w:rPr>
          <w:rFonts w:ascii="Wiener Melange" w:eastAsia="Wiener Melange" w:hAnsi="Wiener Melange" w:cs="Wiener Melange"/>
          <w:sz w:val="24"/>
          <w:szCs w:val="24"/>
          <w:lang w:val="de-DE"/>
        </w:rPr>
        <w:t>s, der als Schnittstelle zwischen den Kliniken und der Berufsrettung Wien fungiert.</w:t>
      </w:r>
      <w:r w:rsidR="76783E6E" w:rsidRPr="507391C7">
        <w:rPr>
          <w:rFonts w:ascii="Wiener Melange" w:eastAsia="Wiener Melange" w:hAnsi="Wiener Melange" w:cs="Wiener Melange"/>
          <w:sz w:val="24"/>
          <w:szCs w:val="24"/>
          <w:lang w:val="de-DE"/>
        </w:rPr>
        <w:t xml:space="preserve"> </w:t>
      </w:r>
    </w:p>
    <w:p w14:paraId="4B8D95F5" w14:textId="77777777" w:rsidR="004708E7" w:rsidRDefault="004708E7" w:rsidP="5957DE13">
      <w:pPr>
        <w:rPr>
          <w:rFonts w:ascii="Wiener Melange" w:eastAsia="Wiener Melange" w:hAnsi="Wiener Melange" w:cs="Wiener Melange"/>
          <w:i/>
          <w:iCs/>
          <w:sz w:val="24"/>
          <w:szCs w:val="24"/>
          <w:lang w:val="de-DE"/>
        </w:rPr>
      </w:pPr>
    </w:p>
    <w:p w14:paraId="1D93D070" w14:textId="6A8E2B2C" w:rsidR="004708E7" w:rsidRDefault="004708E7" w:rsidP="004708E7">
      <w:pPr>
        <w:spacing w:before="240" w:after="240"/>
        <w:rPr>
          <w:rFonts w:ascii="Wiener Melange" w:eastAsia="Wiener Melange" w:hAnsi="Wiener Melange" w:cs="Wiener Melange"/>
          <w:sz w:val="24"/>
          <w:szCs w:val="24"/>
          <w:lang w:val="de-DE"/>
        </w:rPr>
      </w:pPr>
      <w:r w:rsidRPr="00B76347">
        <w:rPr>
          <w:rFonts w:ascii="Wiener Melange" w:eastAsia="Calibri" w:hAnsi="Wiener Melange" w:cs="Wiener Melange"/>
          <w:i/>
          <w:lang w:val="de-DE"/>
        </w:rPr>
        <w:lastRenderedPageBreak/>
        <w:t>[</w:t>
      </w:r>
      <w:r>
        <w:rPr>
          <w:rFonts w:ascii="Wiener Melange" w:eastAsia="Calibri" w:hAnsi="Wiener Melange" w:cs="Wiener Melange"/>
          <w:i/>
          <w:lang w:val="de-DE"/>
        </w:rPr>
        <w:t>Rettungswagen Sirene</w:t>
      </w:r>
      <w:r w:rsidRPr="00B76347">
        <w:rPr>
          <w:rFonts w:ascii="Wiener Melange" w:eastAsia="Calibri" w:hAnsi="Wiener Melange" w:cs="Wiener Melange"/>
          <w:i/>
          <w:lang w:val="de-DE"/>
        </w:rPr>
        <w:t>]:</w:t>
      </w:r>
    </w:p>
    <w:p w14:paraId="60259481" w14:textId="7C3B0C01" w:rsidR="3D49E860" w:rsidRPr="004708E7" w:rsidRDefault="00B76347" w:rsidP="004708E7">
      <w:pPr>
        <w:rPr>
          <w:rFonts w:ascii="Wiener Melange" w:eastAsia="Wiener Melange" w:hAnsi="Wiener Melange" w:cs="Wiener Melange"/>
          <w:b/>
          <w:bCs/>
          <w:sz w:val="24"/>
          <w:szCs w:val="24"/>
          <w:lang w:val="de-DE"/>
        </w:rPr>
      </w:pPr>
      <w:r>
        <w:rPr>
          <w:rFonts w:ascii="Wiener Melange" w:eastAsia="Wiener Melange" w:hAnsi="Wiener Melange" w:cs="Wiener Melange"/>
          <w:b/>
          <w:bCs/>
          <w:sz w:val="24"/>
          <w:szCs w:val="24"/>
          <w:lang w:val="de-DE"/>
        </w:rPr>
        <w:t>Lisa N.</w:t>
      </w:r>
      <w:r w:rsidR="004708E7">
        <w:rPr>
          <w:rFonts w:ascii="Wiener Melange" w:eastAsia="Wiener Melange" w:hAnsi="Wiener Melange" w:cs="Wiener Melange"/>
          <w:b/>
          <w:bCs/>
          <w:sz w:val="24"/>
          <w:szCs w:val="24"/>
          <w:lang w:val="de-DE"/>
        </w:rPr>
        <w:t xml:space="preserve">: </w:t>
      </w:r>
      <w:r w:rsidR="3D49E860" w:rsidRPr="507391C7">
        <w:rPr>
          <w:rFonts w:ascii="Wiener Melange" w:eastAsia="Wiener Melange" w:hAnsi="Wiener Melange" w:cs="Wiener Melange"/>
          <w:sz w:val="24"/>
          <w:szCs w:val="24"/>
          <w:lang w:val="de-DE"/>
        </w:rPr>
        <w:t xml:space="preserve">Während Daniel vor dem Rettungswagen steht, beginnt für seinen Vater bereits die nächste Etappe. Nach zwei Herzstillständen ist klar: Rajko muss so schnell wie möglich in ein Herzkatheterlabor – einen spezialisierten Eingriffsraum, in dem verschlossene Herzkranzgefäße </w:t>
      </w:r>
      <w:r w:rsidR="5563E9B5" w:rsidRPr="507391C7">
        <w:rPr>
          <w:rFonts w:ascii="Wiener Melange" w:eastAsia="Wiener Melange" w:hAnsi="Wiener Melange" w:cs="Wiener Melange"/>
          <w:sz w:val="24"/>
          <w:szCs w:val="24"/>
          <w:lang w:val="de-DE"/>
        </w:rPr>
        <w:t xml:space="preserve">lokalisiert und </w:t>
      </w:r>
      <w:r w:rsidR="3D49E860" w:rsidRPr="507391C7">
        <w:rPr>
          <w:rFonts w:ascii="Wiener Melange" w:eastAsia="Wiener Melange" w:hAnsi="Wiener Melange" w:cs="Wiener Melange"/>
          <w:sz w:val="24"/>
          <w:szCs w:val="24"/>
          <w:lang w:val="de-DE"/>
        </w:rPr>
        <w:t>wieder geöffnet werden können.</w:t>
      </w:r>
    </w:p>
    <w:p w14:paraId="47A71941" w14:textId="764A8313" w:rsidR="4CEAEF8D" w:rsidRDefault="00B76347" w:rsidP="507391C7">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4708E7">
        <w:rPr>
          <w:lang w:val="de-DE"/>
        </w:rPr>
        <w:t xml:space="preserve"> </w:t>
      </w:r>
      <w:r w:rsidR="31DE6261" w:rsidRPr="507391C7">
        <w:rPr>
          <w:rFonts w:ascii="Wiener Melange" w:eastAsia="Wiener Melange" w:hAnsi="Wiener Melange" w:cs="Wiener Melange"/>
          <w:sz w:val="24"/>
          <w:szCs w:val="24"/>
          <w:lang w:val="de-DE"/>
        </w:rPr>
        <w:t>Die Entscheidung fällt auf die Klinik Floridsdorf.</w:t>
      </w:r>
      <w:r w:rsidR="443279A6" w:rsidRPr="507391C7">
        <w:rPr>
          <w:rFonts w:ascii="Wiener Melange" w:eastAsia="Wiener Melange" w:hAnsi="Wiener Melange" w:cs="Wiener Melange"/>
          <w:sz w:val="24"/>
          <w:szCs w:val="24"/>
          <w:lang w:val="de-DE"/>
        </w:rPr>
        <w:t xml:space="preserve"> </w:t>
      </w:r>
      <w:r w:rsidR="31DE6261" w:rsidRPr="507391C7">
        <w:rPr>
          <w:rFonts w:ascii="Wiener Melange" w:eastAsia="Wiener Melange" w:hAnsi="Wiener Melange" w:cs="Wiener Melange"/>
          <w:sz w:val="24"/>
          <w:szCs w:val="24"/>
          <w:lang w:val="de-DE"/>
        </w:rPr>
        <w:t>Dort befindet sich eines der Herzinfarktzentren des Wiener Gesundheitsverbund</w:t>
      </w:r>
      <w:r w:rsidR="22281748" w:rsidRPr="507391C7">
        <w:rPr>
          <w:rFonts w:ascii="Wiener Melange" w:eastAsia="Wiener Melange" w:hAnsi="Wiener Melange" w:cs="Wiener Melange"/>
          <w:sz w:val="24"/>
          <w:szCs w:val="24"/>
          <w:lang w:val="de-DE"/>
        </w:rPr>
        <w:t>e</w:t>
      </w:r>
      <w:r w:rsidR="31DE6261" w:rsidRPr="507391C7">
        <w:rPr>
          <w:rFonts w:ascii="Wiener Melange" w:eastAsia="Wiener Melange" w:hAnsi="Wiener Melange" w:cs="Wiener Melange"/>
          <w:sz w:val="24"/>
          <w:szCs w:val="24"/>
          <w:lang w:val="de-DE"/>
        </w:rPr>
        <w:t>s.</w:t>
      </w:r>
      <w:r w:rsidR="3292F8B2" w:rsidRPr="507391C7">
        <w:rPr>
          <w:rFonts w:ascii="Wiener Melange" w:eastAsia="Wiener Melange" w:hAnsi="Wiener Melange" w:cs="Wiener Melange"/>
          <w:sz w:val="24"/>
          <w:szCs w:val="24"/>
          <w:lang w:val="de-DE"/>
        </w:rPr>
        <w:t xml:space="preserve"> </w:t>
      </w:r>
      <w:r w:rsidR="10054DBA" w:rsidRPr="507391C7">
        <w:rPr>
          <w:rFonts w:ascii="Wiener Melange" w:eastAsia="Wiener Melange" w:hAnsi="Wiener Melange" w:cs="Wiener Melange"/>
          <w:sz w:val="24"/>
          <w:szCs w:val="24"/>
          <w:lang w:val="de-DE"/>
        </w:rPr>
        <w:t xml:space="preserve">Der Transport soll mit einem Notarzthubschrauber erfolgen. </w:t>
      </w:r>
      <w:r w:rsidR="1497DC82" w:rsidRPr="507391C7">
        <w:rPr>
          <w:rFonts w:ascii="Wiener Melange" w:eastAsia="Wiener Melange" w:hAnsi="Wiener Melange" w:cs="Wiener Melange"/>
          <w:sz w:val="24"/>
          <w:szCs w:val="24"/>
          <w:lang w:val="de-DE"/>
        </w:rPr>
        <w:t xml:space="preserve"> </w:t>
      </w:r>
      <w:proofErr w:type="gramStart"/>
      <w:r w:rsidR="1497DC82" w:rsidRPr="507391C7">
        <w:rPr>
          <w:rFonts w:ascii="Wiener Melange" w:eastAsia="Wiener Melange" w:hAnsi="Wiener Melange" w:cs="Wiener Melange"/>
          <w:sz w:val="24"/>
          <w:szCs w:val="24"/>
          <w:lang w:val="de-DE"/>
        </w:rPr>
        <w:t>Unter laufender</w:t>
      </w:r>
      <w:proofErr w:type="gramEnd"/>
      <w:r w:rsidR="1497DC82" w:rsidRPr="507391C7">
        <w:rPr>
          <w:rFonts w:ascii="Wiener Melange" w:eastAsia="Wiener Melange" w:hAnsi="Wiener Melange" w:cs="Wiener Melange"/>
          <w:sz w:val="24"/>
          <w:szCs w:val="24"/>
          <w:lang w:val="de-DE"/>
        </w:rPr>
        <w:t xml:space="preserve"> medizinischer Versorgung geht es mit dem Rettungswagen nach Schönbrunn. Dort wartet bereits der Hubschrauber.</w:t>
      </w:r>
    </w:p>
    <w:p w14:paraId="31B6A8AB" w14:textId="63F06173" w:rsidR="004708E7" w:rsidRDefault="004708E7" w:rsidP="5957DE13">
      <w:pPr>
        <w:spacing w:before="240" w:after="240"/>
        <w:rPr>
          <w:rFonts w:ascii="Wiener Melange" w:eastAsia="Calibri" w:hAnsi="Wiener Melange" w:cs="Wiener Melange"/>
          <w:i/>
          <w:lang w:val="de-DE"/>
        </w:rPr>
      </w:pPr>
      <w:r w:rsidRPr="00B76347">
        <w:rPr>
          <w:rFonts w:ascii="Wiener Melange" w:eastAsia="Calibri" w:hAnsi="Wiener Melange" w:cs="Wiener Melange"/>
          <w:i/>
          <w:lang w:val="de-DE"/>
        </w:rPr>
        <w:t>[</w:t>
      </w:r>
      <w:r>
        <w:rPr>
          <w:rFonts w:ascii="Wiener Melange" w:eastAsia="Calibri" w:hAnsi="Wiener Melange" w:cs="Wiener Melange"/>
          <w:i/>
          <w:lang w:val="de-DE"/>
        </w:rPr>
        <w:t>Motorblätter Hubschrauber</w:t>
      </w:r>
      <w:r w:rsidRPr="00B76347">
        <w:rPr>
          <w:rFonts w:ascii="Wiener Melange" w:eastAsia="Calibri" w:hAnsi="Wiener Melange" w:cs="Wiener Melange"/>
          <w:i/>
          <w:lang w:val="de-DE"/>
        </w:rPr>
        <w:t>]</w:t>
      </w:r>
    </w:p>
    <w:p w14:paraId="1B00439F" w14:textId="0BC5CDB3" w:rsidR="54919C03" w:rsidRDefault="00B76347" w:rsidP="5957DE13">
      <w:pPr>
        <w:spacing w:before="240" w:after="240"/>
        <w:rPr>
          <w:rFonts w:ascii="Wiener Melange" w:eastAsia="Wiener Melange" w:hAnsi="Wiener Melange" w:cs="Wiener Melange"/>
          <w:sz w:val="24"/>
          <w:szCs w:val="24"/>
          <w:lang w:val="de-DE"/>
        </w:rPr>
      </w:pPr>
      <w:r w:rsidRPr="004708E7">
        <w:rPr>
          <w:rFonts w:ascii="Wiener Melange" w:eastAsia="Wiener Melange" w:hAnsi="Wiener Melange" w:cs="Wiener Melange"/>
          <w:b/>
          <w:bCs/>
          <w:sz w:val="24"/>
          <w:szCs w:val="24"/>
          <w:lang w:val="de-DE"/>
        </w:rPr>
        <w:t>Lisa N</w:t>
      </w:r>
      <w:r w:rsidR="004708E7">
        <w:rPr>
          <w:rFonts w:ascii="Wiener Melange" w:eastAsia="Wiener Melange" w:hAnsi="Wiener Melange" w:cs="Wiener Melange"/>
          <w:b/>
          <w:bCs/>
          <w:sz w:val="24"/>
          <w:szCs w:val="24"/>
          <w:lang w:val="de-DE"/>
        </w:rPr>
        <w:t xml:space="preserve">.: </w:t>
      </w:r>
      <w:r w:rsidR="32A84C8E" w:rsidRPr="507391C7">
        <w:rPr>
          <w:rFonts w:ascii="Wiener Melange" w:eastAsia="Wiener Melange" w:hAnsi="Wiener Melange" w:cs="Wiener Melange"/>
          <w:sz w:val="24"/>
          <w:szCs w:val="24"/>
          <w:lang w:val="de-DE"/>
        </w:rPr>
        <w:t>Während Rajko mit dem Rettungshubschrauber Richtung Klinik Floridsdorf geflogen wird, machen sich Daniel und seine Oma mit dem Auto auf den Weg.</w:t>
      </w:r>
    </w:p>
    <w:p w14:paraId="10D3C291" w14:textId="5B1BFD63" w:rsidR="3304C8CF"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4708E7">
        <w:rPr>
          <w:lang w:val="de-DE"/>
        </w:rPr>
        <w:t xml:space="preserve"> </w:t>
      </w:r>
      <w:r w:rsidR="5A37F169" w:rsidRPr="507391C7">
        <w:rPr>
          <w:rFonts w:ascii="Wiener Melange" w:eastAsia="Wiener Melange" w:hAnsi="Wiener Melange" w:cs="Wiener Melange"/>
          <w:sz w:val="24"/>
          <w:szCs w:val="24"/>
          <w:lang w:val="de-DE"/>
        </w:rPr>
        <w:t>Und in der Klinik Floridsdorf beginnt ein Team, das den Patienten noch nie gesehen hat, sich auf seine Ankunft vorzubereiten.</w:t>
      </w:r>
    </w:p>
    <w:p w14:paraId="16D155AA" w14:textId="3C9191AA" w:rsidR="5A37F169" w:rsidRDefault="00B76347" w:rsidP="23FE564F">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4708E7">
        <w:rPr>
          <w:lang w:val="de-DE"/>
        </w:rPr>
        <w:t xml:space="preserve"> </w:t>
      </w:r>
      <w:r w:rsidR="293731CD" w:rsidRPr="507391C7">
        <w:rPr>
          <w:rFonts w:ascii="Wiener Melange" w:eastAsia="Wiener Melange" w:hAnsi="Wiener Melange" w:cs="Wiener Melange"/>
          <w:sz w:val="24"/>
          <w:szCs w:val="24"/>
          <w:lang w:val="de-DE"/>
        </w:rPr>
        <w:t>Während Rajko noch unterwegs ist, erhält das Team im Herzkatheterlabor bereits die ersten Informationen – per Telefon.</w:t>
      </w:r>
    </w:p>
    <w:p w14:paraId="245CAFD5" w14:textId="36D73331" w:rsidR="004708E7" w:rsidRDefault="004708E7" w:rsidP="23FE564F">
      <w:pPr>
        <w:spacing w:before="240" w:after="240"/>
        <w:rPr>
          <w:rFonts w:ascii="Wiener Melange" w:eastAsia="Wiener Melange" w:hAnsi="Wiener Melange" w:cs="Wiener Melange"/>
          <w:sz w:val="24"/>
          <w:szCs w:val="24"/>
          <w:lang w:val="de-DE"/>
        </w:rPr>
      </w:pPr>
      <w:r w:rsidRPr="004708E7">
        <w:rPr>
          <w:rFonts w:ascii="Wiener Melange" w:eastAsia="Wiener Melange" w:hAnsi="Wiener Melange" w:cs="Wiener Melange"/>
          <w:b/>
          <w:bCs/>
          <w:sz w:val="24"/>
          <w:szCs w:val="24"/>
          <w:lang w:val="de-DE"/>
        </w:rPr>
        <w:t>Thomas:</w:t>
      </w:r>
      <w:r>
        <w:rPr>
          <w:rFonts w:ascii="Wiener Melange" w:eastAsia="Wiener Melange" w:hAnsi="Wiener Melange" w:cs="Wiener Melange"/>
          <w:sz w:val="24"/>
          <w:szCs w:val="24"/>
          <w:lang w:val="de-DE"/>
        </w:rPr>
        <w:t xml:space="preserve"> </w:t>
      </w:r>
      <w:r w:rsidRPr="004708E7">
        <w:rPr>
          <w:rFonts w:ascii="Wiener Melange" w:eastAsia="Wiener Melange" w:hAnsi="Wiener Melange" w:cs="Wiener Melange"/>
          <w:sz w:val="24"/>
          <w:szCs w:val="24"/>
          <w:lang w:val="de-DE"/>
        </w:rPr>
        <w:t>Die rufen uns am Diensthandy an, die haben die Telefonnummer, und sagen uns, dass ein Patient kommt, so und so alt, mit der und der Sozialversicherungsnummer und wann sie ungefähr kommen und wie sie kommen. Sprich, ob sie mit der Rettung kommen oder mit dem Hubschrauber kommen, werden wir vorverständigt. Und das ist insofern wichtig, weil wir auch schon im ELGA nachschauen können: Welche Grunderkrankungen, Voroperationen?</w:t>
      </w:r>
    </w:p>
    <w:p w14:paraId="7422806B" w14:textId="12A48B68" w:rsidR="00063A5F" w:rsidRDefault="00B76347" w:rsidP="004708E7">
      <w:pPr>
        <w:pStyle w:val="Rolle"/>
        <w:rPr>
          <w:rFonts w:ascii="Wiener Melange" w:eastAsia="Wiener Melange" w:hAnsi="Wiener Melange" w:cs="Wiener Melange"/>
          <w:sz w:val="24"/>
          <w:szCs w:val="24"/>
          <w:lang w:val="de-DE"/>
        </w:rPr>
      </w:pPr>
      <w:r>
        <w:rPr>
          <w:rFonts w:ascii="Wiener Melange" w:eastAsia="Wiener Melange" w:hAnsi="Wiener Melange" w:cs="Wiener Melange"/>
          <w:sz w:val="24"/>
          <w:szCs w:val="24"/>
          <w:lang w:val="de-DE"/>
        </w:rPr>
        <w:t>Lisa N.:</w:t>
      </w:r>
      <w:r w:rsidR="004708E7">
        <w:rPr>
          <w:rFonts w:ascii="Wiener Melange" w:eastAsia="Wiener Melange" w:hAnsi="Wiener Melange" w:cs="Wiener Melange"/>
          <w:sz w:val="24"/>
          <w:szCs w:val="24"/>
          <w:lang w:val="de-DE"/>
        </w:rPr>
        <w:t xml:space="preserve"> </w:t>
      </w:r>
      <w:r w:rsidR="3FF9D9AB" w:rsidRPr="004708E7">
        <w:rPr>
          <w:rFonts w:ascii="Wiener Melange" w:eastAsia="Wiener Melange" w:hAnsi="Wiener Melange" w:cs="Wiener Melange"/>
          <w:b w:val="0"/>
          <w:bCs/>
          <w:sz w:val="24"/>
          <w:szCs w:val="24"/>
          <w:lang w:val="de-DE"/>
        </w:rPr>
        <w:t>Das ist Thomas Publig, Kardiologe in der Klinik Floridsdorf. Während Rajko noch in der Luft ist, sammelt das Team Informationen und macht einen Herzkatheter-</w:t>
      </w:r>
      <w:r w:rsidR="3FF9D9AB" w:rsidRPr="004708E7">
        <w:rPr>
          <w:rFonts w:ascii="Wiener Melange" w:eastAsia="Wiener Melange" w:hAnsi="Wiener Melange" w:cs="Wiener Melange"/>
          <w:b w:val="0"/>
          <w:bCs/>
          <w:color w:val="575756"/>
          <w:sz w:val="24"/>
          <w:szCs w:val="24"/>
          <w:lang w:val="de-DE"/>
        </w:rPr>
        <w:t xml:space="preserve"> </w:t>
      </w:r>
      <w:r w:rsidR="3FF9D9AB" w:rsidRPr="004708E7">
        <w:rPr>
          <w:rFonts w:ascii="Wiener Melange" w:eastAsia="Wiener Melange" w:hAnsi="Wiener Melange" w:cs="Wiener Melange"/>
          <w:b w:val="0"/>
          <w:bCs/>
          <w:sz w:val="24"/>
          <w:szCs w:val="24"/>
          <w:lang w:val="de-DE"/>
        </w:rPr>
        <w:t>Eingriffsraum frei. Für das Team bedeutet das: Die nicht dringlichen Behandlungen beenden. Weitere Patient*innen informieren, dass sie warten müssen.</w:t>
      </w:r>
      <w:r w:rsidR="3FF9D9AB" w:rsidRPr="00BE617F">
        <w:rPr>
          <w:rFonts w:ascii="Wiener Melange" w:eastAsia="Wiener Melange" w:hAnsi="Wiener Melange" w:cs="Wiener Melange"/>
          <w:sz w:val="24"/>
          <w:szCs w:val="24"/>
          <w:lang w:val="de-DE"/>
        </w:rPr>
        <w:t xml:space="preserve">  </w:t>
      </w:r>
    </w:p>
    <w:p w14:paraId="29F719FA" w14:textId="35EB225F" w:rsidR="004708E7" w:rsidRPr="004708E7" w:rsidRDefault="004708E7" w:rsidP="004708E7">
      <w:pPr>
        <w:pStyle w:val="Rolle"/>
        <w:rPr>
          <w:rFonts w:ascii="Wiener Melange" w:eastAsia="Wiener Melange" w:hAnsi="Wiener Melange" w:cs="Wiener Melange"/>
          <w:b w:val="0"/>
          <w:bCs/>
          <w:sz w:val="24"/>
          <w:szCs w:val="24"/>
          <w:lang w:val="de-DE"/>
        </w:rPr>
      </w:pPr>
      <w:r w:rsidRPr="004708E7">
        <w:rPr>
          <w:rFonts w:ascii="Wiener Melange" w:eastAsia="Wiener Melange" w:hAnsi="Wiener Melange" w:cs="Wiener Melange"/>
          <w:sz w:val="24"/>
          <w:szCs w:val="24"/>
          <w:lang w:val="de-DE"/>
        </w:rPr>
        <w:t>Thomas:</w:t>
      </w:r>
      <w:r>
        <w:rPr>
          <w:rFonts w:ascii="Wiener Melange" w:eastAsia="Wiener Melange" w:hAnsi="Wiener Melange" w:cs="Wiener Melange"/>
          <w:sz w:val="24"/>
          <w:szCs w:val="24"/>
          <w:lang w:val="de-DE"/>
        </w:rPr>
        <w:t xml:space="preserve"> </w:t>
      </w:r>
      <w:r w:rsidRPr="004708E7">
        <w:rPr>
          <w:rFonts w:ascii="Wiener Melange" w:eastAsia="Wiener Melange" w:hAnsi="Wiener Melange" w:cs="Wiener Melange"/>
          <w:b w:val="0"/>
          <w:bCs/>
          <w:sz w:val="24"/>
          <w:szCs w:val="24"/>
          <w:lang w:val="de-DE"/>
        </w:rPr>
        <w:t>Auf der anderen Seite müssen wir natürlich den Raum putzen, freimachen, schauen, dass der Patient, der noch drinnen liegt, rechtzeitig fertig wird, dass einfach keine Zeitverzögerung entsteht.</w:t>
      </w:r>
    </w:p>
    <w:p w14:paraId="6C2D49DB" w14:textId="41A5A421" w:rsidR="24EB68E2" w:rsidRDefault="00B76347" w:rsidP="004708E7">
      <w:pPr>
        <w:pStyle w:val="Rolle"/>
        <w:rPr>
          <w:rFonts w:ascii="Wiener Melange" w:eastAsia="Wiener Melange" w:hAnsi="Wiener Melange" w:cs="Wiener Melange"/>
          <w:b w:val="0"/>
          <w:bCs/>
          <w:sz w:val="24"/>
          <w:szCs w:val="24"/>
          <w:lang w:val="de-DE"/>
        </w:rPr>
      </w:pPr>
      <w:r>
        <w:rPr>
          <w:rFonts w:ascii="Wiener Melange" w:eastAsia="Wiener Melange" w:hAnsi="Wiener Melange" w:cs="Wiener Melange"/>
          <w:sz w:val="24"/>
          <w:szCs w:val="24"/>
          <w:lang w:val="de-DE"/>
        </w:rPr>
        <w:lastRenderedPageBreak/>
        <w:t>Lisa N.:</w:t>
      </w:r>
      <w:r w:rsidR="004708E7">
        <w:rPr>
          <w:rFonts w:ascii="Wiener Melange" w:eastAsia="Wiener Melange" w:hAnsi="Wiener Melange" w:cs="Wiener Melange"/>
          <w:sz w:val="24"/>
          <w:szCs w:val="24"/>
          <w:lang w:val="de-DE"/>
        </w:rPr>
        <w:t xml:space="preserve"> </w:t>
      </w:r>
      <w:r w:rsidR="12064006" w:rsidRPr="004708E7">
        <w:rPr>
          <w:rFonts w:ascii="Wiener Melange" w:eastAsia="Wiener Melange" w:hAnsi="Wiener Melange" w:cs="Wiener Melange"/>
          <w:b w:val="0"/>
          <w:bCs/>
          <w:sz w:val="24"/>
          <w:szCs w:val="24"/>
          <w:lang w:val="de-DE"/>
        </w:rPr>
        <w:t>Denn e</w:t>
      </w:r>
      <w:r w:rsidR="06348AD7" w:rsidRPr="004708E7">
        <w:rPr>
          <w:rFonts w:ascii="Wiener Melange" w:eastAsia="Wiener Melange" w:hAnsi="Wiener Melange" w:cs="Wiener Melange"/>
          <w:b w:val="0"/>
          <w:bCs/>
          <w:sz w:val="24"/>
          <w:szCs w:val="24"/>
          <w:lang w:val="de-DE"/>
        </w:rPr>
        <w:t>s bleiben nur wenige Minuten. Der Raum muss vorbereitet werden. Instrumente. Katheter. Medikamente. Alles muss bereit sein, bevor der Hubschrauber landet.</w:t>
      </w:r>
    </w:p>
    <w:p w14:paraId="627AEF48" w14:textId="69C54876" w:rsidR="004708E7" w:rsidRDefault="004708E7" w:rsidP="00A56D0C">
      <w:pPr>
        <w:pStyle w:val="Rolle"/>
        <w:rPr>
          <w:rFonts w:ascii="Wiener Melange" w:eastAsia="Calibri" w:hAnsi="Wiener Melange" w:cs="Wiener Melange"/>
          <w:b w:val="0"/>
          <w:bCs/>
          <w:i/>
          <w:lang w:val="de-DE"/>
        </w:rPr>
      </w:pPr>
      <w:r w:rsidRPr="004708E7">
        <w:rPr>
          <w:rFonts w:ascii="Wiener Melange" w:eastAsia="Calibri" w:hAnsi="Wiener Melange" w:cs="Wiener Melange"/>
          <w:b w:val="0"/>
          <w:bCs/>
          <w:i/>
          <w:lang w:val="de-DE"/>
        </w:rPr>
        <w:t>[Motorblätter Hubschrauber]</w:t>
      </w:r>
    </w:p>
    <w:p w14:paraId="6C1A4C45" w14:textId="77777777" w:rsidR="00A56D0C" w:rsidRDefault="00A56D0C" w:rsidP="00A56D0C">
      <w:pPr>
        <w:pStyle w:val="Rolle"/>
        <w:rPr>
          <w:rFonts w:ascii="Wiener Melange" w:eastAsia="Wiener Melange" w:hAnsi="Wiener Melange" w:cs="Wiener Melange"/>
          <w:b w:val="0"/>
          <w:bCs/>
          <w:sz w:val="24"/>
          <w:szCs w:val="24"/>
          <w:lang w:val="de-DE"/>
        </w:rPr>
      </w:pPr>
    </w:p>
    <w:p w14:paraId="409F6236" w14:textId="4D5F7792" w:rsidR="06348AD7" w:rsidRDefault="00B76347" w:rsidP="23FE564F">
      <w:pPr>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7AB3D3B7" w:rsidRPr="507391C7">
        <w:rPr>
          <w:rFonts w:ascii="Wiener Melange" w:eastAsia="Wiener Melange" w:hAnsi="Wiener Melange" w:cs="Wiener Melange"/>
          <w:b/>
          <w:bCs/>
          <w:sz w:val="24"/>
          <w:szCs w:val="24"/>
          <w:lang w:val="de-DE"/>
        </w:rPr>
        <w:t xml:space="preserve"> </w:t>
      </w:r>
      <w:r w:rsidR="7785AB38" w:rsidRPr="507391C7">
        <w:rPr>
          <w:rFonts w:ascii="Wiener Melange" w:eastAsia="Wiener Melange" w:hAnsi="Wiener Melange" w:cs="Wiener Melange"/>
          <w:sz w:val="24"/>
          <w:szCs w:val="24"/>
          <w:lang w:val="de-DE"/>
        </w:rPr>
        <w:t xml:space="preserve">In der Zwischenzeit bangt Daniel um das Leben seines Vaters. Er weiß nicht, wie es seinem Vater geht. Er weiß nur, dass er so schnell wie möglich zur Klinik muss. Er fährt mit Rajkos Mutter, seiner Oma mit dem Auto hinterher. Und ihnen bleibt nicht viel als sich gegenseitig Hoffnung zu machen. </w:t>
      </w:r>
    </w:p>
    <w:p w14:paraId="07FCE31F" w14:textId="289AAE36" w:rsidR="00A56D0C" w:rsidRDefault="00A56D0C" w:rsidP="23FE564F">
      <w:pPr>
        <w:rPr>
          <w:rFonts w:ascii="Wiener Melange" w:eastAsia="Wiener Melange" w:hAnsi="Wiener Melange" w:cs="Wiener Melange"/>
          <w:sz w:val="24"/>
          <w:szCs w:val="24"/>
          <w:lang w:val="de-DE"/>
        </w:rPr>
      </w:pPr>
      <w:r w:rsidRPr="00A56D0C">
        <w:rPr>
          <w:rFonts w:ascii="Wiener Melange" w:eastAsia="Wiener Melange" w:hAnsi="Wiener Melange" w:cs="Wiener Melange"/>
          <w:b/>
          <w:bCs/>
          <w:sz w:val="24"/>
          <w:szCs w:val="24"/>
          <w:lang w:val="de-DE"/>
        </w:rPr>
        <w:t>Daniel:</w:t>
      </w:r>
      <w:r>
        <w:rPr>
          <w:rFonts w:ascii="Wiener Melange" w:eastAsia="Wiener Melange" w:hAnsi="Wiener Melange" w:cs="Wiener Melange"/>
          <w:sz w:val="24"/>
          <w:szCs w:val="24"/>
          <w:lang w:val="de-DE"/>
        </w:rPr>
        <w:t xml:space="preserve"> </w:t>
      </w:r>
      <w:r w:rsidRPr="507391C7">
        <w:rPr>
          <w:rFonts w:ascii="Wiener Melange" w:eastAsia="Wiener Melange" w:hAnsi="Wiener Melange" w:cs="Wiener Melange"/>
          <w:sz w:val="24"/>
          <w:szCs w:val="24"/>
          <w:lang w:val="de-DE"/>
        </w:rPr>
        <w:t>Aber irgendwie, sie hat so ein Gefühl gehabt, sie hat gesagt, mach dir keine Sorgen, es ist alles okay. Ich würde es spüren, hat sie gesagt. So, irgendwie. Aber mein Gefühl sagt, dass er überlebt. So hat sie es gesagt, ja.</w:t>
      </w:r>
    </w:p>
    <w:p w14:paraId="1E5D4A99" w14:textId="77777777" w:rsidR="00A56D0C" w:rsidRDefault="00A56D0C" w:rsidP="00A56D0C">
      <w:pPr>
        <w:pStyle w:val="Rolle"/>
        <w:rPr>
          <w:rFonts w:ascii="Wiener Melange" w:eastAsia="Calibri" w:hAnsi="Wiener Melange" w:cs="Wiener Melange"/>
          <w:b w:val="0"/>
          <w:bCs/>
          <w:i/>
          <w:lang w:val="de-DE"/>
        </w:rPr>
      </w:pPr>
      <w:r w:rsidRPr="004708E7">
        <w:rPr>
          <w:rFonts w:ascii="Wiener Melange" w:eastAsia="Calibri" w:hAnsi="Wiener Melange" w:cs="Wiener Melange"/>
          <w:b w:val="0"/>
          <w:bCs/>
          <w:i/>
          <w:lang w:val="de-DE"/>
        </w:rPr>
        <w:t>[Motorblätter Hubschrauber]</w:t>
      </w:r>
    </w:p>
    <w:p w14:paraId="03DDAEF1" w14:textId="2F31D7D4" w:rsidR="06348AD7" w:rsidRDefault="00B76347" w:rsidP="23FE564F">
      <w:pPr>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A56D0C">
        <w:rPr>
          <w:lang w:val="de-DE"/>
        </w:rPr>
        <w:t xml:space="preserve"> </w:t>
      </w:r>
      <w:r w:rsidR="05436620" w:rsidRPr="507391C7">
        <w:rPr>
          <w:rFonts w:ascii="Wiener Melange" w:eastAsia="Wiener Melange" w:hAnsi="Wiener Melange" w:cs="Wiener Melange"/>
          <w:sz w:val="24"/>
          <w:szCs w:val="24"/>
          <w:lang w:val="de-DE"/>
        </w:rPr>
        <w:t>Im Hubschrauber arbeitet das Notarztteam weiter. Rajko wird beatmet, sein Kreislauf stabilisiert. Mit jeder Minute ohne ausreichende Durchblutung sterben Herzmuskelzellen ab. Und je länger der Körper zu wenig Sauerstoff bekommt, desto größer wird die Gefahr bleibender Schäden am Gehirn.</w:t>
      </w:r>
    </w:p>
    <w:p w14:paraId="598EFC71" w14:textId="3E4F8AC9" w:rsidR="00A56D0C" w:rsidRPr="00C623F3" w:rsidRDefault="00A56D0C" w:rsidP="00A56D0C">
      <w:pPr>
        <w:rPr>
          <w:rFonts w:ascii="Wiener Melange" w:eastAsia="Calibri" w:hAnsi="Wiener Melange" w:cs="Wiener Melange"/>
          <w:i/>
          <w:lang w:val="de-DE"/>
        </w:rPr>
      </w:pPr>
      <w:r w:rsidRPr="00B76347">
        <w:rPr>
          <w:rFonts w:ascii="Wiener Melange" w:eastAsia="Calibri" w:hAnsi="Wiener Melange" w:cs="Wiener Melange"/>
          <w:i/>
          <w:lang w:val="de-DE"/>
        </w:rPr>
        <w:t xml:space="preserve">[Musik]: </w:t>
      </w:r>
      <w:r>
        <w:rPr>
          <w:rFonts w:ascii="Wiener Melange" w:eastAsia="Calibri" w:hAnsi="Wiener Melange" w:cs="Wiener Melange"/>
          <w:i/>
          <w:lang w:val="de-DE"/>
        </w:rPr>
        <w:t xml:space="preserve">Lisa S.: </w:t>
      </w:r>
      <w:r w:rsidRPr="00B76347">
        <w:rPr>
          <w:rFonts w:ascii="Wiener Melange" w:eastAsia="Calibri" w:hAnsi="Wiener Melange" w:cs="Wiener Melange"/>
          <w:i/>
          <w:lang w:val="de-DE"/>
        </w:rPr>
        <w:t>K</w:t>
      </w:r>
      <w:r>
        <w:rPr>
          <w:rFonts w:ascii="Wiener Melange" w:eastAsia="Calibri" w:hAnsi="Wiener Melange" w:cs="Wiener Melange"/>
          <w:i/>
          <w:lang w:val="de-DE"/>
        </w:rPr>
        <w:t>apitel 3 – Gegen die Zeit</w:t>
      </w:r>
    </w:p>
    <w:p w14:paraId="46C07FA1" w14:textId="77D7E59B" w:rsidR="5C797808" w:rsidRDefault="00B76347" w:rsidP="507391C7">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A56D0C">
        <w:rPr>
          <w:lang w:val="de-DE"/>
        </w:rPr>
        <w:t xml:space="preserve"> </w:t>
      </w:r>
      <w:r w:rsidR="2271C34F" w:rsidRPr="00BE617F">
        <w:rPr>
          <w:rFonts w:ascii="Wiener Melange" w:eastAsia="Wiener Melange" w:hAnsi="Wiener Melange" w:cs="Wiener Melange"/>
          <w:sz w:val="24"/>
          <w:szCs w:val="24"/>
          <w:lang w:val="de-DE"/>
        </w:rPr>
        <w:t xml:space="preserve">Wenige Minuten später landet der Hubschrauber auf dem Dach </w:t>
      </w:r>
      <w:r w:rsidR="4328236C" w:rsidRPr="00BE617F">
        <w:rPr>
          <w:rFonts w:ascii="Wiener Melange" w:eastAsia="Wiener Melange" w:hAnsi="Wiener Melange" w:cs="Wiener Melange"/>
          <w:sz w:val="24"/>
          <w:szCs w:val="24"/>
          <w:lang w:val="de-DE"/>
        </w:rPr>
        <w:t xml:space="preserve">unserer </w:t>
      </w:r>
      <w:r w:rsidR="2271C34F" w:rsidRPr="00BE617F">
        <w:rPr>
          <w:rFonts w:ascii="Wiener Melange" w:eastAsia="Wiener Melange" w:hAnsi="Wiener Melange" w:cs="Wiener Melange"/>
          <w:sz w:val="24"/>
          <w:szCs w:val="24"/>
          <w:lang w:val="de-DE"/>
        </w:rPr>
        <w:t xml:space="preserve">Klinik Floridsdorf. Das Team steht </w:t>
      </w:r>
      <w:r w:rsidR="10F7E6A2" w:rsidRPr="00BE617F">
        <w:rPr>
          <w:rFonts w:ascii="Wiener Melange" w:eastAsia="Wiener Melange" w:hAnsi="Wiener Melange" w:cs="Wiener Melange"/>
          <w:sz w:val="24"/>
          <w:szCs w:val="24"/>
          <w:lang w:val="de-DE"/>
        </w:rPr>
        <w:t xml:space="preserve">schon </w:t>
      </w:r>
      <w:r w:rsidR="2271C34F" w:rsidRPr="00BE617F">
        <w:rPr>
          <w:rFonts w:ascii="Wiener Melange" w:eastAsia="Wiener Melange" w:hAnsi="Wiener Melange" w:cs="Wiener Melange"/>
          <w:sz w:val="24"/>
          <w:szCs w:val="24"/>
          <w:lang w:val="de-DE"/>
        </w:rPr>
        <w:t>bereit.</w:t>
      </w:r>
    </w:p>
    <w:p w14:paraId="7E813AA9" w14:textId="23C8D99F" w:rsidR="00A56D0C" w:rsidRPr="00BE617F" w:rsidRDefault="00A56D0C" w:rsidP="507391C7">
      <w:pPr>
        <w:spacing w:before="240" w:after="240"/>
        <w:rPr>
          <w:rFonts w:ascii="Wiener Melange" w:eastAsia="Wiener Melange" w:hAnsi="Wiener Melange" w:cs="Wiener Melange"/>
          <w:sz w:val="24"/>
          <w:szCs w:val="24"/>
          <w:lang w:val="de-DE"/>
        </w:rPr>
      </w:pPr>
      <w:r w:rsidRPr="004708E7">
        <w:rPr>
          <w:rFonts w:ascii="Wiener Melange" w:eastAsia="Wiener Melange" w:hAnsi="Wiener Melange" w:cs="Wiener Melange"/>
          <w:b/>
          <w:bCs/>
          <w:sz w:val="24"/>
          <w:szCs w:val="24"/>
          <w:lang w:val="de-DE"/>
        </w:rPr>
        <w:t>Thomas:</w:t>
      </w:r>
      <w:r>
        <w:rPr>
          <w:rFonts w:ascii="Wiener Melange" w:eastAsia="Wiener Melange" w:hAnsi="Wiener Melange" w:cs="Wiener Melange"/>
          <w:sz w:val="24"/>
          <w:szCs w:val="24"/>
          <w:lang w:val="de-DE"/>
        </w:rPr>
        <w:t xml:space="preserve"> </w:t>
      </w:r>
      <w:r w:rsidRPr="00A56D0C">
        <w:rPr>
          <w:rFonts w:ascii="Wiener Melange" w:eastAsia="Wiener Melange" w:hAnsi="Wiener Melange" w:cs="Wiener Melange"/>
          <w:sz w:val="24"/>
          <w:szCs w:val="24"/>
          <w:lang w:val="de-DE"/>
        </w:rPr>
        <w:t xml:space="preserve">Also prinzipiell gehen wir schon mit hinauf als Kardiologen zum Landeplatz und lassen uns vom Notarzt schon zumindest der ersten Befunde die ersten Sachen übergeben und dann in weiterer Folge im Aufzug, wo es dann ein bisschen leiser ist und der Hubschrauber am Lärm nicht mehr da ist, fahren wir dann hinunter und dann erzählt er uns noch, welche Medikamente er gegeben hat, welche Grunderkrankungen.  Wichtig ist für uns, ob der Patient irgendwelche Allergien hat. Wir haben ja doch immer wieder Patienten, die Kontrastmittelallergien haben oder Aspirin-Allergien, dass wir halt dementsprechend agieren können und wir versuchen möglichst schnell zu agieren, weil einfach jede Minute, die wir warten, geht mir Herzmuskel kaputt und deswegen ist da Zeit sehr </w:t>
      </w:r>
      <w:proofErr w:type="spellStart"/>
      <w:r w:rsidRPr="00A56D0C">
        <w:rPr>
          <w:rFonts w:ascii="Wiener Melange" w:eastAsia="Wiener Melange" w:hAnsi="Wiener Melange" w:cs="Wiener Melange"/>
          <w:sz w:val="24"/>
          <w:szCs w:val="24"/>
          <w:lang w:val="de-DE"/>
        </w:rPr>
        <w:t>sehr</w:t>
      </w:r>
      <w:proofErr w:type="spellEnd"/>
      <w:r w:rsidRPr="00A56D0C">
        <w:rPr>
          <w:rFonts w:ascii="Wiener Melange" w:eastAsia="Wiener Melange" w:hAnsi="Wiener Melange" w:cs="Wiener Melange"/>
          <w:sz w:val="24"/>
          <w:szCs w:val="24"/>
          <w:lang w:val="de-DE"/>
        </w:rPr>
        <w:t xml:space="preserve"> wichtig und die versuchen wir so einzusparen und das Team von der Notfallaufnahme ist auch schon im Aufzug dabei und ein Träger, also wir sind da ungefähr 5, 6, 7 Leute allein schon im Aufzug </w:t>
      </w:r>
      <w:r w:rsidRPr="00A56D0C">
        <w:rPr>
          <w:rFonts w:ascii="Wiener Melange" w:eastAsia="Wiener Melange" w:hAnsi="Wiener Melange" w:cs="Wiener Melange"/>
          <w:sz w:val="24"/>
          <w:szCs w:val="24"/>
          <w:lang w:val="de-DE"/>
        </w:rPr>
        <w:lastRenderedPageBreak/>
        <w:t>und die fahren dann gleich weiter in den Herzkatheter von dort. Das ist räumlich sehr gut bei uns, das heißt der Hubschrauber-Landeplatz ist mehr oder minder direkt über dem Schockraum, wir fahren durch den Schockraum direkt in den Herzkatheter, das sind dann noch einmal 20 Meter und von dort geht es dann direkt in den Herzkatheter und dort wird dann der Patient auf den Herzkatheter-Tisch gebracht.</w:t>
      </w:r>
    </w:p>
    <w:p w14:paraId="6491E27A" w14:textId="31DDCD9E" w:rsidR="00A56D0C"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A56D0C">
        <w:rPr>
          <w:lang w:val="de-DE"/>
        </w:rPr>
        <w:t xml:space="preserve"> </w:t>
      </w:r>
      <w:r w:rsidR="40ECFE69" w:rsidRPr="507391C7">
        <w:rPr>
          <w:rFonts w:ascii="Wiener Melange" w:eastAsia="Wiener Melange" w:hAnsi="Wiener Melange" w:cs="Wiener Melange"/>
          <w:sz w:val="24"/>
          <w:szCs w:val="24"/>
          <w:lang w:val="de-DE"/>
        </w:rPr>
        <w:t xml:space="preserve">Der Weg vom Hubschrauber bis zum Herzkatheter dauert nur wenige Augenblicke. Doch in dieser Zeit laufen viele Dinge gleichzeitig. Während Thomas und das Notfallteam </w:t>
      </w:r>
      <w:r w:rsidR="4B05C2F1" w:rsidRPr="507391C7">
        <w:rPr>
          <w:rFonts w:ascii="Wiener Melange" w:eastAsia="Wiener Melange" w:hAnsi="Wiener Melange" w:cs="Wiener Melange"/>
          <w:sz w:val="24"/>
          <w:szCs w:val="24"/>
          <w:lang w:val="de-DE"/>
        </w:rPr>
        <w:t>Rajko übernehmen</w:t>
      </w:r>
      <w:r w:rsidR="40ECFE69" w:rsidRPr="507391C7">
        <w:rPr>
          <w:rFonts w:ascii="Wiener Melange" w:eastAsia="Wiener Melange" w:hAnsi="Wiener Melange" w:cs="Wiener Melange"/>
          <w:sz w:val="24"/>
          <w:szCs w:val="24"/>
          <w:lang w:val="de-DE"/>
        </w:rPr>
        <w:t>, bereiten andere bereits den Eingriff vor.</w:t>
      </w:r>
    </w:p>
    <w:p w14:paraId="5DB8B838" w14:textId="441D449B" w:rsidR="00A56D0C" w:rsidRDefault="00A56D0C" w:rsidP="5957DE13">
      <w:pPr>
        <w:spacing w:before="240" w:after="240"/>
        <w:rPr>
          <w:rFonts w:ascii="Wiener Melange" w:eastAsia="Wiener Melange" w:hAnsi="Wiener Melange" w:cs="Wiener Melange"/>
          <w:sz w:val="24"/>
          <w:szCs w:val="24"/>
          <w:lang w:val="de-DE"/>
        </w:rPr>
      </w:pPr>
      <w:r w:rsidRPr="004708E7">
        <w:rPr>
          <w:rFonts w:ascii="Wiener Melange" w:eastAsia="Wiener Melange" w:hAnsi="Wiener Melange" w:cs="Wiener Melange"/>
          <w:b/>
          <w:bCs/>
          <w:sz w:val="24"/>
          <w:szCs w:val="24"/>
          <w:lang w:val="de-DE"/>
        </w:rPr>
        <w:t>Thomas:</w:t>
      </w:r>
      <w:r>
        <w:rPr>
          <w:rFonts w:ascii="Wiener Melange" w:eastAsia="Wiener Melange" w:hAnsi="Wiener Melange" w:cs="Wiener Melange"/>
          <w:sz w:val="24"/>
          <w:szCs w:val="24"/>
          <w:lang w:val="de-DE"/>
        </w:rPr>
        <w:t xml:space="preserve"> </w:t>
      </w:r>
      <w:r w:rsidRPr="507391C7">
        <w:rPr>
          <w:rFonts w:ascii="Wiener Melange" w:eastAsia="Wiener Melange" w:hAnsi="Wiener Melange" w:cs="Wiener Melange"/>
          <w:sz w:val="24"/>
          <w:szCs w:val="24"/>
          <w:lang w:val="de-DE"/>
        </w:rPr>
        <w:t xml:space="preserve">Dann ist die kurze Phase, wo ich mich erholen kann, weil dann tun die anderen den De-Facto herrichten, also der Patient wird gewaschen, steril gewaschen, es werden die Leisten gewaschen, es wird die Arteria </w:t>
      </w:r>
      <w:proofErr w:type="spellStart"/>
      <w:r w:rsidRPr="507391C7">
        <w:rPr>
          <w:rFonts w:ascii="Wiener Melange" w:eastAsia="Wiener Melange" w:hAnsi="Wiener Melange" w:cs="Wiener Melange"/>
          <w:sz w:val="24"/>
          <w:szCs w:val="24"/>
          <w:lang w:val="de-DE"/>
        </w:rPr>
        <w:t>radialis</w:t>
      </w:r>
      <w:proofErr w:type="spellEnd"/>
      <w:r w:rsidRPr="507391C7">
        <w:rPr>
          <w:rFonts w:ascii="Wiener Melange" w:eastAsia="Wiener Melange" w:hAnsi="Wiener Melange" w:cs="Wiener Melange"/>
          <w:sz w:val="24"/>
          <w:szCs w:val="24"/>
          <w:lang w:val="de-DE"/>
        </w:rPr>
        <w:t>, also sprich der rechte Unterarm, gewaschen und abgedeckt steril und die Beatmungsmaschinen in diesem Fall wird hergerichtet, also nicht hergerichtet, wird angeschlossen, Monitoring wird angeschlossen, so dass alles fix und fertig ist, das dauert ein paar Minuten. Währenddessen zieht man sich die Röntgenschürzen an, dann wird man steril angekleidet und dann geht es eigentlich schon los</w:t>
      </w:r>
      <w:r>
        <w:rPr>
          <w:rFonts w:ascii="Wiener Melange" w:eastAsia="Wiener Melange" w:hAnsi="Wiener Melange" w:cs="Wiener Melange"/>
          <w:sz w:val="24"/>
          <w:szCs w:val="24"/>
          <w:lang w:val="de-DE"/>
        </w:rPr>
        <w:t>.</w:t>
      </w:r>
    </w:p>
    <w:p w14:paraId="485B6888" w14:textId="19C33F3C" w:rsidR="0066555A" w:rsidRPr="00BE617F" w:rsidRDefault="00B76347" w:rsidP="507391C7">
      <w:pPr>
        <w:pStyle w:val="Regie"/>
        <w:spacing w:before="240" w:after="240"/>
        <w:ind w:left="0"/>
        <w:rPr>
          <w:rFonts w:ascii="Wiener Melange" w:eastAsia="Wiener Melange" w:hAnsi="Wiener Melange" w:cs="Wiener Melange"/>
          <w:i w:val="0"/>
          <w:sz w:val="24"/>
          <w:szCs w:val="24"/>
          <w:lang w:val="de-DE"/>
        </w:rPr>
      </w:pPr>
      <w:r>
        <w:rPr>
          <w:rFonts w:ascii="Wiener Melange" w:eastAsia="Wiener Melange" w:hAnsi="Wiener Melange" w:cs="Wiener Melange"/>
          <w:b/>
          <w:bCs/>
          <w:i w:val="0"/>
          <w:sz w:val="24"/>
          <w:szCs w:val="24"/>
          <w:lang w:val="de-DE"/>
        </w:rPr>
        <w:t>Lisa N</w:t>
      </w:r>
      <w:r w:rsidR="00A56D0C">
        <w:rPr>
          <w:rFonts w:ascii="Wiener Melange" w:eastAsia="Wiener Melange" w:hAnsi="Wiener Melange" w:cs="Wiener Melange"/>
          <w:b/>
          <w:bCs/>
          <w:i w:val="0"/>
          <w:sz w:val="24"/>
          <w:szCs w:val="24"/>
          <w:lang w:val="de-DE"/>
        </w:rPr>
        <w:t xml:space="preserve">.: </w:t>
      </w:r>
      <w:r w:rsidR="2CE13ECF" w:rsidRPr="00BE617F">
        <w:rPr>
          <w:rFonts w:ascii="Wiener Melange" w:eastAsia="Wiener Melange" w:hAnsi="Wiener Melange" w:cs="Wiener Melange"/>
          <w:i w:val="0"/>
          <w:sz w:val="24"/>
          <w:szCs w:val="24"/>
          <w:lang w:val="de-DE"/>
        </w:rPr>
        <w:t xml:space="preserve">Die Schürzen, die Thomas erwähnt bestehen aus </w:t>
      </w:r>
      <w:r w:rsidR="5366D207" w:rsidRPr="00BE617F">
        <w:rPr>
          <w:rFonts w:ascii="Wiener Melange" w:eastAsia="Wiener Melange" w:hAnsi="Wiener Melange" w:cs="Wiener Melange"/>
          <w:i w:val="0"/>
          <w:sz w:val="24"/>
          <w:szCs w:val="24"/>
          <w:lang w:val="de-DE"/>
        </w:rPr>
        <w:t xml:space="preserve">strahlenschützendem </w:t>
      </w:r>
      <w:r w:rsidR="2CE13ECF" w:rsidRPr="00BE617F">
        <w:rPr>
          <w:rFonts w:ascii="Wiener Melange" w:eastAsia="Wiener Melange" w:hAnsi="Wiener Melange" w:cs="Wiener Melange"/>
          <w:i w:val="0"/>
          <w:sz w:val="24"/>
          <w:szCs w:val="24"/>
          <w:lang w:val="de-DE"/>
        </w:rPr>
        <w:t>Material. Sie schützen das Team vor der Röntgenstrahlung, die während des Eingriffs benötigt wird, um die feinen Katheter im Körper sichtbar zu machen</w:t>
      </w:r>
      <w:r w:rsidR="2CE13ECF" w:rsidRPr="00BE617F">
        <w:rPr>
          <w:rFonts w:ascii="Wiener Melange" w:eastAsia="Wiener Melange" w:hAnsi="Wiener Melange" w:cs="Wiener Melange"/>
          <w:i w:val="0"/>
          <w:sz w:val="21"/>
          <w:szCs w:val="21"/>
          <w:lang w:val="de-DE"/>
        </w:rPr>
        <w:t>.</w:t>
      </w:r>
    </w:p>
    <w:p w14:paraId="3E93D51A" w14:textId="7A033BCB" w:rsidR="0066555A" w:rsidRDefault="00B76347" w:rsidP="0066555A">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66555A" w:rsidRPr="00BE617F">
        <w:rPr>
          <w:lang w:val="de-DE"/>
        </w:rPr>
        <w:br/>
      </w:r>
      <w:r w:rsidR="5FD3E191" w:rsidRPr="507391C7">
        <w:rPr>
          <w:rFonts w:ascii="Wiener Melange" w:eastAsia="Wiener Melange" w:hAnsi="Wiener Melange" w:cs="Wiener Melange"/>
          <w:sz w:val="24"/>
          <w:szCs w:val="24"/>
          <w:lang w:val="de-DE"/>
        </w:rPr>
        <w:t xml:space="preserve">Rajko liegt auf dem </w:t>
      </w:r>
      <w:r w:rsidR="445E3F33" w:rsidRPr="507391C7">
        <w:rPr>
          <w:rFonts w:ascii="Wiener Melange" w:eastAsia="Wiener Melange" w:hAnsi="Wiener Melange" w:cs="Wiener Melange"/>
          <w:sz w:val="24"/>
          <w:szCs w:val="24"/>
          <w:lang w:val="de-DE"/>
        </w:rPr>
        <w:t>Herzkatheter-</w:t>
      </w:r>
      <w:r w:rsidR="5FD3E191" w:rsidRPr="507391C7">
        <w:rPr>
          <w:rFonts w:ascii="Wiener Melange" w:eastAsia="Wiener Melange" w:hAnsi="Wiener Melange" w:cs="Wiener Melange"/>
          <w:sz w:val="24"/>
          <w:szCs w:val="24"/>
          <w:lang w:val="de-DE"/>
        </w:rPr>
        <w:t>Tisch, er wird beatmet. Was für Laien unwichtig klingt macht für die Mediziner</w:t>
      </w:r>
      <w:r w:rsidR="5CD65E46" w:rsidRPr="507391C7">
        <w:rPr>
          <w:rFonts w:ascii="Wiener Melange" w:eastAsia="Wiener Melange" w:hAnsi="Wiener Melange" w:cs="Wiener Melange"/>
          <w:sz w:val="24"/>
          <w:szCs w:val="24"/>
          <w:lang w:val="de-DE"/>
        </w:rPr>
        <w:t>*innen</w:t>
      </w:r>
      <w:r w:rsidR="5FD3E191" w:rsidRPr="507391C7">
        <w:rPr>
          <w:rFonts w:ascii="Wiener Melange" w:eastAsia="Wiener Melange" w:hAnsi="Wiener Melange" w:cs="Wiener Melange"/>
          <w:sz w:val="24"/>
          <w:szCs w:val="24"/>
          <w:lang w:val="de-DE"/>
        </w:rPr>
        <w:t xml:space="preserve"> einen Unterschied.</w:t>
      </w:r>
    </w:p>
    <w:p w14:paraId="2AD88B89" w14:textId="2E55621C" w:rsidR="00A56D0C" w:rsidRPr="00A56D0C" w:rsidRDefault="00A56D0C" w:rsidP="00A56D0C">
      <w:pPr>
        <w:pStyle w:val="Rolle"/>
        <w:rPr>
          <w:rFonts w:ascii="Wiener Melange" w:eastAsia="Calibri" w:hAnsi="Wiener Melange" w:cs="Wiener Melange"/>
          <w:b w:val="0"/>
          <w:bCs/>
          <w:i/>
          <w:lang w:val="de-DE"/>
        </w:rPr>
      </w:pPr>
      <w:r w:rsidRPr="004708E7">
        <w:rPr>
          <w:rFonts w:ascii="Wiener Melange" w:eastAsia="Calibri" w:hAnsi="Wiener Melange" w:cs="Wiener Melange"/>
          <w:b w:val="0"/>
          <w:bCs/>
          <w:i/>
          <w:lang w:val="de-DE"/>
        </w:rPr>
        <w:t>[</w:t>
      </w:r>
      <w:r>
        <w:rPr>
          <w:rFonts w:ascii="Wiener Melange" w:eastAsia="Calibri" w:hAnsi="Wiener Melange" w:cs="Wiener Melange"/>
          <w:b w:val="0"/>
          <w:bCs/>
          <w:i/>
          <w:lang w:val="de-DE"/>
        </w:rPr>
        <w:t>Beatmungsmaschine</w:t>
      </w:r>
      <w:r w:rsidRPr="004708E7">
        <w:rPr>
          <w:rFonts w:ascii="Wiener Melange" w:eastAsia="Calibri" w:hAnsi="Wiener Melange" w:cs="Wiener Melange"/>
          <w:b w:val="0"/>
          <w:bCs/>
          <w:i/>
          <w:lang w:val="de-DE"/>
        </w:rPr>
        <w:t>]</w:t>
      </w:r>
    </w:p>
    <w:p w14:paraId="03CAD5E0" w14:textId="4CB34A16" w:rsidR="00A56D0C" w:rsidRDefault="00A56D0C" w:rsidP="0066555A">
      <w:pPr>
        <w:spacing w:before="240" w:after="240"/>
        <w:rPr>
          <w:rFonts w:ascii="Wiener Melange" w:eastAsia="Wiener Melange" w:hAnsi="Wiener Melange" w:cs="Wiener Melange"/>
          <w:sz w:val="24"/>
          <w:szCs w:val="24"/>
          <w:lang w:val="de-DE"/>
        </w:rPr>
      </w:pPr>
      <w:r w:rsidRPr="004708E7">
        <w:rPr>
          <w:rFonts w:ascii="Wiener Melange" w:eastAsia="Wiener Melange" w:hAnsi="Wiener Melange" w:cs="Wiener Melange"/>
          <w:b/>
          <w:bCs/>
          <w:sz w:val="24"/>
          <w:szCs w:val="24"/>
          <w:lang w:val="de-DE"/>
        </w:rPr>
        <w:t>Thomas:</w:t>
      </w:r>
      <w:r>
        <w:rPr>
          <w:rFonts w:ascii="Wiener Melange" w:eastAsia="Wiener Melange" w:hAnsi="Wiener Melange" w:cs="Wiener Melange"/>
          <w:sz w:val="24"/>
          <w:szCs w:val="24"/>
          <w:lang w:val="de-DE"/>
        </w:rPr>
        <w:t xml:space="preserve"> </w:t>
      </w:r>
      <w:r w:rsidRPr="00A56D0C">
        <w:rPr>
          <w:rFonts w:ascii="Wiener Melange" w:eastAsia="Wiener Melange" w:hAnsi="Wiener Melange" w:cs="Wiener Melange"/>
          <w:sz w:val="24"/>
          <w:szCs w:val="24"/>
          <w:lang w:val="de-DE"/>
        </w:rPr>
        <w:t>Der Aufwand ist ein bisschen höher, aber dadurch, dass wir mehrere Teams haben, kümmert sich das Notfallteam um den Atemweg und wir kümmern uns um den Kreislauf und die Koronarangiografie. Es ist gut aufgeteilt und dadurch entsteht eigentlich kein Zeitverlust dadurch, dass beide Teams wissen, was sie zu tun haben.</w:t>
      </w:r>
    </w:p>
    <w:p w14:paraId="25095AFD" w14:textId="7F6D9E24" w:rsidR="480BEA8F" w:rsidRDefault="00B76347" w:rsidP="23FE564F">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A56D0C">
        <w:rPr>
          <w:lang w:val="de-DE"/>
        </w:rPr>
        <w:t xml:space="preserve"> </w:t>
      </w:r>
      <w:r w:rsidR="3AF141D8" w:rsidRPr="00BE617F">
        <w:rPr>
          <w:rFonts w:ascii="Wiener Melange" w:eastAsia="Wiener Melange" w:hAnsi="Wiener Melange" w:cs="Wiener Melange"/>
          <w:sz w:val="24"/>
          <w:szCs w:val="24"/>
          <w:lang w:val="de-DE"/>
        </w:rPr>
        <w:t xml:space="preserve">Die Koronarangiografie ist die Untersuchung der Herzkranzgefäße. Mit Kontrastmittel und Röntgenbildern macht das Team sichtbar, wo das Gefäß verschlossen </w:t>
      </w:r>
      <w:r w:rsidR="3AF141D8" w:rsidRPr="00BE617F">
        <w:rPr>
          <w:rFonts w:ascii="Wiener Melange" w:eastAsia="Wiener Melange" w:hAnsi="Wiener Melange" w:cs="Wiener Melange"/>
          <w:sz w:val="24"/>
          <w:szCs w:val="24"/>
          <w:lang w:val="de-DE"/>
        </w:rPr>
        <w:lastRenderedPageBreak/>
        <w:t xml:space="preserve">ist – und wo eingegriffen werden muss.  </w:t>
      </w:r>
      <w:r w:rsidR="40ECFE69" w:rsidRPr="507391C7">
        <w:rPr>
          <w:rFonts w:ascii="Wiener Melange" w:eastAsia="Wiener Melange" w:hAnsi="Wiener Melange" w:cs="Wiener Melange"/>
          <w:sz w:val="24"/>
          <w:szCs w:val="24"/>
          <w:lang w:val="de-DE"/>
        </w:rPr>
        <w:t>Im Herzkatheter</w:t>
      </w:r>
      <w:r w:rsidR="67ECBCEB" w:rsidRPr="507391C7">
        <w:rPr>
          <w:rFonts w:ascii="Wiener Melange" w:eastAsia="Wiener Melange" w:hAnsi="Wiener Melange" w:cs="Wiener Melange"/>
          <w:sz w:val="24"/>
          <w:szCs w:val="24"/>
          <w:lang w:val="de-DE"/>
        </w:rPr>
        <w:t xml:space="preserve">labor </w:t>
      </w:r>
      <w:r w:rsidR="40ECFE69" w:rsidRPr="507391C7">
        <w:rPr>
          <w:rFonts w:ascii="Wiener Melange" w:eastAsia="Wiener Melange" w:hAnsi="Wiener Melange" w:cs="Wiener Melange"/>
          <w:sz w:val="24"/>
          <w:szCs w:val="24"/>
          <w:lang w:val="de-DE"/>
        </w:rPr>
        <w:t xml:space="preserve">warten bereits zwei Pflegepersonen. </w:t>
      </w:r>
    </w:p>
    <w:p w14:paraId="25FF8EC8" w14:textId="2637F127" w:rsidR="50460F1D" w:rsidRDefault="00B76347" w:rsidP="23FE564F">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A56D0C">
        <w:rPr>
          <w:rFonts w:ascii="Wiener Melange" w:eastAsia="Wiener Melange" w:hAnsi="Wiener Melange" w:cs="Wiener Melange"/>
          <w:b/>
          <w:bCs/>
          <w:sz w:val="24"/>
          <w:szCs w:val="24"/>
          <w:lang w:val="de-DE"/>
        </w:rPr>
        <w:t xml:space="preserve">.: </w:t>
      </w:r>
      <w:r w:rsidR="75D764EF" w:rsidRPr="507391C7">
        <w:rPr>
          <w:rFonts w:ascii="Wiener Melange" w:eastAsia="Wiener Melange" w:hAnsi="Wiener Melange" w:cs="Wiener Melange"/>
          <w:sz w:val="24"/>
          <w:szCs w:val="24"/>
          <w:lang w:val="de-DE"/>
        </w:rPr>
        <w:t>Weil</w:t>
      </w:r>
      <w:r w:rsidR="18EF533F" w:rsidRPr="507391C7">
        <w:rPr>
          <w:rFonts w:ascii="Wiener Melange" w:eastAsia="Wiener Melange" w:hAnsi="Wiener Melange" w:cs="Wiener Melange"/>
          <w:sz w:val="24"/>
          <w:szCs w:val="24"/>
          <w:lang w:val="de-DE"/>
        </w:rPr>
        <w:t xml:space="preserve"> jede Minute zählt, sorg</w:t>
      </w:r>
      <w:r w:rsidR="3C8EEDFA" w:rsidRPr="507391C7">
        <w:rPr>
          <w:rFonts w:ascii="Wiener Melange" w:eastAsia="Wiener Melange" w:hAnsi="Wiener Melange" w:cs="Wiener Melange"/>
          <w:sz w:val="24"/>
          <w:szCs w:val="24"/>
          <w:lang w:val="de-DE"/>
        </w:rPr>
        <w:t>en</w:t>
      </w:r>
      <w:r w:rsidR="18EF533F" w:rsidRPr="507391C7">
        <w:rPr>
          <w:rFonts w:ascii="Wiener Melange" w:eastAsia="Wiener Melange" w:hAnsi="Wiener Melange" w:cs="Wiener Melange"/>
          <w:sz w:val="24"/>
          <w:szCs w:val="24"/>
          <w:lang w:val="de-DE"/>
        </w:rPr>
        <w:t xml:space="preserve"> sie </w:t>
      </w:r>
      <w:r w:rsidR="3B76C18C" w:rsidRPr="507391C7">
        <w:rPr>
          <w:rFonts w:ascii="Wiener Melange" w:eastAsia="Wiener Melange" w:hAnsi="Wiener Melange" w:cs="Wiener Melange"/>
          <w:sz w:val="24"/>
          <w:szCs w:val="24"/>
          <w:lang w:val="de-DE"/>
        </w:rPr>
        <w:t xml:space="preserve">vorab </w:t>
      </w:r>
      <w:r w:rsidR="18EF533F" w:rsidRPr="507391C7">
        <w:rPr>
          <w:rFonts w:ascii="Wiener Melange" w:eastAsia="Wiener Melange" w:hAnsi="Wiener Melange" w:cs="Wiener Melange"/>
          <w:sz w:val="24"/>
          <w:szCs w:val="24"/>
          <w:lang w:val="de-DE"/>
        </w:rPr>
        <w:t>dafür, dass im Eingriffsraum alles bereit ist.</w:t>
      </w:r>
      <w:r w:rsidR="424F2693" w:rsidRPr="507391C7">
        <w:rPr>
          <w:rFonts w:ascii="Wiener Melange" w:eastAsia="Wiener Melange" w:hAnsi="Wiener Melange" w:cs="Wiener Melange"/>
          <w:sz w:val="24"/>
          <w:szCs w:val="24"/>
          <w:lang w:val="de-DE"/>
        </w:rPr>
        <w:t xml:space="preserve"> </w:t>
      </w:r>
      <w:r w:rsidR="05F6DB4F" w:rsidRPr="507391C7">
        <w:rPr>
          <w:rFonts w:ascii="Wiener Melange" w:eastAsia="Wiener Melange" w:hAnsi="Wiener Melange" w:cs="Wiener Melange"/>
          <w:sz w:val="24"/>
          <w:szCs w:val="24"/>
          <w:lang w:val="de-DE"/>
        </w:rPr>
        <w:t>Eine Person</w:t>
      </w:r>
      <w:r w:rsidR="79399A7F" w:rsidRPr="507391C7">
        <w:rPr>
          <w:rFonts w:ascii="Wiener Melange" w:eastAsia="Wiener Melange" w:hAnsi="Wiener Melange" w:cs="Wiener Melange"/>
          <w:sz w:val="24"/>
          <w:szCs w:val="24"/>
          <w:lang w:val="de-DE"/>
        </w:rPr>
        <w:t>, die sterile OP-Pflege</w:t>
      </w:r>
      <w:r w:rsidR="05F6DB4F" w:rsidRPr="507391C7">
        <w:rPr>
          <w:rFonts w:ascii="Wiener Melange" w:eastAsia="Wiener Melange" w:hAnsi="Wiener Melange" w:cs="Wiener Melange"/>
          <w:sz w:val="24"/>
          <w:szCs w:val="24"/>
          <w:lang w:val="de-DE"/>
        </w:rPr>
        <w:t xml:space="preserve"> bereitet den Eingriffstisch vor. Alle Instrumente werden steril vorbereitet – also keimfrei, damit während des Eingriffs keine Krankheitserreger in den Körper gelangen.</w:t>
      </w:r>
      <w:r w:rsidR="175B43B3" w:rsidRPr="507391C7">
        <w:rPr>
          <w:rFonts w:ascii="Wiener Melange" w:eastAsia="Wiener Melange" w:hAnsi="Wiener Melange" w:cs="Wiener Melange"/>
          <w:sz w:val="24"/>
          <w:szCs w:val="24"/>
          <w:lang w:val="de-DE"/>
        </w:rPr>
        <w:t xml:space="preserve"> </w:t>
      </w:r>
    </w:p>
    <w:p w14:paraId="3CF9B2B7" w14:textId="5048F902" w:rsidR="16BF5686" w:rsidRDefault="00B76347" w:rsidP="23FE564F">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A56D0C">
        <w:rPr>
          <w:lang w:val="de-DE"/>
        </w:rPr>
        <w:t xml:space="preserve"> </w:t>
      </w:r>
      <w:r w:rsidR="52CEBD7A" w:rsidRPr="00BE617F">
        <w:rPr>
          <w:rFonts w:ascii="Wiener Melange" w:eastAsia="Wiener Melange" w:hAnsi="Wiener Melange" w:cs="Wiener Melange"/>
          <w:sz w:val="24"/>
          <w:szCs w:val="24"/>
          <w:lang w:val="de-DE"/>
        </w:rPr>
        <w:t xml:space="preserve">Diese sterile Vorbereitung gehört bei solchen Eingriffen zum Standard. </w:t>
      </w:r>
      <w:r w:rsidR="05F6DB4F" w:rsidRPr="507391C7">
        <w:rPr>
          <w:rFonts w:ascii="Wiener Melange" w:eastAsia="Wiener Melange" w:hAnsi="Wiener Melange" w:cs="Wiener Melange"/>
          <w:sz w:val="24"/>
          <w:szCs w:val="24"/>
          <w:lang w:val="de-DE"/>
        </w:rPr>
        <w:t xml:space="preserve">Außerdem werden die Katheter und Schläuche sorgfältig mit Flüssigkeit gespült, damit sich keine Luft darin befindet. </w:t>
      </w:r>
    </w:p>
    <w:p w14:paraId="5412CCA9" w14:textId="34704BDB" w:rsidR="00A56D0C" w:rsidRDefault="00A56D0C" w:rsidP="23FE564F">
      <w:pPr>
        <w:spacing w:before="240" w:after="240"/>
        <w:rPr>
          <w:rFonts w:ascii="Wiener Melange" w:eastAsia="Wiener Melange" w:hAnsi="Wiener Melange" w:cs="Wiener Melange"/>
          <w:sz w:val="24"/>
          <w:szCs w:val="24"/>
          <w:lang w:val="de-DE"/>
        </w:rPr>
      </w:pPr>
      <w:r w:rsidRPr="00A56D0C">
        <w:rPr>
          <w:rFonts w:ascii="Wiener Melange" w:eastAsia="Wiener Melange" w:hAnsi="Wiener Melange" w:cs="Wiener Melange"/>
          <w:b/>
          <w:bCs/>
          <w:sz w:val="24"/>
          <w:szCs w:val="24"/>
          <w:lang w:val="de-DE"/>
        </w:rPr>
        <w:t>Carmen:</w:t>
      </w:r>
      <w:r>
        <w:rPr>
          <w:rFonts w:ascii="Wiener Melange" w:eastAsia="Wiener Melange" w:hAnsi="Wiener Melange" w:cs="Wiener Melange"/>
          <w:sz w:val="24"/>
          <w:szCs w:val="24"/>
          <w:lang w:val="de-DE"/>
        </w:rPr>
        <w:t xml:space="preserve"> </w:t>
      </w:r>
      <w:r w:rsidRPr="507391C7">
        <w:rPr>
          <w:rFonts w:ascii="Wiener Melange" w:eastAsia="Wiener Melange" w:hAnsi="Wiener Melange" w:cs="Wiener Melange"/>
          <w:sz w:val="24"/>
          <w:szCs w:val="24"/>
          <w:lang w:val="de-DE"/>
        </w:rPr>
        <w:t xml:space="preserve">Und der andere übernimmt den </w:t>
      </w:r>
      <w:proofErr w:type="spellStart"/>
      <w:r w:rsidRPr="507391C7">
        <w:rPr>
          <w:rFonts w:ascii="Wiener Melange" w:eastAsia="Wiener Melange" w:hAnsi="Wiener Melange" w:cs="Wiener Melange"/>
          <w:sz w:val="24"/>
          <w:szCs w:val="24"/>
          <w:lang w:val="de-DE"/>
        </w:rPr>
        <w:t>Beidienst</w:t>
      </w:r>
      <w:proofErr w:type="spellEnd"/>
      <w:r w:rsidRPr="507391C7">
        <w:rPr>
          <w:rFonts w:ascii="Wiener Melange" w:eastAsia="Wiener Melange" w:hAnsi="Wiener Melange" w:cs="Wiener Melange"/>
          <w:sz w:val="24"/>
          <w:szCs w:val="24"/>
          <w:lang w:val="de-DE"/>
        </w:rPr>
        <w:t>. Das heißt, er kümmert sich um den Patienten, hilft beim Auflegen vom Patienten, dass der eben von der Krankentransportliege auf den Untersuchungstisch kommt und macht diverse Vorarbeiten wie Hautrasur, Hautdesinfektion, mit dem Patienten, den Patienten informieren.</w:t>
      </w:r>
    </w:p>
    <w:p w14:paraId="3120AB2C" w14:textId="47E77C06" w:rsidR="40ECFE69" w:rsidRDefault="00B76347" w:rsidP="23FE564F">
      <w:pPr>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A56D0C">
        <w:rPr>
          <w:lang w:val="de-DE"/>
        </w:rPr>
        <w:t xml:space="preserve"> </w:t>
      </w:r>
      <w:r w:rsidR="5245AD07" w:rsidRPr="507391C7">
        <w:rPr>
          <w:rFonts w:ascii="Wiener Melange" w:eastAsia="Wiener Melange" w:hAnsi="Wiener Melange" w:cs="Wiener Melange"/>
          <w:sz w:val="24"/>
          <w:szCs w:val="24"/>
          <w:lang w:val="de-DE"/>
        </w:rPr>
        <w:t>Das erklärt uns Carmen. Sie ist diplomierte Gesundheits- und Krankenpflegerin im Herzkatheterlabor der Klinik Floridsdorf und bereitet mit dem Team alles für den Eingriff vor. Während sie den Patienten für die Behandlung vorbereitet, übernimmt ein anderes Team bereits den nächsten entscheidenden Schritt: die Bildgebung. Denn ohne sie wäre nicht sichtbar, wo das verschlossene Herzkranzgefäß liegt.</w:t>
      </w:r>
    </w:p>
    <w:p w14:paraId="32BA8C13" w14:textId="42850A14" w:rsidR="00A56D0C" w:rsidRDefault="00A56D0C" w:rsidP="23FE564F">
      <w:pPr>
        <w:rPr>
          <w:rFonts w:ascii="Wiener Melange" w:eastAsia="Wiener Melange" w:hAnsi="Wiener Melange" w:cs="Wiener Melange"/>
          <w:sz w:val="24"/>
          <w:szCs w:val="24"/>
          <w:lang w:val="de-DE"/>
        </w:rPr>
      </w:pPr>
      <w:r w:rsidRPr="00B76347">
        <w:rPr>
          <w:rFonts w:ascii="Wiener Melange" w:eastAsia="Calibri" w:hAnsi="Wiener Melange" w:cs="Wiener Melange"/>
          <w:i/>
          <w:lang w:val="de-DE"/>
        </w:rPr>
        <w:t>[Musik]</w:t>
      </w:r>
    </w:p>
    <w:p w14:paraId="2E83F3E9" w14:textId="58C1AE86" w:rsidR="480BEA8F" w:rsidRDefault="00B76347" w:rsidP="23FE564F">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A56D0C">
        <w:rPr>
          <w:lang w:val="de-DE"/>
        </w:rPr>
        <w:t xml:space="preserve"> </w:t>
      </w:r>
      <w:r w:rsidR="33C7D2EE" w:rsidRPr="507391C7">
        <w:rPr>
          <w:rFonts w:ascii="Wiener Melange" w:eastAsia="Wiener Melange" w:hAnsi="Wiener Melange" w:cs="Wiener Melange"/>
          <w:sz w:val="24"/>
          <w:szCs w:val="24"/>
          <w:lang w:val="de-DE"/>
        </w:rPr>
        <w:t xml:space="preserve">Johanna ist Radiologietechnologin. Sie liefert jene Bilder, anhand derer das </w:t>
      </w:r>
      <w:proofErr w:type="spellStart"/>
      <w:r w:rsidR="33C7D2EE" w:rsidRPr="507391C7">
        <w:rPr>
          <w:rFonts w:ascii="Wiener Melange" w:eastAsia="Wiener Melange" w:hAnsi="Wiener Melange" w:cs="Wiener Melange"/>
          <w:sz w:val="24"/>
          <w:szCs w:val="24"/>
          <w:lang w:val="de-DE"/>
        </w:rPr>
        <w:t>Ärzt</w:t>
      </w:r>
      <w:proofErr w:type="spellEnd"/>
      <w:r w:rsidR="0ADE9904" w:rsidRPr="507391C7">
        <w:rPr>
          <w:rFonts w:ascii="Wiener Melange" w:eastAsia="Wiener Melange" w:hAnsi="Wiener Melange" w:cs="Wiener Melange"/>
          <w:sz w:val="24"/>
          <w:szCs w:val="24"/>
          <w:lang w:val="de-DE"/>
        </w:rPr>
        <w:t>*</w:t>
      </w:r>
      <w:proofErr w:type="spellStart"/>
      <w:r w:rsidR="0ADE9904" w:rsidRPr="507391C7">
        <w:rPr>
          <w:rFonts w:ascii="Wiener Melange" w:eastAsia="Wiener Melange" w:hAnsi="Wiener Melange" w:cs="Wiener Melange"/>
          <w:sz w:val="24"/>
          <w:szCs w:val="24"/>
          <w:lang w:val="de-DE"/>
        </w:rPr>
        <w:t>inn</w:t>
      </w:r>
      <w:r w:rsidR="33C7D2EE" w:rsidRPr="507391C7">
        <w:rPr>
          <w:rFonts w:ascii="Wiener Melange" w:eastAsia="Wiener Melange" w:hAnsi="Wiener Melange" w:cs="Wiener Melange"/>
          <w:sz w:val="24"/>
          <w:szCs w:val="24"/>
          <w:lang w:val="de-DE"/>
        </w:rPr>
        <w:t>e</w:t>
      </w:r>
      <w:r w:rsidR="31A8058E" w:rsidRPr="507391C7">
        <w:rPr>
          <w:rFonts w:ascii="Wiener Melange" w:eastAsia="Wiener Melange" w:hAnsi="Wiener Melange" w:cs="Wiener Melange"/>
          <w:sz w:val="24"/>
          <w:szCs w:val="24"/>
          <w:lang w:val="de-DE"/>
        </w:rPr>
        <w:t>n</w:t>
      </w:r>
      <w:r w:rsidR="33C7D2EE" w:rsidRPr="507391C7">
        <w:rPr>
          <w:rFonts w:ascii="Wiener Melange" w:eastAsia="Wiener Melange" w:hAnsi="Wiener Melange" w:cs="Wiener Melange"/>
          <w:sz w:val="24"/>
          <w:szCs w:val="24"/>
          <w:lang w:val="de-DE"/>
        </w:rPr>
        <w:t>team</w:t>
      </w:r>
      <w:proofErr w:type="spellEnd"/>
      <w:r w:rsidR="33C7D2EE" w:rsidRPr="507391C7">
        <w:rPr>
          <w:rFonts w:ascii="Wiener Melange" w:eastAsia="Wiener Melange" w:hAnsi="Wiener Melange" w:cs="Wiener Melange"/>
          <w:sz w:val="24"/>
          <w:szCs w:val="24"/>
          <w:lang w:val="de-DE"/>
        </w:rPr>
        <w:t xml:space="preserve"> entscheiden kann, wo und wie eingegriffen werden muss.</w:t>
      </w:r>
      <w:r w:rsidR="5F990A9C" w:rsidRPr="507391C7">
        <w:rPr>
          <w:rFonts w:ascii="Wiener Melange" w:eastAsia="Wiener Melange" w:hAnsi="Wiener Melange" w:cs="Wiener Melange"/>
          <w:sz w:val="24"/>
          <w:szCs w:val="24"/>
          <w:lang w:val="de-DE"/>
        </w:rPr>
        <w:t xml:space="preserve"> </w:t>
      </w:r>
    </w:p>
    <w:p w14:paraId="0DA96A63" w14:textId="4AB62028" w:rsidR="00A56D0C" w:rsidRDefault="00A56D0C" w:rsidP="23FE564F">
      <w:pPr>
        <w:spacing w:before="240" w:after="240"/>
        <w:rPr>
          <w:rFonts w:ascii="Wiener Melange" w:eastAsia="Wiener Melange" w:hAnsi="Wiener Melange" w:cs="Wiener Melange"/>
          <w:sz w:val="24"/>
          <w:szCs w:val="24"/>
          <w:lang w:val="de-DE"/>
        </w:rPr>
      </w:pPr>
      <w:r w:rsidRPr="00A56D0C">
        <w:rPr>
          <w:rFonts w:ascii="Wiener Melange" w:eastAsia="Wiener Melange" w:hAnsi="Wiener Melange" w:cs="Wiener Melange"/>
          <w:b/>
          <w:bCs/>
          <w:sz w:val="24"/>
          <w:szCs w:val="24"/>
          <w:lang w:val="de-DE"/>
        </w:rPr>
        <w:t>Johanna:</w:t>
      </w:r>
      <w:r>
        <w:rPr>
          <w:rFonts w:ascii="Wiener Melange" w:eastAsia="Wiener Melange" w:hAnsi="Wiener Melange" w:cs="Wiener Melange"/>
          <w:sz w:val="24"/>
          <w:szCs w:val="24"/>
          <w:lang w:val="de-DE"/>
        </w:rPr>
        <w:t xml:space="preserve"> </w:t>
      </w:r>
      <w:r w:rsidRPr="00A56D0C">
        <w:rPr>
          <w:rFonts w:ascii="Wiener Melange" w:eastAsia="Wiener Melange" w:hAnsi="Wiener Melange" w:cs="Wiener Melange"/>
          <w:sz w:val="24"/>
          <w:szCs w:val="24"/>
          <w:lang w:val="de-DE"/>
        </w:rPr>
        <w:t xml:space="preserve">Herzkranzgefäße oder überhaupt viele Strukturen im Körper sind nicht sichtbar ohne irgendeine Hilfe von einem Kontrastmittel zum Beispiel. Man versucht durch verschiedene Positionen der Röntgenröhre von verschiedenen Seiten auf das Gefäß zu blicken und kann so sehen, ob wo Engstellen oder Geschehnisse sind, die behoben werden müssen. Wenn ich zum Beispiel nur von einer Seite drauf schaue auf ein Gefäß und es schaut von vorne ganz normal aus, dann schwenke ich die Anlage auf 90 Grad sozusagen, dann hat man von der Seite den Blick drauf und dann sehe ich, hoppala, auf der Rückseite gibt es eine Delle quasi, das zeichnet so ab, wie wenn man bei einem Apfel abbeißt, da fehlt </w:t>
      </w:r>
      <w:r w:rsidRPr="00A56D0C">
        <w:rPr>
          <w:rFonts w:ascii="Wiener Melange" w:eastAsia="Wiener Melange" w:hAnsi="Wiener Melange" w:cs="Wiener Melange"/>
          <w:sz w:val="24"/>
          <w:szCs w:val="24"/>
          <w:lang w:val="de-DE"/>
        </w:rPr>
        <w:lastRenderedPageBreak/>
        <w:t>dann auch ein Stück quasi, dann sieht man, oha, das ist nicht so wie es gehört, da muss man was unternehmen.</w:t>
      </w:r>
    </w:p>
    <w:p w14:paraId="0D00B9BD" w14:textId="34F6346D" w:rsidR="0DC9D6D8" w:rsidRDefault="00B76347" w:rsidP="507391C7">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A56D0C">
        <w:rPr>
          <w:lang w:val="de-DE"/>
        </w:rPr>
        <w:t xml:space="preserve"> </w:t>
      </w:r>
      <w:r w:rsidR="3A7F5A86" w:rsidRPr="00BE617F">
        <w:rPr>
          <w:rFonts w:ascii="Wiener Melange" w:eastAsia="Wiener Melange" w:hAnsi="Wiener Melange" w:cs="Wiener Melange"/>
          <w:sz w:val="24"/>
          <w:szCs w:val="24"/>
          <w:lang w:val="de-DE"/>
        </w:rPr>
        <w:t>Jetzt wird sichtbar, welches Herzkranzgefäß den Herzinfarkt ausgelöst hat: Ein Gefäß ist verschlossen und muss so schnell wie möglich wieder geöffnet werden</w:t>
      </w:r>
      <w:r w:rsidR="4A2826FB" w:rsidRPr="507391C7">
        <w:rPr>
          <w:rFonts w:ascii="Wiener Melange" w:eastAsia="Wiener Melange" w:hAnsi="Wiener Melange" w:cs="Wiener Melange"/>
          <w:sz w:val="24"/>
          <w:szCs w:val="24"/>
          <w:lang w:val="de-DE"/>
        </w:rPr>
        <w:t xml:space="preserve">. </w:t>
      </w:r>
      <w:r w:rsidR="35AC4B98" w:rsidRPr="507391C7">
        <w:rPr>
          <w:rFonts w:ascii="Wiener Melange" w:eastAsia="Wiener Melange" w:hAnsi="Wiener Melange" w:cs="Wiener Melange"/>
          <w:sz w:val="24"/>
          <w:szCs w:val="24"/>
          <w:lang w:val="de-DE"/>
        </w:rPr>
        <w:t>Bei einem Herzinfarkt ist ein Herzkranzgefäß plötzlich verstopft. Das Blut kommt nicht mehr richtig durch, und ein Teil des Herzmuskels wird nicht mehr ausreichend mit Sauerstoff versorgt.</w:t>
      </w:r>
    </w:p>
    <w:p w14:paraId="12B02277" w14:textId="77777777" w:rsidR="00A56D0C" w:rsidRDefault="00A56D0C" w:rsidP="00A56D0C">
      <w:pPr>
        <w:pStyle w:val="Rolle"/>
        <w:rPr>
          <w:rFonts w:ascii="Wiener Melange" w:eastAsia="Wiener Melange" w:hAnsi="Wiener Melange" w:cs="Wiener Melange"/>
          <w:b w:val="0"/>
          <w:sz w:val="24"/>
          <w:szCs w:val="24"/>
          <w:lang w:val="de-DE"/>
        </w:rPr>
      </w:pPr>
      <w:r>
        <w:rPr>
          <w:rFonts w:ascii="Wiener Melange" w:eastAsia="Wiener Melange" w:hAnsi="Wiener Melange" w:cs="Wiener Melange"/>
          <w:sz w:val="24"/>
          <w:szCs w:val="24"/>
          <w:lang w:val="de-DE"/>
        </w:rPr>
        <w:t>Lisa S.:</w:t>
      </w:r>
      <w:r>
        <w:rPr>
          <w:lang w:val="de-DE"/>
        </w:rPr>
        <w:t xml:space="preserve"> </w:t>
      </w:r>
      <w:r w:rsidR="39BC2B67" w:rsidRPr="507391C7">
        <w:rPr>
          <w:rFonts w:ascii="Wiener Melange" w:eastAsia="Wiener Melange" w:hAnsi="Wiener Melange" w:cs="Wiener Melange"/>
          <w:b w:val="0"/>
          <w:sz w:val="24"/>
          <w:szCs w:val="24"/>
          <w:lang w:val="de-DE"/>
        </w:rPr>
        <w:t>Das Herz gerät in eine Art Versorgungsnotstand –</w:t>
      </w:r>
      <w:r>
        <w:rPr>
          <w:rFonts w:ascii="Wiener Melange" w:eastAsia="Wiener Melange" w:hAnsi="Wiener Melange" w:cs="Wiener Melange"/>
          <w:b w:val="0"/>
          <w:sz w:val="24"/>
          <w:szCs w:val="24"/>
          <w:lang w:val="de-DE"/>
        </w:rPr>
        <w:t xml:space="preserve"> also</w:t>
      </w:r>
      <w:r w:rsidR="39BC2B67" w:rsidRPr="507391C7">
        <w:rPr>
          <w:rFonts w:ascii="Wiener Melange" w:eastAsia="Wiener Melange" w:hAnsi="Wiener Melange" w:cs="Wiener Melange"/>
          <w:b w:val="0"/>
          <w:sz w:val="24"/>
          <w:szCs w:val="24"/>
          <w:lang w:val="de-DE"/>
        </w:rPr>
        <w:t xml:space="preserve"> wie ein Motor, dem plötzlich der Treibstoff fehlt.</w:t>
      </w:r>
      <w:r w:rsidR="39BC2B67" w:rsidRPr="00BE617F">
        <w:rPr>
          <w:rFonts w:ascii="Wiener Melange" w:eastAsia="Wiener Melange" w:hAnsi="Wiener Melange" w:cs="Wiener Melange"/>
          <w:b w:val="0"/>
          <w:sz w:val="24"/>
          <w:szCs w:val="24"/>
          <w:lang w:val="de-DE"/>
        </w:rPr>
        <w:t xml:space="preserve"> </w:t>
      </w:r>
      <w:r>
        <w:rPr>
          <w:rFonts w:ascii="Wiener Melange" w:eastAsia="Wiener Melange" w:hAnsi="Wiener Melange" w:cs="Wiener Melange"/>
          <w:b w:val="0"/>
          <w:sz w:val="24"/>
          <w:szCs w:val="24"/>
          <w:lang w:val="de-DE"/>
        </w:rPr>
        <w:t>Und o</w:t>
      </w:r>
      <w:r w:rsidR="39BC2B67" w:rsidRPr="00BE617F">
        <w:rPr>
          <w:rFonts w:ascii="Wiener Melange" w:eastAsia="Wiener Melange" w:hAnsi="Wiener Melange" w:cs="Wiener Melange"/>
          <w:b w:val="0"/>
          <w:sz w:val="24"/>
          <w:szCs w:val="24"/>
          <w:lang w:val="de-DE"/>
        </w:rPr>
        <w:t>hne rasche Behandlung wird immer mehr Herzmuskel geschädigt. Das kann die Pumpkraft des Herzens dauerhaft beeinträchtigen und lebensbedrohliche Rhythmusstörungen auslösen.</w:t>
      </w:r>
    </w:p>
    <w:p w14:paraId="1D4AA0C2" w14:textId="22CFA315" w:rsidR="00A56D0C" w:rsidRPr="00A56D0C" w:rsidRDefault="00A56D0C" w:rsidP="00A56D0C">
      <w:pPr>
        <w:pStyle w:val="Rolle"/>
        <w:rPr>
          <w:rFonts w:ascii="Wiener Melange" w:eastAsia="Wiener Melange" w:hAnsi="Wiener Melange" w:cs="Wiener Melange"/>
          <w:b w:val="0"/>
          <w:bCs/>
          <w:sz w:val="24"/>
          <w:szCs w:val="24"/>
          <w:lang w:val="de-DE"/>
        </w:rPr>
      </w:pPr>
      <w:r w:rsidRPr="00A56D0C">
        <w:rPr>
          <w:rFonts w:ascii="Wiener Melange" w:eastAsia="Calibri" w:hAnsi="Wiener Melange" w:cs="Wiener Melange"/>
          <w:b w:val="0"/>
          <w:bCs/>
          <w:i/>
          <w:lang w:val="de-DE"/>
        </w:rPr>
        <w:t>[Musik]</w:t>
      </w:r>
    </w:p>
    <w:p w14:paraId="3952D367" w14:textId="4395D1F9" w:rsidR="3E19C37C" w:rsidRDefault="00B76347" w:rsidP="00A56D0C">
      <w:pPr>
        <w:pStyle w:val="Rolle"/>
        <w:rPr>
          <w:rFonts w:ascii="Wiener Melange" w:eastAsia="Wiener Melange" w:hAnsi="Wiener Melange" w:cs="Wiener Melange"/>
          <w:b w:val="0"/>
          <w:bCs/>
          <w:sz w:val="24"/>
          <w:szCs w:val="24"/>
          <w:lang w:val="de-DE"/>
        </w:rPr>
      </w:pPr>
      <w:r w:rsidRPr="00A56D0C">
        <w:rPr>
          <w:rFonts w:ascii="Wiener Melange" w:eastAsia="Wiener Melange" w:hAnsi="Wiener Melange" w:cs="Wiener Melange"/>
          <w:sz w:val="24"/>
          <w:szCs w:val="24"/>
          <w:lang w:val="de-DE"/>
        </w:rPr>
        <w:t>Lisa N.:</w:t>
      </w:r>
      <w:r w:rsidR="00A56D0C" w:rsidRPr="00A56D0C">
        <w:rPr>
          <w:b w:val="0"/>
          <w:bCs/>
          <w:lang w:val="de-DE"/>
        </w:rPr>
        <w:t xml:space="preserve"> </w:t>
      </w:r>
      <w:r w:rsidR="3E19C37C" w:rsidRPr="00A56D0C">
        <w:rPr>
          <w:rFonts w:ascii="Wiener Melange" w:eastAsia="Wiener Melange" w:hAnsi="Wiener Melange" w:cs="Wiener Melange"/>
          <w:b w:val="0"/>
          <w:bCs/>
          <w:sz w:val="24"/>
          <w:szCs w:val="24"/>
          <w:lang w:val="de-DE"/>
        </w:rPr>
        <w:t>Jetzt beginnt der entscheidende Eingriff. Kardiologe Thomas muss das verschlossene Herzkranzgefäß so schnell wie möglich öffnen, damit das Herz wieder ausreichend mit Blut und Sauerstoff versorgt wird.</w:t>
      </w:r>
      <w:r w:rsidR="4B2A485F" w:rsidRPr="00A56D0C">
        <w:rPr>
          <w:rFonts w:ascii="Wiener Melange" w:eastAsia="Wiener Melange" w:hAnsi="Wiener Melange" w:cs="Wiener Melange"/>
          <w:b w:val="0"/>
          <w:bCs/>
          <w:sz w:val="24"/>
          <w:szCs w:val="24"/>
          <w:lang w:val="de-DE"/>
        </w:rPr>
        <w:t xml:space="preserve"> Und das funktioniert so: </w:t>
      </w:r>
    </w:p>
    <w:p w14:paraId="00039201" w14:textId="2F2A7DB8" w:rsidR="00A56D0C" w:rsidRDefault="00A56D0C" w:rsidP="00A56D0C">
      <w:pPr>
        <w:pStyle w:val="Rolle"/>
        <w:rPr>
          <w:rFonts w:ascii="Wiener Melange" w:eastAsia="Wiener Melange" w:hAnsi="Wiener Melange" w:cs="Wiener Melange"/>
          <w:b w:val="0"/>
          <w:sz w:val="24"/>
          <w:szCs w:val="24"/>
          <w:lang w:val="de-DE"/>
        </w:rPr>
      </w:pPr>
      <w:r w:rsidRPr="00A56D0C">
        <w:rPr>
          <w:rFonts w:ascii="Wiener Melange" w:eastAsia="Wiener Melange" w:hAnsi="Wiener Melange" w:cs="Wiener Melange"/>
          <w:sz w:val="24"/>
          <w:szCs w:val="24"/>
          <w:lang w:val="de-DE"/>
        </w:rPr>
        <w:t>Thomas:</w:t>
      </w:r>
      <w:r>
        <w:rPr>
          <w:rFonts w:ascii="Wiener Melange" w:eastAsia="Wiener Melange" w:hAnsi="Wiener Melange" w:cs="Wiener Melange"/>
          <w:sz w:val="24"/>
          <w:szCs w:val="24"/>
          <w:lang w:val="de-DE"/>
        </w:rPr>
        <w:t xml:space="preserve"> </w:t>
      </w:r>
      <w:r w:rsidRPr="00BE617F">
        <w:rPr>
          <w:rFonts w:ascii="Wiener Melange" w:eastAsia="Wiener Melange" w:hAnsi="Wiener Melange" w:cs="Wiener Melange"/>
          <w:b w:val="0"/>
          <w:sz w:val="24"/>
          <w:szCs w:val="24"/>
          <w:lang w:val="de-DE"/>
        </w:rPr>
        <w:t>Die rechte Unterarmarterie wird mit einer Nadel punktiert, dann wird ein Draht, ein ganz dünner Draht in die Arterie vorgeschoben und über diese Arterie dann, also über diesen Draht wird eine Art Plastikstück eingeführt, über das wir dann arbeiten können.</w:t>
      </w:r>
    </w:p>
    <w:p w14:paraId="2B3DAB8A" w14:textId="77777777" w:rsidR="00A56D0C" w:rsidRPr="00A56D0C" w:rsidRDefault="00A56D0C" w:rsidP="00A56D0C">
      <w:pPr>
        <w:pStyle w:val="Rolle"/>
        <w:rPr>
          <w:b w:val="0"/>
          <w:bCs/>
          <w:lang w:val="de-DE"/>
        </w:rPr>
      </w:pPr>
    </w:p>
    <w:p w14:paraId="3F0E970C" w14:textId="551E6403" w:rsidR="00A56D0C" w:rsidRDefault="00B76347" w:rsidP="507391C7">
      <w:pPr>
        <w:pStyle w:val="Regie"/>
        <w:ind w:left="0"/>
        <w:rPr>
          <w:rFonts w:ascii="Wiener Melange" w:eastAsia="Wiener Melange" w:hAnsi="Wiener Melange" w:cs="Wiener Melange"/>
          <w:i w:val="0"/>
          <w:sz w:val="24"/>
          <w:szCs w:val="24"/>
          <w:lang w:val="de-DE"/>
        </w:rPr>
      </w:pPr>
      <w:r>
        <w:rPr>
          <w:rFonts w:ascii="Wiener Melange" w:eastAsia="Wiener Melange" w:hAnsi="Wiener Melange" w:cs="Wiener Melange"/>
          <w:b/>
          <w:bCs/>
          <w:i w:val="0"/>
          <w:sz w:val="24"/>
          <w:szCs w:val="24"/>
          <w:lang w:val="de-DE"/>
        </w:rPr>
        <w:t>Lisa S.:</w:t>
      </w:r>
      <w:r w:rsidR="00A56D0C">
        <w:rPr>
          <w:lang w:val="de-DE"/>
        </w:rPr>
        <w:t xml:space="preserve"> </w:t>
      </w:r>
      <w:r w:rsidR="2EC2435B" w:rsidRPr="507391C7">
        <w:rPr>
          <w:rFonts w:ascii="Wiener Melange" w:eastAsia="Wiener Melange" w:hAnsi="Wiener Melange" w:cs="Wiener Melange"/>
          <w:i w:val="0"/>
          <w:sz w:val="24"/>
          <w:szCs w:val="24"/>
          <w:lang w:val="de-DE"/>
        </w:rPr>
        <w:t xml:space="preserve">Was einfach klingt, ist Millimeterarbeit. Über einen winzigen Zugang am Handgelenk entsteht der Weg bis zum Herzen. Die </w:t>
      </w:r>
      <w:proofErr w:type="spellStart"/>
      <w:r w:rsidR="2EC2435B" w:rsidRPr="507391C7">
        <w:rPr>
          <w:rFonts w:ascii="Wiener Melange" w:eastAsia="Wiener Melange" w:hAnsi="Wiener Melange" w:cs="Wiener Melange"/>
          <w:i w:val="0"/>
          <w:sz w:val="24"/>
          <w:szCs w:val="24"/>
          <w:lang w:val="de-DE"/>
        </w:rPr>
        <w:t>Ärzt</w:t>
      </w:r>
      <w:proofErr w:type="spellEnd"/>
      <w:r w:rsidR="2EC2435B" w:rsidRPr="507391C7">
        <w:rPr>
          <w:rFonts w:ascii="Wiener Melange" w:eastAsia="Wiener Melange" w:hAnsi="Wiener Melange" w:cs="Wiener Melange"/>
          <w:i w:val="0"/>
          <w:sz w:val="24"/>
          <w:szCs w:val="24"/>
          <w:lang w:val="de-DE"/>
        </w:rPr>
        <w:t xml:space="preserve">*innen arbeiten dabei in Gefäßen, die nur wenige Millimeter Durchmesser haben. </w:t>
      </w:r>
      <w:r w:rsidR="7E461FFC" w:rsidRPr="507391C7">
        <w:rPr>
          <w:rFonts w:ascii="Wiener Melange" w:eastAsia="Wiener Melange" w:hAnsi="Wiener Melange" w:cs="Wiener Melange"/>
          <w:i w:val="0"/>
          <w:sz w:val="24"/>
          <w:szCs w:val="24"/>
          <w:lang w:val="de-DE"/>
        </w:rPr>
        <w:t xml:space="preserve">Mithilfe von Röntgenbildern navigieren sie </w:t>
      </w:r>
      <w:r w:rsidR="2EC2435B" w:rsidRPr="507391C7">
        <w:rPr>
          <w:rFonts w:ascii="Wiener Melange" w:eastAsia="Wiener Melange" w:hAnsi="Wiener Melange" w:cs="Wiener Melange"/>
          <w:i w:val="0"/>
          <w:sz w:val="24"/>
          <w:szCs w:val="24"/>
          <w:lang w:val="de-DE"/>
        </w:rPr>
        <w:t xml:space="preserve">ihre Instrumente bis genau an die Stelle, an der der Blutfluss blockiert ist. </w:t>
      </w:r>
      <w:r w:rsidR="00A56D0C">
        <w:rPr>
          <w:rFonts w:ascii="Wiener Melange" w:eastAsia="Wiener Melange" w:hAnsi="Wiener Melange" w:cs="Wiener Melange"/>
          <w:i w:val="0"/>
          <w:sz w:val="24"/>
          <w:szCs w:val="24"/>
          <w:lang w:val="de-DE"/>
        </w:rPr>
        <w:t xml:space="preserve">Und das </w:t>
      </w:r>
      <w:proofErr w:type="gramStart"/>
      <w:r w:rsidR="00A56D0C">
        <w:rPr>
          <w:rFonts w:ascii="Wiener Melange" w:eastAsia="Wiener Melange" w:hAnsi="Wiener Melange" w:cs="Wiener Melange"/>
          <w:i w:val="0"/>
          <w:sz w:val="24"/>
          <w:szCs w:val="24"/>
          <w:lang w:val="de-DE"/>
        </w:rPr>
        <w:t>g</w:t>
      </w:r>
      <w:r w:rsidR="16B11BBC" w:rsidRPr="507391C7">
        <w:rPr>
          <w:rFonts w:ascii="Wiener Melange" w:eastAsia="Wiener Melange" w:hAnsi="Wiener Melange" w:cs="Wiener Melange"/>
          <w:i w:val="0"/>
          <w:sz w:val="24"/>
          <w:szCs w:val="24"/>
          <w:lang w:val="de-DE"/>
        </w:rPr>
        <w:t>anz</w:t>
      </w:r>
      <w:proofErr w:type="gramEnd"/>
      <w:r w:rsidR="16B11BBC" w:rsidRPr="507391C7">
        <w:rPr>
          <w:rFonts w:ascii="Wiener Melange" w:eastAsia="Wiener Melange" w:hAnsi="Wiener Melange" w:cs="Wiener Melange"/>
          <w:i w:val="0"/>
          <w:sz w:val="24"/>
          <w:szCs w:val="24"/>
          <w:lang w:val="de-DE"/>
        </w:rPr>
        <w:t xml:space="preserve"> ohne den Brustkorb zu öffnen.</w:t>
      </w:r>
    </w:p>
    <w:p w14:paraId="09E99682" w14:textId="77777777" w:rsidR="00A56D0C" w:rsidRDefault="00A56D0C" w:rsidP="507391C7">
      <w:pPr>
        <w:pStyle w:val="Regie"/>
        <w:ind w:left="0"/>
        <w:rPr>
          <w:rFonts w:ascii="Wiener Melange" w:eastAsia="Wiener Melange" w:hAnsi="Wiener Melange" w:cs="Wiener Melange"/>
          <w:i w:val="0"/>
          <w:sz w:val="24"/>
          <w:szCs w:val="24"/>
          <w:lang w:val="de-DE"/>
        </w:rPr>
      </w:pPr>
    </w:p>
    <w:p w14:paraId="727C65CD" w14:textId="69B77BA0" w:rsidR="00A56D0C" w:rsidRDefault="00A56D0C" w:rsidP="507391C7">
      <w:pPr>
        <w:pStyle w:val="Regie"/>
        <w:ind w:left="0"/>
        <w:rPr>
          <w:rFonts w:ascii="Wiener Melange" w:eastAsia="Wiener Melange" w:hAnsi="Wiener Melange" w:cs="Wiener Melange"/>
          <w:i w:val="0"/>
          <w:sz w:val="24"/>
          <w:szCs w:val="24"/>
          <w:lang w:val="de-DE"/>
        </w:rPr>
      </w:pPr>
      <w:r w:rsidRPr="00A56D0C">
        <w:rPr>
          <w:rFonts w:ascii="Wiener Melange" w:eastAsia="Wiener Melange" w:hAnsi="Wiener Melange" w:cs="Wiener Melange"/>
          <w:b/>
          <w:bCs/>
          <w:i w:val="0"/>
          <w:sz w:val="24"/>
          <w:szCs w:val="24"/>
          <w:lang w:val="de-DE"/>
        </w:rPr>
        <w:t>Thomas:</w:t>
      </w:r>
      <w:r w:rsidRPr="00A56D0C">
        <w:rPr>
          <w:rFonts w:ascii="Wiener Melange" w:eastAsia="Wiener Melange" w:hAnsi="Wiener Melange" w:cs="Wiener Melange"/>
          <w:i w:val="0"/>
          <w:sz w:val="24"/>
          <w:szCs w:val="24"/>
          <w:lang w:val="de-DE"/>
        </w:rPr>
        <w:t xml:space="preserve"> Über diesen Katheter können wir dann feine Drähte einführen in das verschlossene Gefäß und das verschlossene Gefäß wird dann mit diesem Draht wiedereröffnet, dann liegt der Draht quasi in diesem Gefäß und dann wird mit feinen Ballonen, die 2 mm, 1,2 mm Durchmesser haben, im aufgeblasenen Zustand, wird das Gefäß dann eröffnet und in weiterer Folge wird dann ein Stent implantiert oder meistens ein Stent implantiert und dann, damit das Gefäß wieder offen bleibt, dann wird blutgerinnende Medikamente gegeben und dann wird der Patient relativ zügig wieder vom Tisch abgelegt und behandelt.</w:t>
      </w:r>
    </w:p>
    <w:p w14:paraId="502F421B" w14:textId="4C4501D5" w:rsidR="3B5F3E4D" w:rsidRPr="00BE617F" w:rsidRDefault="00B76347" w:rsidP="507391C7">
      <w:pPr>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lastRenderedPageBreak/>
        <w:t>Lisa S.:</w:t>
      </w:r>
      <w:r w:rsidR="00A56D0C">
        <w:rPr>
          <w:lang w:val="de-DE"/>
        </w:rPr>
        <w:t xml:space="preserve"> </w:t>
      </w:r>
      <w:r w:rsidR="598151B0" w:rsidRPr="00BE617F">
        <w:rPr>
          <w:rFonts w:ascii="Wiener Melange" w:eastAsia="Wiener Melange" w:hAnsi="Wiener Melange" w:cs="Wiener Melange"/>
          <w:sz w:val="24"/>
          <w:szCs w:val="24"/>
          <w:lang w:val="de-DE"/>
        </w:rPr>
        <w:t xml:space="preserve">Schritt für Schritt wird der lebenswichtige Blutfluss wiederhergestellt. </w:t>
      </w:r>
      <w:r w:rsidR="3FBB348D" w:rsidRPr="00BE617F">
        <w:rPr>
          <w:rFonts w:ascii="Wiener Melange" w:eastAsia="Wiener Melange" w:hAnsi="Wiener Melange" w:cs="Wiener Melange"/>
          <w:sz w:val="24"/>
          <w:szCs w:val="24"/>
          <w:lang w:val="de-DE"/>
        </w:rPr>
        <w:t xml:space="preserve">Der Ballon erweitert die verschlossene Stelle. Der Stent stabilisiert das Gefäß von innen und sorgt dafür, dass das Blut wieder fließen kann. </w:t>
      </w:r>
      <w:r w:rsidR="598151B0" w:rsidRPr="00BE617F">
        <w:rPr>
          <w:rFonts w:ascii="Wiener Melange" w:eastAsia="Wiener Melange" w:hAnsi="Wiener Melange" w:cs="Wiener Melange"/>
          <w:sz w:val="24"/>
          <w:szCs w:val="24"/>
          <w:lang w:val="de-DE"/>
        </w:rPr>
        <w:t xml:space="preserve"> Für das Herz bedeutet das: Sauerstoff kann wieder an den bedrohten Herzmuskel gelangen.</w:t>
      </w:r>
    </w:p>
    <w:p w14:paraId="1EFF7440" w14:textId="34E014BB" w:rsidR="3B5F3E4D" w:rsidRDefault="00B76347" w:rsidP="507391C7">
      <w:pPr>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A56D0C">
        <w:rPr>
          <w:lang w:val="de-DE"/>
        </w:rPr>
        <w:t xml:space="preserve"> </w:t>
      </w:r>
      <w:r w:rsidR="4C64C7AE" w:rsidRPr="507391C7">
        <w:rPr>
          <w:rFonts w:ascii="Wiener Melange" w:eastAsia="Wiener Melange" w:hAnsi="Wiener Melange" w:cs="Wiener Melange"/>
          <w:sz w:val="24"/>
          <w:szCs w:val="24"/>
          <w:lang w:val="de-DE"/>
        </w:rPr>
        <w:t xml:space="preserve">Während Thomas den Verschluss öffnet, laufen </w:t>
      </w:r>
      <w:r w:rsidR="61C62830" w:rsidRPr="507391C7">
        <w:rPr>
          <w:rFonts w:ascii="Wiener Melange" w:eastAsia="Wiener Melange" w:hAnsi="Wiener Melange" w:cs="Wiener Melange"/>
          <w:sz w:val="24"/>
          <w:szCs w:val="24"/>
          <w:lang w:val="de-DE"/>
        </w:rPr>
        <w:t xml:space="preserve">weitere </w:t>
      </w:r>
      <w:r w:rsidR="4C64C7AE" w:rsidRPr="507391C7">
        <w:rPr>
          <w:rFonts w:ascii="Wiener Melange" w:eastAsia="Wiener Melange" w:hAnsi="Wiener Melange" w:cs="Wiener Melange"/>
          <w:sz w:val="24"/>
          <w:szCs w:val="24"/>
          <w:lang w:val="de-DE"/>
        </w:rPr>
        <w:t xml:space="preserve">Aufgaben gleichzeitig. Direkt an seiner Seite bereitet die sterile Assistenz Katheter, Medikamente, Ballone und den Stent vor. Gleichzeitig bleibt die zweite Pflegeperson </w:t>
      </w:r>
      <w:r w:rsidR="156ECB04" w:rsidRPr="507391C7">
        <w:rPr>
          <w:rFonts w:ascii="Wiener Melange" w:eastAsia="Wiener Melange" w:hAnsi="Wiener Melange" w:cs="Wiener Melange"/>
          <w:sz w:val="24"/>
          <w:szCs w:val="24"/>
          <w:lang w:val="de-DE"/>
        </w:rPr>
        <w:t xml:space="preserve">auf </w:t>
      </w:r>
      <w:r w:rsidR="4C64C7AE" w:rsidRPr="507391C7">
        <w:rPr>
          <w:rFonts w:ascii="Wiener Melange" w:eastAsia="Wiener Melange" w:hAnsi="Wiener Melange" w:cs="Wiener Melange"/>
          <w:sz w:val="24"/>
          <w:szCs w:val="24"/>
          <w:lang w:val="de-DE"/>
        </w:rPr>
        <w:t>Rajko</w:t>
      </w:r>
      <w:r w:rsidR="166B699A" w:rsidRPr="507391C7">
        <w:rPr>
          <w:rFonts w:ascii="Wiener Melange" w:eastAsia="Wiener Melange" w:hAnsi="Wiener Melange" w:cs="Wiener Melange"/>
          <w:sz w:val="24"/>
          <w:szCs w:val="24"/>
          <w:lang w:val="de-DE"/>
        </w:rPr>
        <w:t xml:space="preserve"> konzentriert. </w:t>
      </w:r>
      <w:r w:rsidR="782402B1" w:rsidRPr="507391C7">
        <w:rPr>
          <w:rFonts w:ascii="Wiener Melange" w:eastAsia="Wiener Melange" w:hAnsi="Wiener Melange" w:cs="Wiener Melange"/>
          <w:sz w:val="24"/>
          <w:szCs w:val="24"/>
          <w:lang w:val="de-DE"/>
        </w:rPr>
        <w:t>Carmen erklärt das so:</w:t>
      </w:r>
    </w:p>
    <w:p w14:paraId="5F89E81B" w14:textId="433EF1CE" w:rsidR="00A56D0C" w:rsidRDefault="00A56D0C" w:rsidP="507391C7">
      <w:pPr>
        <w:rPr>
          <w:rFonts w:ascii="Wiener Melange" w:eastAsia="Wiener Melange" w:hAnsi="Wiener Melange" w:cs="Wiener Melange"/>
          <w:sz w:val="24"/>
          <w:szCs w:val="24"/>
          <w:lang w:val="de-DE"/>
        </w:rPr>
      </w:pPr>
      <w:r w:rsidRPr="00A56D0C">
        <w:rPr>
          <w:rFonts w:ascii="Wiener Melange" w:eastAsia="Wiener Melange" w:hAnsi="Wiener Melange" w:cs="Wiener Melange"/>
          <w:b/>
          <w:bCs/>
          <w:sz w:val="24"/>
          <w:szCs w:val="24"/>
          <w:lang w:val="de-DE"/>
        </w:rPr>
        <w:t>Carmen:</w:t>
      </w:r>
      <w:r>
        <w:rPr>
          <w:rFonts w:ascii="Wiener Melange" w:eastAsia="Wiener Melange" w:hAnsi="Wiener Melange" w:cs="Wiener Melange"/>
          <w:sz w:val="24"/>
          <w:szCs w:val="24"/>
          <w:lang w:val="de-DE"/>
        </w:rPr>
        <w:t xml:space="preserve"> </w:t>
      </w:r>
      <w:r w:rsidRPr="00A56D0C">
        <w:rPr>
          <w:rFonts w:ascii="Wiener Melange" w:eastAsia="Wiener Melange" w:hAnsi="Wiener Melange" w:cs="Wiener Melange"/>
          <w:sz w:val="24"/>
          <w:szCs w:val="24"/>
          <w:lang w:val="de-DE"/>
        </w:rPr>
        <w:t xml:space="preserve">Wenn ich der unsterile Part bin und der </w:t>
      </w:r>
      <w:proofErr w:type="spellStart"/>
      <w:r w:rsidRPr="00A56D0C">
        <w:rPr>
          <w:rFonts w:ascii="Wiener Melange" w:eastAsia="Wiener Melange" w:hAnsi="Wiener Melange" w:cs="Wiener Melange"/>
          <w:sz w:val="24"/>
          <w:szCs w:val="24"/>
          <w:lang w:val="de-DE"/>
        </w:rPr>
        <w:t>Beidienst</w:t>
      </w:r>
      <w:proofErr w:type="spellEnd"/>
      <w:r w:rsidRPr="00A56D0C">
        <w:rPr>
          <w:rFonts w:ascii="Wiener Melange" w:eastAsia="Wiener Melange" w:hAnsi="Wiener Melange" w:cs="Wiener Melange"/>
          <w:sz w:val="24"/>
          <w:szCs w:val="24"/>
          <w:lang w:val="de-DE"/>
        </w:rPr>
        <w:t xml:space="preserve"> bin, dann habe ich die Aufgabe, mich um den Patienten zu kümmern, in erster Linie. Das heißt, ich schaue ständig auf die Vitalwerte, spritze Medikamente, richte Medikamente her, habe die Notfallmedikamente bereit, falls es zu einem Notfall kommt, dass ich die sofort verabreichen kann, laut Arztanordnung. Ich gebe meiner sterilen Assistenz noch Zusatzsachen, wenn sie etwas benötigt.</w:t>
      </w:r>
    </w:p>
    <w:p w14:paraId="6DC8CD5B" w14:textId="08E20458" w:rsidR="6FB05675" w:rsidRDefault="00B76347" w:rsidP="507391C7">
      <w:pPr>
        <w:pStyle w:val="Regie"/>
        <w:spacing w:before="240" w:after="240"/>
        <w:ind w:left="0"/>
        <w:rPr>
          <w:rFonts w:ascii="Wiener Melange" w:eastAsia="Wiener Melange" w:hAnsi="Wiener Melange" w:cs="Wiener Melange"/>
          <w:i w:val="0"/>
          <w:sz w:val="24"/>
          <w:szCs w:val="24"/>
          <w:lang w:val="de-DE"/>
        </w:rPr>
      </w:pPr>
      <w:r>
        <w:rPr>
          <w:rFonts w:ascii="Wiener Melange" w:eastAsia="Wiener Melange" w:hAnsi="Wiener Melange" w:cs="Wiener Melange"/>
          <w:b/>
          <w:bCs/>
          <w:i w:val="0"/>
          <w:sz w:val="24"/>
          <w:szCs w:val="24"/>
          <w:lang w:val="de-DE"/>
        </w:rPr>
        <w:t>Lisa N.:</w:t>
      </w:r>
      <w:r w:rsidR="00A56D0C">
        <w:rPr>
          <w:lang w:val="de-DE"/>
        </w:rPr>
        <w:t xml:space="preserve"> </w:t>
      </w:r>
      <w:r w:rsidR="7ED7AC75" w:rsidRPr="507391C7">
        <w:rPr>
          <w:rFonts w:ascii="Wiener Melange" w:eastAsia="Wiener Melange" w:hAnsi="Wiener Melange" w:cs="Wiener Melange"/>
          <w:i w:val="0"/>
          <w:sz w:val="24"/>
          <w:szCs w:val="24"/>
          <w:lang w:val="de-DE"/>
        </w:rPr>
        <w:t>Niemand spricht mehr als nötig. Jede Bewegung sitzt. Jeder weiß, was als Nächstes passieren muss. Und dann kommt dieser Moment.</w:t>
      </w:r>
    </w:p>
    <w:p w14:paraId="62C58397" w14:textId="5958CFA9" w:rsidR="003B3869" w:rsidRPr="003B3869" w:rsidRDefault="003B3869" w:rsidP="003B3869">
      <w:pPr>
        <w:pStyle w:val="Rolle"/>
        <w:rPr>
          <w:rFonts w:ascii="Wiener Melange" w:eastAsia="Wiener Melange" w:hAnsi="Wiener Melange" w:cs="Wiener Melange"/>
          <w:b w:val="0"/>
          <w:bCs/>
          <w:sz w:val="24"/>
          <w:szCs w:val="24"/>
          <w:lang w:val="de-DE"/>
        </w:rPr>
      </w:pPr>
      <w:r w:rsidRPr="00A56D0C">
        <w:rPr>
          <w:rFonts w:ascii="Wiener Melange" w:eastAsia="Calibri" w:hAnsi="Wiener Melange" w:cs="Wiener Melange"/>
          <w:b w:val="0"/>
          <w:bCs/>
          <w:i/>
          <w:lang w:val="de-DE"/>
        </w:rPr>
        <w:t>[Musik]</w:t>
      </w:r>
    </w:p>
    <w:p w14:paraId="74B06E3A" w14:textId="54E419AB" w:rsidR="00A56D0C" w:rsidRDefault="00A56D0C" w:rsidP="507391C7">
      <w:pPr>
        <w:pStyle w:val="Regie"/>
        <w:spacing w:before="240" w:after="240"/>
        <w:ind w:left="0"/>
        <w:rPr>
          <w:rFonts w:ascii="Wiener Melange" w:eastAsia="Wiener Melange" w:hAnsi="Wiener Melange" w:cs="Wiener Melange"/>
          <w:i w:val="0"/>
          <w:sz w:val="24"/>
          <w:szCs w:val="24"/>
          <w:lang w:val="de-DE"/>
        </w:rPr>
      </w:pPr>
      <w:r w:rsidRPr="00A56D0C">
        <w:rPr>
          <w:rFonts w:ascii="Wiener Melange" w:eastAsia="Wiener Melange" w:hAnsi="Wiener Melange" w:cs="Wiener Melange"/>
          <w:b/>
          <w:bCs/>
          <w:i w:val="0"/>
          <w:sz w:val="24"/>
          <w:szCs w:val="24"/>
          <w:lang w:val="de-DE"/>
        </w:rPr>
        <w:t>Carmen:</w:t>
      </w:r>
      <w:r w:rsidRPr="00A56D0C">
        <w:rPr>
          <w:rFonts w:ascii="Wiener Melange" w:eastAsia="Wiener Melange" w:hAnsi="Wiener Melange" w:cs="Wiener Melange"/>
          <w:i w:val="0"/>
          <w:sz w:val="24"/>
          <w:szCs w:val="24"/>
          <w:lang w:val="de-DE"/>
        </w:rPr>
        <w:t xml:space="preserve"> Wenn das Gefäß eröffnet werden kann, wenn das wieder durchgängig ist, dann hat man schon so einen Moment. Bei mir ist das oft so Gänsehaut. Okay, jetzt geht es durch. Jetzt können wir einen Stent setzen und mit einem Stent können wir das Gefäß langfristig offenhalten.</w:t>
      </w:r>
    </w:p>
    <w:p w14:paraId="5C2EE11A" w14:textId="625DC8A9" w:rsidR="641166C0" w:rsidRDefault="00B76347" w:rsidP="507391C7">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A56D0C">
        <w:rPr>
          <w:rFonts w:ascii="Wiener Melange" w:eastAsia="Wiener Melange" w:hAnsi="Wiener Melange" w:cs="Wiener Melange"/>
          <w:b/>
          <w:bCs/>
          <w:sz w:val="24"/>
          <w:szCs w:val="24"/>
          <w:lang w:val="de-DE"/>
        </w:rPr>
        <w:t xml:space="preserve"> </w:t>
      </w:r>
      <w:r w:rsidR="641166C0" w:rsidRPr="507391C7">
        <w:rPr>
          <w:rFonts w:ascii="Wiener Melange" w:eastAsia="Wiener Melange" w:hAnsi="Wiener Melange" w:cs="Wiener Melange"/>
          <w:sz w:val="24"/>
          <w:szCs w:val="24"/>
          <w:lang w:val="de-DE"/>
        </w:rPr>
        <w:t>Für Carmen ist dieser Moment auch nach vielen Jahren nicht einfach Routine.</w:t>
      </w:r>
    </w:p>
    <w:p w14:paraId="4D26A55E" w14:textId="245C7A75" w:rsidR="00A56D0C" w:rsidRPr="00A56D0C" w:rsidRDefault="00A56D0C" w:rsidP="507391C7">
      <w:pPr>
        <w:spacing w:before="240" w:after="240"/>
        <w:rPr>
          <w:rFonts w:ascii="Wiener Melange" w:eastAsia="Wiener Melange" w:hAnsi="Wiener Melange" w:cs="Wiener Melange"/>
          <w:sz w:val="24"/>
          <w:szCs w:val="24"/>
          <w:lang w:val="de-DE"/>
        </w:rPr>
      </w:pPr>
      <w:r w:rsidRPr="00A56D0C">
        <w:rPr>
          <w:rFonts w:ascii="Wiener Melange" w:eastAsia="Wiener Melange" w:hAnsi="Wiener Melange" w:cs="Wiener Melange"/>
          <w:b/>
          <w:bCs/>
          <w:sz w:val="24"/>
          <w:szCs w:val="24"/>
          <w:lang w:val="de-DE"/>
        </w:rPr>
        <w:t>Carmen:</w:t>
      </w:r>
      <w:r>
        <w:rPr>
          <w:rFonts w:ascii="Wiener Melange" w:eastAsia="Wiener Melange" w:hAnsi="Wiener Melange" w:cs="Wiener Melange"/>
          <w:sz w:val="24"/>
          <w:szCs w:val="24"/>
          <w:lang w:val="de-DE"/>
        </w:rPr>
        <w:t xml:space="preserve"> </w:t>
      </w:r>
      <w:r w:rsidRPr="00A56D0C">
        <w:rPr>
          <w:rFonts w:ascii="Wiener Melange" w:eastAsia="Wiener Melange" w:hAnsi="Wiener Melange" w:cs="Wiener Melange"/>
          <w:sz w:val="24"/>
          <w:szCs w:val="24"/>
          <w:lang w:val="de-DE"/>
        </w:rPr>
        <w:t>Das ist schon schön. Wenn jetzt ein Notfall ist und wir haben eine Reanimation oder der hat einen Rhythmus, der geschockt werden muss und der Patient kommt dann wieder oder hat dann wieder einen normalen Rhythmus, das ist auch so ein Moment, wo ich dann weiß, okay, er könnte es wirklich jetzt schaffen. Also ob er es dann tatsächlich schafft, das weiß man dann eh erst im Nachhinein. Aber manches Mal hat man schon so eine Ahnung und das freut einen natürlich.</w:t>
      </w:r>
    </w:p>
    <w:p w14:paraId="46B9901F" w14:textId="500F112F" w:rsidR="5CE0F58D" w:rsidRDefault="00B76347" w:rsidP="507391C7">
      <w:pPr>
        <w:spacing w:after="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lastRenderedPageBreak/>
        <w:t>Lisa S.:</w:t>
      </w:r>
      <w:r w:rsidR="00A56D0C">
        <w:rPr>
          <w:lang w:val="de-DE"/>
        </w:rPr>
        <w:t xml:space="preserve"> </w:t>
      </w:r>
      <w:r w:rsidR="5CE0F58D" w:rsidRPr="507391C7">
        <w:rPr>
          <w:rFonts w:ascii="Wiener Melange" w:eastAsia="Wiener Melange" w:hAnsi="Wiener Melange" w:cs="Wiener Melange"/>
          <w:sz w:val="24"/>
          <w:szCs w:val="24"/>
          <w:lang w:val="de-DE"/>
        </w:rPr>
        <w:t>Der Verschluss ist geöffnet. Das Blut kann wieder durch das Herzkranzgefäß fließen. Doch der Eingriff ist damit noch nicht vorbei. Jetzt muss das Team sicherstellen, dass das Gefäß offenbleibt und sich Rajkos Kreislauf stabilisiert. Wie schnell all das passiert, weiß Thomas Publig genau.</w:t>
      </w:r>
    </w:p>
    <w:p w14:paraId="077293C0" w14:textId="77777777" w:rsidR="00A56D0C" w:rsidRDefault="00A56D0C" w:rsidP="507391C7">
      <w:pPr>
        <w:spacing w:after="0"/>
        <w:rPr>
          <w:rFonts w:ascii="Wiener Melange" w:eastAsia="Wiener Melange" w:hAnsi="Wiener Melange" w:cs="Wiener Melange"/>
          <w:sz w:val="24"/>
          <w:szCs w:val="24"/>
          <w:lang w:val="de-DE"/>
        </w:rPr>
      </w:pPr>
    </w:p>
    <w:p w14:paraId="5778E0DB" w14:textId="4B2FAF78" w:rsidR="00A56D0C" w:rsidRDefault="003B3869" w:rsidP="507391C7">
      <w:pPr>
        <w:spacing w:after="0"/>
        <w:rPr>
          <w:rFonts w:ascii="Wiener Melange" w:eastAsia="Wiener Melange" w:hAnsi="Wiener Melange" w:cs="Wiener Melange"/>
          <w:sz w:val="24"/>
          <w:szCs w:val="24"/>
          <w:lang w:val="de-DE"/>
        </w:rPr>
      </w:pPr>
      <w:r w:rsidRPr="00A56D0C">
        <w:rPr>
          <w:rFonts w:ascii="Wiener Melange" w:eastAsia="Wiener Melange" w:hAnsi="Wiener Melange" w:cs="Wiener Melange"/>
          <w:b/>
          <w:bCs/>
          <w:sz w:val="24"/>
          <w:szCs w:val="24"/>
          <w:lang w:val="de-DE"/>
        </w:rPr>
        <w:t>Thomas:</w:t>
      </w:r>
      <w:r w:rsidRPr="00A56D0C">
        <w:rPr>
          <w:rFonts w:ascii="Wiener Melange" w:eastAsia="Wiener Melange" w:hAnsi="Wiener Melange" w:cs="Wiener Melange"/>
          <w:sz w:val="24"/>
          <w:szCs w:val="24"/>
          <w:lang w:val="de-DE"/>
        </w:rPr>
        <w:t xml:space="preserve"> </w:t>
      </w:r>
      <w:r w:rsidR="00A56D0C" w:rsidRPr="507391C7">
        <w:rPr>
          <w:rFonts w:ascii="Wiener Melange" w:eastAsia="Wiener Melange" w:hAnsi="Wiener Melange" w:cs="Wiener Melange"/>
          <w:sz w:val="24"/>
          <w:szCs w:val="24"/>
          <w:lang w:val="de-DE"/>
        </w:rPr>
        <w:t xml:space="preserve">Wir haben um 11.10 Uhr ist der Patient am Herzkatheter-Tisch gekommen, um 11.15 Uhr waren schon die ersten Aufnahmen im Herzkatheter, damit man ungefähr eine Zeitvorstellung hat, um 11.18 Uhr waren schon die ersten Drähte drinnen und um 11.38 Uhr ist er schon wieder aus der Korona-Angiografie rausgefahren, aber da ist natürlich nachher noch ein großer Aufwand mit Ablegen, Abdecken und das sind allein schon 10 Minuten. Also wir sprechen davon, dass wir in nicht einmal 20 Minuten den Patienten fixfertig wieder versorgt haben und der Patient wieder kreislaufstabil herausfährt. </w:t>
      </w:r>
      <w:proofErr w:type="gramStart"/>
      <w:r w:rsidR="00A56D0C" w:rsidRPr="507391C7">
        <w:rPr>
          <w:rFonts w:ascii="Wiener Melange" w:eastAsia="Wiener Melange" w:hAnsi="Wiener Melange" w:cs="Wiener Melange"/>
          <w:sz w:val="24"/>
          <w:szCs w:val="24"/>
          <w:lang w:val="de-DE"/>
        </w:rPr>
        <w:t>Also relativ</w:t>
      </w:r>
      <w:proofErr w:type="gramEnd"/>
      <w:r w:rsidR="00A56D0C" w:rsidRPr="507391C7">
        <w:rPr>
          <w:rFonts w:ascii="Wiener Melange" w:eastAsia="Wiener Melange" w:hAnsi="Wiener Melange" w:cs="Wiener Melange"/>
          <w:sz w:val="24"/>
          <w:szCs w:val="24"/>
          <w:lang w:val="de-DE"/>
        </w:rPr>
        <w:t xml:space="preserve"> flott.</w:t>
      </w:r>
    </w:p>
    <w:p w14:paraId="73961BB6" w14:textId="5680FCC5" w:rsidR="318129B0"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3B3869">
        <w:rPr>
          <w:lang w:val="de-DE"/>
        </w:rPr>
        <w:t xml:space="preserve"> </w:t>
      </w:r>
      <w:r w:rsidR="5CE0F58D" w:rsidRPr="507391C7">
        <w:rPr>
          <w:rFonts w:ascii="Wiener Melange" w:eastAsia="Wiener Melange" w:hAnsi="Wiener Melange" w:cs="Wiener Melange"/>
          <w:sz w:val="24"/>
          <w:szCs w:val="24"/>
          <w:lang w:val="de-DE"/>
        </w:rPr>
        <w:t>Nicht einmal zwanzig Minuten.</w:t>
      </w:r>
      <w:r w:rsidR="038CAF50" w:rsidRPr="507391C7">
        <w:rPr>
          <w:rFonts w:ascii="Wiener Melange" w:eastAsia="Wiener Melange" w:hAnsi="Wiener Melange" w:cs="Wiener Melange"/>
          <w:sz w:val="24"/>
          <w:szCs w:val="24"/>
          <w:lang w:val="de-DE"/>
        </w:rPr>
        <w:t xml:space="preserve"> </w:t>
      </w:r>
      <w:r w:rsidR="5CE0F58D" w:rsidRPr="507391C7">
        <w:rPr>
          <w:rFonts w:ascii="Wiener Melange" w:eastAsia="Wiener Melange" w:hAnsi="Wiener Melange" w:cs="Wiener Melange"/>
          <w:sz w:val="24"/>
          <w:szCs w:val="24"/>
          <w:lang w:val="de-DE"/>
        </w:rPr>
        <w:t>Zwanzig Minuten, in denen Pflege, Radiologietechnologie, Kardiologie, Notfallmedizin und viele weitere Berufsgruppen ineinandergreifen.</w:t>
      </w:r>
      <w:r w:rsidR="047A3CC0" w:rsidRPr="507391C7">
        <w:rPr>
          <w:rFonts w:ascii="Wiener Melange" w:eastAsia="Wiener Melange" w:hAnsi="Wiener Melange" w:cs="Wiener Melange"/>
          <w:sz w:val="24"/>
          <w:szCs w:val="24"/>
          <w:lang w:val="de-DE"/>
        </w:rPr>
        <w:t xml:space="preserve"> </w:t>
      </w:r>
      <w:r w:rsidR="7805F4E8" w:rsidRPr="507391C7">
        <w:rPr>
          <w:rFonts w:ascii="Wiener Melange" w:eastAsia="Wiener Melange" w:hAnsi="Wiener Melange" w:cs="Wiener Melange"/>
          <w:sz w:val="24"/>
          <w:szCs w:val="24"/>
          <w:lang w:val="de-DE"/>
        </w:rPr>
        <w:t xml:space="preserve">Es </w:t>
      </w:r>
      <w:r w:rsidR="5CE0F58D" w:rsidRPr="507391C7">
        <w:rPr>
          <w:rFonts w:ascii="Wiener Melange" w:eastAsia="Wiener Melange" w:hAnsi="Wiener Melange" w:cs="Wiener Melange"/>
          <w:sz w:val="24"/>
          <w:szCs w:val="24"/>
          <w:lang w:val="de-DE"/>
        </w:rPr>
        <w:t>ist das Ergebnis jahrelanger Ausbildung, Erfahrung und Zusammenarbeit</w:t>
      </w:r>
      <w:r w:rsidR="6A0B7324" w:rsidRPr="507391C7">
        <w:rPr>
          <w:rFonts w:ascii="Wiener Melange" w:eastAsia="Wiener Melange" w:hAnsi="Wiener Melange" w:cs="Wiener Melange"/>
          <w:sz w:val="24"/>
          <w:szCs w:val="24"/>
          <w:lang w:val="de-DE"/>
        </w:rPr>
        <w:t xml:space="preserve"> sagt Johanna</w:t>
      </w:r>
      <w:r w:rsidR="5CE0F58D" w:rsidRPr="507391C7">
        <w:rPr>
          <w:rFonts w:ascii="Wiener Melange" w:eastAsia="Wiener Melange" w:hAnsi="Wiener Melange" w:cs="Wiener Melange"/>
          <w:sz w:val="24"/>
          <w:szCs w:val="24"/>
          <w:lang w:val="de-DE"/>
        </w:rPr>
        <w:t>.</w:t>
      </w:r>
    </w:p>
    <w:p w14:paraId="2C899667" w14:textId="3CEF75E3" w:rsidR="003B3869" w:rsidRDefault="003B3869"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Johanna</w:t>
      </w:r>
      <w:r w:rsidRPr="00A56D0C">
        <w:rPr>
          <w:rFonts w:ascii="Wiener Melange" w:eastAsia="Wiener Melange" w:hAnsi="Wiener Melange" w:cs="Wiener Melange"/>
          <w:b/>
          <w:bCs/>
          <w:sz w:val="24"/>
          <w:szCs w:val="24"/>
          <w:lang w:val="de-DE"/>
        </w:rPr>
        <w:t>:</w:t>
      </w:r>
      <w:r w:rsidRPr="00A56D0C">
        <w:rPr>
          <w:rFonts w:ascii="Wiener Melange" w:eastAsia="Wiener Melange" w:hAnsi="Wiener Melange" w:cs="Wiener Melange"/>
          <w:sz w:val="24"/>
          <w:szCs w:val="24"/>
          <w:lang w:val="de-DE"/>
        </w:rPr>
        <w:t xml:space="preserve"> </w:t>
      </w:r>
      <w:r w:rsidRPr="507391C7">
        <w:rPr>
          <w:rFonts w:ascii="Wiener Melange" w:eastAsia="Wiener Melange" w:hAnsi="Wiener Melange" w:cs="Wiener Melange"/>
          <w:sz w:val="24"/>
          <w:szCs w:val="24"/>
          <w:lang w:val="de-DE"/>
        </w:rPr>
        <w:t xml:space="preserve">Was gut ist, ist, dass es laufend Trainings gibt mit anderen Berufsgruppen, um solche Szenarien durchzuarbeiten. Auch nach so akuten Notfällen werden oft diese Untersuchungen nachbesprochen, also jetzt nicht nur bei uns im Team, dass man darüber spricht, okay, das hat super funktioniert, da hätten wir schneller machen können oder da hat jetzt nicht gewusst, wer das übernehmen soll den Part, damit es da eben zu möglichst wenigen Fehlern kommt, auch zwischen der Arbeit und mehreren Berufsgruppen zusammenarbeiten, dass jeder weiß, okay, ich habe diese Aufgabe, ich habe die Aufgabe, das macht der, das Notfallteam, wenn das dazukommt von der Notaufnahme, dann können die das und das übernehmen. Also das wird </w:t>
      </w:r>
      <w:proofErr w:type="gramStart"/>
      <w:r w:rsidRPr="507391C7">
        <w:rPr>
          <w:rFonts w:ascii="Wiener Melange" w:eastAsia="Wiener Melange" w:hAnsi="Wiener Melange" w:cs="Wiener Melange"/>
          <w:sz w:val="24"/>
          <w:szCs w:val="24"/>
          <w:lang w:val="de-DE"/>
        </w:rPr>
        <w:t>durchaus besprochen</w:t>
      </w:r>
      <w:proofErr w:type="gramEnd"/>
      <w:r w:rsidRPr="507391C7">
        <w:rPr>
          <w:rFonts w:ascii="Wiener Melange" w:eastAsia="Wiener Melange" w:hAnsi="Wiener Melange" w:cs="Wiener Melange"/>
          <w:sz w:val="24"/>
          <w:szCs w:val="24"/>
          <w:lang w:val="de-DE"/>
        </w:rPr>
        <w:t xml:space="preserve"> nach Notfällen, aber auch manchmal geübt, dass man gewappnet ist für Notfälle, wo wirklich mal was passiert.</w:t>
      </w:r>
    </w:p>
    <w:p w14:paraId="14373F9A" w14:textId="514B90A5" w:rsidR="53F7AA59" w:rsidRDefault="00B76347" w:rsidP="23FE564F">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3B3869">
        <w:rPr>
          <w:lang w:val="de-DE"/>
        </w:rPr>
        <w:t xml:space="preserve"> </w:t>
      </w:r>
      <w:r w:rsidR="7DCBA96D" w:rsidRPr="507391C7">
        <w:rPr>
          <w:rFonts w:ascii="Wiener Melange" w:eastAsia="Wiener Melange" w:hAnsi="Wiener Melange" w:cs="Wiener Melange"/>
          <w:sz w:val="24"/>
          <w:szCs w:val="24"/>
          <w:lang w:val="de-DE"/>
        </w:rPr>
        <w:t xml:space="preserve">Doch auch wenn das Gefäß wieder offen ist, bleibt jeder Herzinfarkt ein Akutnotfall. Denn </w:t>
      </w:r>
      <w:r w:rsidR="44BA53E5" w:rsidRPr="507391C7">
        <w:rPr>
          <w:rFonts w:ascii="Wiener Melange" w:eastAsia="Wiener Melange" w:hAnsi="Wiener Melange" w:cs="Wiener Melange"/>
          <w:sz w:val="24"/>
          <w:szCs w:val="24"/>
          <w:lang w:val="de-DE"/>
        </w:rPr>
        <w:t xml:space="preserve">die Situation </w:t>
      </w:r>
      <w:r w:rsidR="7DCBA96D" w:rsidRPr="507391C7">
        <w:rPr>
          <w:rFonts w:ascii="Wiener Melange" w:eastAsia="Wiener Melange" w:hAnsi="Wiener Melange" w:cs="Wiener Melange"/>
          <w:sz w:val="24"/>
          <w:szCs w:val="24"/>
          <w:lang w:val="de-DE"/>
        </w:rPr>
        <w:t xml:space="preserve">kann sich </w:t>
      </w:r>
      <w:r w:rsidR="3B404200" w:rsidRPr="507391C7">
        <w:rPr>
          <w:rFonts w:ascii="Wiener Melange" w:eastAsia="Wiener Melange" w:hAnsi="Wiener Melange" w:cs="Wiener Melange"/>
          <w:sz w:val="24"/>
          <w:szCs w:val="24"/>
          <w:lang w:val="de-DE"/>
        </w:rPr>
        <w:t xml:space="preserve">jederzeit </w:t>
      </w:r>
      <w:r w:rsidR="7DCBA96D" w:rsidRPr="507391C7">
        <w:rPr>
          <w:rFonts w:ascii="Wiener Melange" w:eastAsia="Wiener Melange" w:hAnsi="Wiener Melange" w:cs="Wiener Melange"/>
          <w:sz w:val="24"/>
          <w:szCs w:val="24"/>
          <w:lang w:val="de-DE"/>
        </w:rPr>
        <w:t>wieder verändern.</w:t>
      </w:r>
      <w:r w:rsidR="2D20CFB3" w:rsidRPr="507391C7">
        <w:rPr>
          <w:rFonts w:ascii="Wiener Melange" w:eastAsia="Wiener Melange" w:hAnsi="Wiener Melange" w:cs="Wiener Melange"/>
          <w:sz w:val="24"/>
          <w:szCs w:val="24"/>
          <w:lang w:val="de-DE"/>
        </w:rPr>
        <w:t xml:space="preserve"> </w:t>
      </w:r>
      <w:r w:rsidR="7DCBA96D" w:rsidRPr="507391C7">
        <w:rPr>
          <w:rFonts w:ascii="Wiener Melange" w:eastAsia="Wiener Melange" w:hAnsi="Wiener Melange" w:cs="Wiener Melange"/>
          <w:sz w:val="24"/>
          <w:szCs w:val="24"/>
          <w:lang w:val="de-DE"/>
        </w:rPr>
        <w:t>Das erlebt auch Johanna.</w:t>
      </w:r>
    </w:p>
    <w:p w14:paraId="1C585D7F" w14:textId="78A506C5" w:rsidR="003B3869" w:rsidRDefault="003B3869" w:rsidP="23FE564F">
      <w:pPr>
        <w:spacing w:before="240" w:after="240"/>
        <w:rPr>
          <w:rFonts w:ascii="Wiener Melange" w:eastAsia="Wiener Melange" w:hAnsi="Wiener Melange" w:cs="Wiener Melange"/>
          <w:sz w:val="24"/>
          <w:szCs w:val="24"/>
          <w:lang w:val="de-DE"/>
        </w:rPr>
      </w:pPr>
      <w:r w:rsidRPr="00A56D0C">
        <w:rPr>
          <w:rFonts w:ascii="Wiener Melange" w:eastAsia="Wiener Melange" w:hAnsi="Wiener Melange" w:cs="Wiener Melange"/>
          <w:b/>
          <w:bCs/>
          <w:sz w:val="24"/>
          <w:szCs w:val="24"/>
          <w:lang w:val="de-DE"/>
        </w:rPr>
        <w:lastRenderedPageBreak/>
        <w:t>Johanna:</w:t>
      </w:r>
      <w:r>
        <w:rPr>
          <w:rFonts w:ascii="Wiener Melange" w:eastAsia="Wiener Melange" w:hAnsi="Wiener Melange" w:cs="Wiener Melange"/>
          <w:sz w:val="24"/>
          <w:szCs w:val="24"/>
          <w:lang w:val="de-DE"/>
        </w:rPr>
        <w:t xml:space="preserve"> Aber b</w:t>
      </w:r>
      <w:r w:rsidRPr="003B3869">
        <w:rPr>
          <w:rFonts w:ascii="Wiener Melange" w:eastAsia="Wiener Melange" w:hAnsi="Wiener Melange" w:cs="Wiener Melange"/>
          <w:sz w:val="24"/>
          <w:szCs w:val="24"/>
          <w:lang w:val="de-DE"/>
        </w:rPr>
        <w:t>eim Akutpatienten muss man schon rechnen, dass es wieder zum Beispiel zu einem Herzstillstand kommt oder, dass es Blutdruckabfälle gibt, wo man sofort reagieren muss.</w:t>
      </w:r>
    </w:p>
    <w:p w14:paraId="4CECEFEB" w14:textId="32688A86" w:rsidR="7F572D63"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3B3869">
        <w:rPr>
          <w:lang w:val="de-DE"/>
        </w:rPr>
        <w:t xml:space="preserve"> </w:t>
      </w:r>
      <w:r w:rsidR="1FE6C611" w:rsidRPr="507391C7">
        <w:rPr>
          <w:rFonts w:ascii="Wiener Melange" w:eastAsia="Wiener Melange" w:hAnsi="Wiener Melange" w:cs="Wiener Melange"/>
          <w:sz w:val="24"/>
          <w:szCs w:val="24"/>
          <w:lang w:val="de-DE"/>
        </w:rPr>
        <w:t>Solange der Patient noch im Herzkatheterlabor ist, muss das Team jederzeit darauf vorbereitet sein, sofort wieder einzugreifen.</w:t>
      </w:r>
    </w:p>
    <w:p w14:paraId="6B1D8538" w14:textId="5ED3F0D1" w:rsidR="003B3869" w:rsidRDefault="003B3869" w:rsidP="5957DE13">
      <w:pPr>
        <w:spacing w:before="240" w:after="240"/>
        <w:rPr>
          <w:rFonts w:ascii="Wiener Melange" w:eastAsia="Wiener Melange" w:hAnsi="Wiener Melange" w:cs="Wiener Melange"/>
          <w:sz w:val="24"/>
          <w:szCs w:val="24"/>
          <w:lang w:val="de-DE"/>
        </w:rPr>
      </w:pPr>
      <w:r w:rsidRPr="00A56D0C">
        <w:rPr>
          <w:rFonts w:ascii="Wiener Melange" w:eastAsia="Wiener Melange" w:hAnsi="Wiener Melange" w:cs="Wiener Melange"/>
          <w:b/>
          <w:bCs/>
          <w:sz w:val="24"/>
          <w:szCs w:val="24"/>
          <w:lang w:val="de-DE"/>
        </w:rPr>
        <w:t>Carmen:</w:t>
      </w:r>
      <w:r>
        <w:rPr>
          <w:rFonts w:ascii="Wiener Melange" w:eastAsia="Wiener Melange" w:hAnsi="Wiener Melange" w:cs="Wiener Melange"/>
          <w:sz w:val="24"/>
          <w:szCs w:val="24"/>
          <w:lang w:val="de-DE"/>
        </w:rPr>
        <w:t xml:space="preserve"> </w:t>
      </w:r>
      <w:r w:rsidRPr="507391C7">
        <w:rPr>
          <w:rFonts w:ascii="Wiener Melange" w:eastAsia="Wiener Melange" w:hAnsi="Wiener Melange" w:cs="Wiener Melange"/>
          <w:sz w:val="24"/>
          <w:szCs w:val="24"/>
          <w:lang w:val="de-DE"/>
        </w:rPr>
        <w:t>Und das ist nicht ganz alles so routinemäßig. Also wir arbeiten noch mit Herz und Seele dabei.</w:t>
      </w:r>
    </w:p>
    <w:p w14:paraId="00FCB206" w14:textId="09EF292C" w:rsidR="438DC517" w:rsidRDefault="00B76347" w:rsidP="507391C7">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3B3869">
        <w:rPr>
          <w:lang w:val="de-DE"/>
        </w:rPr>
        <w:t xml:space="preserve"> </w:t>
      </w:r>
      <w:r w:rsidR="438DC517" w:rsidRPr="507391C7">
        <w:rPr>
          <w:rFonts w:ascii="Wiener Melange" w:eastAsia="Wiener Melange" w:hAnsi="Wiener Melange" w:cs="Wiener Melange"/>
          <w:sz w:val="24"/>
          <w:szCs w:val="24"/>
          <w:lang w:val="de-DE"/>
        </w:rPr>
        <w:t>Wir Fragen Carmen, bleibt die Ansp</w:t>
      </w:r>
      <w:r w:rsidR="19CBDDC1" w:rsidRPr="507391C7">
        <w:rPr>
          <w:rFonts w:ascii="Wiener Melange" w:eastAsia="Wiener Melange" w:hAnsi="Wiener Melange" w:cs="Wiener Melange"/>
          <w:sz w:val="24"/>
          <w:szCs w:val="24"/>
          <w:lang w:val="de-DE"/>
        </w:rPr>
        <w:t>a</w:t>
      </w:r>
      <w:r w:rsidR="438DC517" w:rsidRPr="507391C7">
        <w:rPr>
          <w:rFonts w:ascii="Wiener Melange" w:eastAsia="Wiener Melange" w:hAnsi="Wiener Melange" w:cs="Wiener Melange"/>
          <w:sz w:val="24"/>
          <w:szCs w:val="24"/>
          <w:lang w:val="de-DE"/>
        </w:rPr>
        <w:t>nnung bis zum Schluss?</w:t>
      </w:r>
    </w:p>
    <w:p w14:paraId="3F4766E2" w14:textId="5704607A" w:rsidR="003B3869" w:rsidRDefault="003B3869" w:rsidP="507391C7">
      <w:pPr>
        <w:spacing w:before="240" w:after="240"/>
        <w:rPr>
          <w:rFonts w:ascii="Wiener Melange" w:eastAsia="Wiener Melange" w:hAnsi="Wiener Melange" w:cs="Wiener Melange"/>
          <w:sz w:val="24"/>
          <w:szCs w:val="24"/>
          <w:lang w:val="de-DE"/>
        </w:rPr>
      </w:pPr>
      <w:r w:rsidRPr="00A56D0C">
        <w:rPr>
          <w:rFonts w:ascii="Wiener Melange" w:eastAsia="Wiener Melange" w:hAnsi="Wiener Melange" w:cs="Wiener Melange"/>
          <w:b/>
          <w:bCs/>
          <w:sz w:val="24"/>
          <w:szCs w:val="24"/>
          <w:lang w:val="de-DE"/>
        </w:rPr>
        <w:t>Carmen:</w:t>
      </w:r>
      <w:r>
        <w:rPr>
          <w:rFonts w:ascii="Wiener Melange" w:eastAsia="Wiener Melange" w:hAnsi="Wiener Melange" w:cs="Wiener Melange"/>
          <w:sz w:val="24"/>
          <w:szCs w:val="24"/>
          <w:lang w:val="de-DE"/>
        </w:rPr>
        <w:t xml:space="preserve"> </w:t>
      </w:r>
      <w:r w:rsidRPr="507391C7">
        <w:rPr>
          <w:rFonts w:ascii="Wiener Melange" w:eastAsia="Wiener Melange" w:hAnsi="Wiener Melange" w:cs="Wiener Melange"/>
          <w:sz w:val="24"/>
          <w:szCs w:val="24"/>
          <w:lang w:val="de-DE"/>
        </w:rPr>
        <w:t xml:space="preserve">Bei einem Notfall, ja. Weil wir </w:t>
      </w:r>
      <w:proofErr w:type="gramStart"/>
      <w:r w:rsidRPr="507391C7">
        <w:rPr>
          <w:rFonts w:ascii="Wiener Melange" w:eastAsia="Wiener Melange" w:hAnsi="Wiener Melange" w:cs="Wiener Melange"/>
          <w:sz w:val="24"/>
          <w:szCs w:val="24"/>
          <w:lang w:val="de-DE"/>
        </w:rPr>
        <w:t>wissen nicht</w:t>
      </w:r>
      <w:proofErr w:type="gramEnd"/>
      <w:r w:rsidRPr="507391C7">
        <w:rPr>
          <w:rFonts w:ascii="Wiener Melange" w:eastAsia="Wiener Melange" w:hAnsi="Wiener Melange" w:cs="Wiener Melange"/>
          <w:sz w:val="24"/>
          <w:szCs w:val="24"/>
          <w:lang w:val="de-DE"/>
        </w:rPr>
        <w:t xml:space="preserve">, kann danach noch etwas passieren, kann vielleicht ein anderes Gefäß spontan zugehen. Wenn der viele Thromben </w:t>
      </w:r>
      <w:proofErr w:type="gramStart"/>
      <w:r w:rsidRPr="507391C7">
        <w:rPr>
          <w:rFonts w:ascii="Wiener Melange" w:eastAsia="Wiener Melange" w:hAnsi="Wiener Melange" w:cs="Wiener Melange"/>
          <w:sz w:val="24"/>
          <w:szCs w:val="24"/>
          <w:lang w:val="de-DE"/>
        </w:rPr>
        <w:t>hat</w:t>
      </w:r>
      <w:proofErr w:type="gramEnd"/>
      <w:r w:rsidRPr="507391C7">
        <w:rPr>
          <w:rFonts w:ascii="Wiener Melange" w:eastAsia="Wiener Melange" w:hAnsi="Wiener Melange" w:cs="Wiener Melange"/>
          <w:sz w:val="24"/>
          <w:szCs w:val="24"/>
          <w:lang w:val="de-DE"/>
        </w:rPr>
        <w:t>, kann ein anderes Gefäß verschlossen werden durch einen erneuten Thrombus und wir beginnen quasi wieder von vorne. Also es ist erst zu Ende, wenn es wirklich zu Ende ist.</w:t>
      </w:r>
    </w:p>
    <w:p w14:paraId="0CA49DC6" w14:textId="43335FC1" w:rsidR="6A1EC18A" w:rsidRDefault="00B76347" w:rsidP="23FE564F">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3B3869">
        <w:rPr>
          <w:lang w:val="de-DE"/>
        </w:rPr>
        <w:t xml:space="preserve"> </w:t>
      </w:r>
      <w:r w:rsidR="3AEA1B4D" w:rsidRPr="507391C7">
        <w:rPr>
          <w:rFonts w:ascii="Wiener Melange" w:eastAsia="Wiener Melange" w:hAnsi="Wiener Melange" w:cs="Wiener Melange"/>
          <w:sz w:val="24"/>
          <w:szCs w:val="24"/>
          <w:lang w:val="de-DE"/>
        </w:rPr>
        <w:t xml:space="preserve">Für das Herzkatheter-Team ist der entscheidende Schritt gelungen: Das verschlossene Gefäß ist wieder offen. </w:t>
      </w:r>
      <w:r w:rsidR="7927C8FC" w:rsidRPr="507391C7">
        <w:rPr>
          <w:rFonts w:ascii="Wiener Melange" w:eastAsia="Wiener Melange" w:hAnsi="Wiener Melange" w:cs="Wiener Melange"/>
          <w:sz w:val="24"/>
          <w:szCs w:val="24"/>
          <w:lang w:val="de-DE"/>
        </w:rPr>
        <w:t>A</w:t>
      </w:r>
      <w:r w:rsidR="43D46D65" w:rsidRPr="507391C7">
        <w:rPr>
          <w:rFonts w:ascii="Wiener Melange" w:eastAsia="Wiener Melange" w:hAnsi="Wiener Melange" w:cs="Wiener Melange"/>
          <w:sz w:val="24"/>
          <w:szCs w:val="24"/>
          <w:lang w:val="de-DE"/>
        </w:rPr>
        <w:t>b</w:t>
      </w:r>
      <w:r w:rsidR="7927C8FC" w:rsidRPr="507391C7">
        <w:rPr>
          <w:rFonts w:ascii="Wiener Melange" w:eastAsia="Wiener Melange" w:hAnsi="Wiener Melange" w:cs="Wiener Melange"/>
          <w:sz w:val="24"/>
          <w:szCs w:val="24"/>
          <w:lang w:val="de-DE"/>
        </w:rPr>
        <w:t>er</w:t>
      </w:r>
      <w:r w:rsidR="05C1A1CE" w:rsidRPr="507391C7">
        <w:rPr>
          <w:rFonts w:ascii="Wiener Melange" w:eastAsia="Wiener Melange" w:hAnsi="Wiener Melange" w:cs="Wiener Melange"/>
          <w:sz w:val="24"/>
          <w:szCs w:val="24"/>
          <w:lang w:val="de-DE"/>
        </w:rPr>
        <w:t xml:space="preserve"> </w:t>
      </w:r>
      <w:r w:rsidR="3AEA1B4D" w:rsidRPr="507391C7">
        <w:rPr>
          <w:rFonts w:ascii="Wiener Melange" w:eastAsia="Wiener Melange" w:hAnsi="Wiener Melange" w:cs="Wiener Melange"/>
          <w:sz w:val="24"/>
          <w:szCs w:val="24"/>
          <w:lang w:val="de-DE"/>
        </w:rPr>
        <w:t xml:space="preserve">Thromben – also Blutgerinnsel – können auch weitere Gefäße verschließen. Deshalb bleibt Rajko weiter ein Akutpatient. Nach zwei Herzstillständen reicht </w:t>
      </w:r>
      <w:r w:rsidR="3024919F" w:rsidRPr="507391C7">
        <w:rPr>
          <w:rFonts w:ascii="Wiener Melange" w:eastAsia="Wiener Melange" w:hAnsi="Wiener Melange" w:cs="Wiener Melange"/>
          <w:sz w:val="24"/>
          <w:szCs w:val="24"/>
          <w:lang w:val="de-DE"/>
        </w:rPr>
        <w:t xml:space="preserve">ein geöffnetes Gefäß </w:t>
      </w:r>
      <w:r w:rsidR="3AEA1B4D" w:rsidRPr="507391C7">
        <w:rPr>
          <w:rFonts w:ascii="Wiener Melange" w:eastAsia="Wiener Melange" w:hAnsi="Wiener Melange" w:cs="Wiener Melange"/>
          <w:sz w:val="24"/>
          <w:szCs w:val="24"/>
          <w:lang w:val="de-DE"/>
        </w:rPr>
        <w:t>allein noch nicht für eine gute Prognose.</w:t>
      </w:r>
    </w:p>
    <w:p w14:paraId="642A6786" w14:textId="3E3708C3" w:rsidR="2911FFC8"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3B3869">
        <w:rPr>
          <w:lang w:val="de-DE"/>
        </w:rPr>
        <w:t xml:space="preserve"> </w:t>
      </w:r>
      <w:r w:rsidR="6A1EC18A" w:rsidRPr="507391C7">
        <w:rPr>
          <w:rFonts w:ascii="Wiener Melange" w:eastAsia="Wiener Melange" w:hAnsi="Wiener Melange" w:cs="Wiener Melange"/>
          <w:sz w:val="24"/>
          <w:szCs w:val="24"/>
          <w:lang w:val="de-DE"/>
        </w:rPr>
        <w:t>Denn jetzt geht es nicht mehr nur um das Gefäß. Das Team muss beobachten, wie sich das Herz nach dem Infarkt erholt – und welche Folgen die beiden Herzstillstände für den restlichen Körper haben.</w:t>
      </w:r>
    </w:p>
    <w:p w14:paraId="27573F11" w14:textId="287E0ACD" w:rsidR="2911FFC8"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3B3869">
        <w:rPr>
          <w:lang w:val="de-DE"/>
        </w:rPr>
        <w:t xml:space="preserve"> </w:t>
      </w:r>
      <w:r w:rsidR="6A1EC18A" w:rsidRPr="507391C7">
        <w:rPr>
          <w:rFonts w:ascii="Wiener Melange" w:eastAsia="Wiener Melange" w:hAnsi="Wiener Melange" w:cs="Wiener Melange"/>
          <w:sz w:val="24"/>
          <w:szCs w:val="24"/>
          <w:lang w:val="de-DE"/>
        </w:rPr>
        <w:t>Besonders wichtig ist die Frage, wie lange das Gehirn während der Herzstillstände nicht ausreichend mit Sauerstoff versorgt war. Thomas erklärt, warum die Zeit nach der erfolgreichen Akutbehandlung sehr unterschiedlich verlaufen kann.</w:t>
      </w:r>
    </w:p>
    <w:p w14:paraId="2DA69080" w14:textId="69AC0A7F" w:rsidR="003B3869" w:rsidRDefault="003B3869" w:rsidP="5957DE13">
      <w:pPr>
        <w:spacing w:before="240" w:after="240"/>
        <w:rPr>
          <w:rFonts w:ascii="Wiener Melange" w:eastAsia="Wiener Melange" w:hAnsi="Wiener Melange" w:cs="Wiener Melange"/>
          <w:sz w:val="24"/>
          <w:szCs w:val="24"/>
          <w:lang w:val="de-DE"/>
        </w:rPr>
      </w:pPr>
      <w:r w:rsidRPr="00A56D0C">
        <w:rPr>
          <w:rFonts w:ascii="Wiener Melange" w:eastAsia="Wiener Melange" w:hAnsi="Wiener Melange" w:cs="Wiener Melange"/>
          <w:b/>
          <w:bCs/>
          <w:sz w:val="24"/>
          <w:szCs w:val="24"/>
          <w:lang w:val="de-DE"/>
        </w:rPr>
        <w:t>Thomas:</w:t>
      </w:r>
      <w:r w:rsidRPr="00A56D0C">
        <w:rPr>
          <w:rFonts w:ascii="Wiener Melange" w:eastAsia="Wiener Melange" w:hAnsi="Wiener Melange" w:cs="Wiener Melange"/>
          <w:sz w:val="24"/>
          <w:szCs w:val="24"/>
          <w:lang w:val="de-DE"/>
        </w:rPr>
        <w:t xml:space="preserve"> </w:t>
      </w:r>
      <w:r w:rsidRPr="507391C7">
        <w:rPr>
          <w:rFonts w:ascii="Wiener Melange" w:eastAsia="Wiener Melange" w:hAnsi="Wiener Melange" w:cs="Wiener Melange"/>
          <w:sz w:val="24"/>
          <w:szCs w:val="24"/>
          <w:lang w:val="de-DE"/>
        </w:rPr>
        <w:t xml:space="preserve">Also kardiologisch ist </w:t>
      </w:r>
      <w:proofErr w:type="gramStart"/>
      <w:r w:rsidRPr="507391C7">
        <w:rPr>
          <w:rFonts w:ascii="Wiener Melange" w:eastAsia="Wiener Melange" w:hAnsi="Wiener Melange" w:cs="Wiener Melange"/>
          <w:sz w:val="24"/>
          <w:szCs w:val="24"/>
          <w:lang w:val="de-DE"/>
        </w:rPr>
        <w:t>meistens relativ</w:t>
      </w:r>
      <w:proofErr w:type="gramEnd"/>
      <w:r w:rsidRPr="507391C7">
        <w:rPr>
          <w:rFonts w:ascii="Wiener Melange" w:eastAsia="Wiener Melange" w:hAnsi="Wiener Melange" w:cs="Wiener Melange"/>
          <w:sz w:val="24"/>
          <w:szCs w:val="24"/>
          <w:lang w:val="de-DE"/>
        </w:rPr>
        <w:t xml:space="preserve"> schnell alles in Ordnung. Unsere Patienten erholen sich sehr schnell. Das Problem ist meistens die neurologische Komponente. Also Patienten, die wiederbelebt werden und länger wiederbelebt werden und sind oft dann in einem sogenannten Durchgangsstadium, sind verwirrt, brauchen ein bisschen dann die Mobilisierung. Also das sind dann Phasen, die ein bisschen dauern. Manchmal haben sie ein Linksherzversagen. Das heißt, die Pumpfunktion ist noch nicht ganz normal. Die erholt </w:t>
      </w:r>
      <w:r w:rsidRPr="507391C7">
        <w:rPr>
          <w:rFonts w:ascii="Wiener Melange" w:eastAsia="Wiener Melange" w:hAnsi="Wiener Melange" w:cs="Wiener Melange"/>
          <w:sz w:val="24"/>
          <w:szCs w:val="24"/>
          <w:lang w:val="de-DE"/>
        </w:rPr>
        <w:lastRenderedPageBreak/>
        <w:t>sich meistens dann. Das heißt, der hat Wasser in der Lunge. Das sind alles Phasen, die einfach ein bisschen dauern und Stabilisierung. Aber es ist managebar meistens.</w:t>
      </w:r>
    </w:p>
    <w:p w14:paraId="401D2A67" w14:textId="72F7BC50" w:rsidR="40C4ABA7" w:rsidRDefault="00B76347" w:rsidP="23FE564F">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3B3869">
        <w:rPr>
          <w:lang w:val="de-DE"/>
        </w:rPr>
        <w:t xml:space="preserve"> </w:t>
      </w:r>
      <w:r w:rsidR="75CC3D9A" w:rsidRPr="00BE617F">
        <w:rPr>
          <w:rFonts w:ascii="Wiener Melange" w:eastAsia="Wiener Melange" w:hAnsi="Wiener Melange" w:cs="Wiener Melange"/>
          <w:sz w:val="24"/>
          <w:szCs w:val="24"/>
          <w:lang w:val="de-DE"/>
        </w:rPr>
        <w:t>Endlich ein erstes Durchatmen.</w:t>
      </w:r>
      <w:r w:rsidR="7E1CB75E" w:rsidRPr="00BE617F">
        <w:rPr>
          <w:rFonts w:ascii="Wiener Melange" w:eastAsia="Wiener Melange" w:hAnsi="Wiener Melange" w:cs="Wiener Melange"/>
          <w:sz w:val="24"/>
          <w:szCs w:val="24"/>
          <w:lang w:val="de-DE"/>
        </w:rPr>
        <w:t xml:space="preserve"> Der Eingriff war erfolgreich.</w:t>
      </w:r>
      <w:r w:rsidR="75CC3D9A" w:rsidRPr="00BE617F">
        <w:rPr>
          <w:rFonts w:ascii="Wiener Melange" w:eastAsia="Wiener Melange" w:hAnsi="Wiener Melange" w:cs="Wiener Melange"/>
          <w:sz w:val="24"/>
          <w:szCs w:val="24"/>
          <w:lang w:val="de-DE"/>
        </w:rPr>
        <w:t xml:space="preserve"> </w:t>
      </w:r>
      <w:r w:rsidR="4BF22388" w:rsidRPr="507391C7">
        <w:rPr>
          <w:rFonts w:ascii="Wiener Melange" w:eastAsia="Wiener Melange" w:hAnsi="Wiener Melange" w:cs="Wiener Melange"/>
          <w:sz w:val="24"/>
          <w:szCs w:val="24"/>
          <w:lang w:val="de-DE"/>
        </w:rPr>
        <w:t>Das Herzkranzgefäß ist wieder durchgängig. Aber der Körper muss sich von einem massiven Ausnahmezustand erholen. Nach einer Reanimation können mehrere Dinge gleichzeitig eine Rolle spielen: die Pumpkraft des Herzens, der Kreislauf, die Atmung und die Funktion des Gehirns.</w:t>
      </w:r>
    </w:p>
    <w:p w14:paraId="10088B8E" w14:textId="77FCEE22" w:rsidR="40C4ABA7"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3B3869">
        <w:rPr>
          <w:lang w:val="de-DE"/>
        </w:rPr>
        <w:t xml:space="preserve"> </w:t>
      </w:r>
      <w:r w:rsidR="4BF22388" w:rsidRPr="507391C7">
        <w:rPr>
          <w:rFonts w:ascii="Wiener Melange" w:eastAsia="Wiener Melange" w:hAnsi="Wiener Melange" w:cs="Wiener Melange"/>
          <w:sz w:val="24"/>
          <w:szCs w:val="24"/>
          <w:lang w:val="de-DE"/>
        </w:rPr>
        <w:t>Deshalb wird Rajko nach dem Eingriff nicht auf eine normale Station gebracht. Er wird weiter intensivmedizinisch überwacht und bleibt zunächst beatmet.</w:t>
      </w:r>
    </w:p>
    <w:p w14:paraId="09D224E8" w14:textId="3CD56C76" w:rsidR="009004CE" w:rsidRPr="009004CE" w:rsidRDefault="009004CE" w:rsidP="009004CE">
      <w:pPr>
        <w:pStyle w:val="Rolle"/>
        <w:rPr>
          <w:rFonts w:ascii="Wiener Melange" w:eastAsia="Calibri" w:hAnsi="Wiener Melange" w:cs="Wiener Melange"/>
          <w:b w:val="0"/>
          <w:bCs/>
          <w:i/>
          <w:lang w:val="de-DE"/>
        </w:rPr>
      </w:pPr>
      <w:r w:rsidRPr="004708E7">
        <w:rPr>
          <w:rFonts w:ascii="Wiener Melange" w:eastAsia="Calibri" w:hAnsi="Wiener Melange" w:cs="Wiener Melange"/>
          <w:b w:val="0"/>
          <w:bCs/>
          <w:i/>
          <w:lang w:val="de-DE"/>
        </w:rPr>
        <w:t>[</w:t>
      </w:r>
      <w:r>
        <w:rPr>
          <w:rFonts w:ascii="Wiener Melange" w:eastAsia="Calibri" w:hAnsi="Wiener Melange" w:cs="Wiener Melange"/>
          <w:b w:val="0"/>
          <w:bCs/>
          <w:i/>
          <w:lang w:val="de-DE"/>
        </w:rPr>
        <w:t>Beatmungsmaschine</w:t>
      </w:r>
      <w:r w:rsidRPr="004708E7">
        <w:rPr>
          <w:rFonts w:ascii="Wiener Melange" w:eastAsia="Calibri" w:hAnsi="Wiener Melange" w:cs="Wiener Melange"/>
          <w:b w:val="0"/>
          <w:bCs/>
          <w:i/>
          <w:lang w:val="de-DE"/>
        </w:rPr>
        <w:t>]</w:t>
      </w:r>
    </w:p>
    <w:p w14:paraId="7A496CA4" w14:textId="251E5D7D" w:rsidR="65DD7DB3" w:rsidRDefault="00B76347" w:rsidP="23FE564F">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3B3869">
        <w:rPr>
          <w:lang w:val="de-DE"/>
        </w:rPr>
        <w:t xml:space="preserve"> </w:t>
      </w:r>
      <w:r w:rsidR="23ECFD86" w:rsidRPr="507391C7">
        <w:rPr>
          <w:rFonts w:ascii="Wiener Melange" w:eastAsia="Wiener Melange" w:hAnsi="Wiener Melange" w:cs="Wiener Melange"/>
          <w:sz w:val="24"/>
          <w:szCs w:val="24"/>
          <w:lang w:val="de-DE"/>
        </w:rPr>
        <w:t xml:space="preserve">Was im Herzkatheterlabor in weniger als zwanzig Minuten passiert ist, fühlt sich für die Familie </w:t>
      </w:r>
      <w:r w:rsidR="3929349A" w:rsidRPr="507391C7">
        <w:rPr>
          <w:rFonts w:ascii="Wiener Melange" w:eastAsia="Wiener Melange" w:hAnsi="Wiener Melange" w:cs="Wiener Melange"/>
          <w:sz w:val="24"/>
          <w:szCs w:val="24"/>
          <w:lang w:val="de-DE"/>
        </w:rPr>
        <w:t xml:space="preserve">wie eine halbe Ewigkeit </w:t>
      </w:r>
      <w:r w:rsidR="23ECFD86" w:rsidRPr="507391C7">
        <w:rPr>
          <w:rFonts w:ascii="Wiener Melange" w:eastAsia="Wiener Melange" w:hAnsi="Wiener Melange" w:cs="Wiener Melange"/>
          <w:sz w:val="24"/>
          <w:szCs w:val="24"/>
          <w:lang w:val="de-DE"/>
        </w:rPr>
        <w:t xml:space="preserve">an. Denn sie </w:t>
      </w:r>
      <w:r w:rsidR="3F2483DA" w:rsidRPr="507391C7">
        <w:rPr>
          <w:rFonts w:ascii="Wiener Melange" w:eastAsia="Wiener Melange" w:hAnsi="Wiener Melange" w:cs="Wiener Melange"/>
          <w:sz w:val="24"/>
          <w:szCs w:val="24"/>
          <w:lang w:val="de-DE"/>
        </w:rPr>
        <w:t xml:space="preserve">kann </w:t>
      </w:r>
      <w:r w:rsidR="23ECFD86" w:rsidRPr="507391C7">
        <w:rPr>
          <w:rFonts w:ascii="Wiener Melange" w:eastAsia="Wiener Melange" w:hAnsi="Wiener Melange" w:cs="Wiener Melange"/>
          <w:sz w:val="24"/>
          <w:szCs w:val="24"/>
          <w:lang w:val="de-DE"/>
        </w:rPr>
        <w:t xml:space="preserve">nichts tun. Sie </w:t>
      </w:r>
      <w:r w:rsidR="7B4ECECD" w:rsidRPr="507391C7">
        <w:rPr>
          <w:rFonts w:ascii="Wiener Melange" w:eastAsia="Wiener Melange" w:hAnsi="Wiener Melange" w:cs="Wiener Melange"/>
          <w:sz w:val="24"/>
          <w:szCs w:val="24"/>
          <w:lang w:val="de-DE"/>
        </w:rPr>
        <w:t>k</w:t>
      </w:r>
      <w:r w:rsidR="67FDCEEA" w:rsidRPr="507391C7">
        <w:rPr>
          <w:rFonts w:ascii="Wiener Melange" w:eastAsia="Wiener Melange" w:hAnsi="Wiener Melange" w:cs="Wiener Melange"/>
          <w:sz w:val="24"/>
          <w:szCs w:val="24"/>
          <w:lang w:val="de-DE"/>
        </w:rPr>
        <w:t xml:space="preserve">ann </w:t>
      </w:r>
      <w:r w:rsidR="23ECFD86" w:rsidRPr="507391C7">
        <w:rPr>
          <w:rFonts w:ascii="Wiener Melange" w:eastAsia="Wiener Melange" w:hAnsi="Wiener Melange" w:cs="Wiener Melange"/>
          <w:sz w:val="24"/>
          <w:szCs w:val="24"/>
          <w:lang w:val="de-DE"/>
        </w:rPr>
        <w:t>nur warten.</w:t>
      </w:r>
    </w:p>
    <w:p w14:paraId="62AEBA11" w14:textId="4754FB95" w:rsidR="009004CE" w:rsidRPr="00A56D0C" w:rsidRDefault="009004CE" w:rsidP="009004CE">
      <w:pPr>
        <w:pStyle w:val="Rolle"/>
        <w:rPr>
          <w:rFonts w:ascii="Wiener Melange" w:eastAsia="Calibri" w:hAnsi="Wiener Melange" w:cs="Wiener Melange"/>
          <w:b w:val="0"/>
          <w:bCs/>
          <w:i/>
          <w:lang w:val="de-DE"/>
        </w:rPr>
      </w:pPr>
      <w:r w:rsidRPr="004708E7">
        <w:rPr>
          <w:rFonts w:ascii="Wiener Melange" w:eastAsia="Calibri" w:hAnsi="Wiener Melange" w:cs="Wiener Melange"/>
          <w:b w:val="0"/>
          <w:bCs/>
          <w:i/>
          <w:lang w:val="de-DE"/>
        </w:rPr>
        <w:t>[</w:t>
      </w:r>
      <w:r>
        <w:rPr>
          <w:rFonts w:ascii="Wiener Melange" w:eastAsia="Calibri" w:hAnsi="Wiener Melange" w:cs="Wiener Melange"/>
          <w:b w:val="0"/>
          <w:bCs/>
          <w:i/>
          <w:lang w:val="de-DE"/>
        </w:rPr>
        <w:t>Schritte, Tür öffnet sich</w:t>
      </w:r>
      <w:r w:rsidRPr="004708E7">
        <w:rPr>
          <w:rFonts w:ascii="Wiener Melange" w:eastAsia="Calibri" w:hAnsi="Wiener Melange" w:cs="Wiener Melange"/>
          <w:b w:val="0"/>
          <w:bCs/>
          <w:i/>
          <w:lang w:val="de-DE"/>
        </w:rPr>
        <w:t>]</w:t>
      </w:r>
    </w:p>
    <w:p w14:paraId="5733409C" w14:textId="6928FF9A" w:rsidR="65DD7DB3" w:rsidRPr="009004CE" w:rsidRDefault="00B76347" w:rsidP="5957DE13">
      <w:pPr>
        <w:spacing w:before="240" w:after="240"/>
        <w:rPr>
          <w:rFonts w:ascii="Wiener Melange" w:eastAsia="Wiener Melange" w:hAnsi="Wiener Melange" w:cs="Wiener Melange"/>
          <w:b/>
          <w:bCs/>
          <w:sz w:val="24"/>
          <w:szCs w:val="24"/>
          <w:lang w:val="de-DE"/>
        </w:rPr>
      </w:pPr>
      <w:r>
        <w:rPr>
          <w:rFonts w:ascii="Wiener Melange" w:eastAsia="Wiener Melange" w:hAnsi="Wiener Melange" w:cs="Wiener Melange"/>
          <w:b/>
          <w:bCs/>
          <w:sz w:val="24"/>
          <w:szCs w:val="24"/>
          <w:lang w:val="de-DE"/>
        </w:rPr>
        <w:t>Lisa N.:</w:t>
      </w:r>
      <w:r w:rsidR="009004CE">
        <w:rPr>
          <w:rFonts w:ascii="Wiener Melange" w:eastAsia="Wiener Melange" w:hAnsi="Wiener Melange" w:cs="Wiener Melange"/>
          <w:b/>
          <w:bCs/>
          <w:sz w:val="24"/>
          <w:szCs w:val="24"/>
          <w:lang w:val="de-DE"/>
        </w:rPr>
        <w:t xml:space="preserve"> </w:t>
      </w:r>
      <w:r w:rsidR="23ECFD86" w:rsidRPr="507391C7">
        <w:rPr>
          <w:rFonts w:ascii="Wiener Melange" w:eastAsia="Wiener Melange" w:hAnsi="Wiener Melange" w:cs="Wiener Melange"/>
          <w:sz w:val="24"/>
          <w:szCs w:val="24"/>
          <w:lang w:val="de-DE"/>
        </w:rPr>
        <w:t>Nach ungefähr einer Stunde kommt ein Arzt zu ihnen.</w:t>
      </w:r>
    </w:p>
    <w:p w14:paraId="10E40B33" w14:textId="4D8AC71D" w:rsidR="009004CE" w:rsidRDefault="009004CE" w:rsidP="5957DE13">
      <w:pPr>
        <w:spacing w:before="240" w:after="240"/>
        <w:rPr>
          <w:rFonts w:ascii="Wiener Melange" w:eastAsia="Wiener Melange" w:hAnsi="Wiener Melange" w:cs="Wiener Melange"/>
          <w:sz w:val="24"/>
          <w:szCs w:val="24"/>
          <w:lang w:val="de-DE"/>
        </w:rPr>
      </w:pPr>
      <w:r w:rsidRPr="009004CE">
        <w:rPr>
          <w:rFonts w:ascii="Wiener Melange" w:eastAsia="Wiener Melange" w:hAnsi="Wiener Melange" w:cs="Wiener Melange"/>
          <w:b/>
          <w:bCs/>
          <w:sz w:val="24"/>
          <w:szCs w:val="24"/>
          <w:lang w:val="de-DE"/>
        </w:rPr>
        <w:t>Daniel:</w:t>
      </w:r>
      <w:r>
        <w:rPr>
          <w:rFonts w:ascii="Wiener Melange" w:eastAsia="Wiener Melange" w:hAnsi="Wiener Melange" w:cs="Wiener Melange"/>
          <w:sz w:val="24"/>
          <w:szCs w:val="24"/>
          <w:lang w:val="de-DE"/>
        </w:rPr>
        <w:t xml:space="preserve"> </w:t>
      </w:r>
      <w:r w:rsidRPr="507391C7">
        <w:rPr>
          <w:rFonts w:ascii="Wiener Melange" w:eastAsia="Wiener Melange" w:hAnsi="Wiener Melange" w:cs="Wiener Melange"/>
          <w:sz w:val="24"/>
          <w:szCs w:val="24"/>
          <w:lang w:val="de-DE"/>
        </w:rPr>
        <w:t>So Stent und Katheter hat er dann bekommen. Und da haben sie aber noch nicht gesagt, dass er überlebt. Aber erst so nach einer Stunde ist dann der Arzt rausgekommen und hat gesagt, er wird es überleben. Alles ist okay, Gott sei Dank. Er hat Glück gehabt. Und ja, das war dann ein schönes Gefühl, Gott sei Dank.“</w:t>
      </w:r>
    </w:p>
    <w:p w14:paraId="64E2A756" w14:textId="77777777" w:rsidR="009004CE" w:rsidRPr="003B3869" w:rsidRDefault="009004CE" w:rsidP="009004CE">
      <w:pPr>
        <w:pStyle w:val="Rolle"/>
        <w:rPr>
          <w:rFonts w:ascii="Wiener Melange" w:eastAsia="Wiener Melange" w:hAnsi="Wiener Melange" w:cs="Wiener Melange"/>
          <w:b w:val="0"/>
          <w:bCs/>
          <w:sz w:val="24"/>
          <w:szCs w:val="24"/>
          <w:lang w:val="de-DE"/>
        </w:rPr>
      </w:pPr>
      <w:r w:rsidRPr="00A56D0C">
        <w:rPr>
          <w:rFonts w:ascii="Wiener Melange" w:eastAsia="Calibri" w:hAnsi="Wiener Melange" w:cs="Wiener Melange"/>
          <w:b w:val="0"/>
          <w:bCs/>
          <w:i/>
          <w:lang w:val="de-DE"/>
        </w:rPr>
        <w:t>[Musik]</w:t>
      </w:r>
    </w:p>
    <w:p w14:paraId="122343EE" w14:textId="4F092DA4" w:rsidR="65DD7DB3" w:rsidRDefault="00B76347" w:rsidP="507391C7">
      <w:pPr>
        <w:pStyle w:val="Regie"/>
        <w:spacing w:before="240" w:after="240"/>
        <w:ind w:left="0"/>
        <w:rPr>
          <w:rFonts w:ascii="Wiener Melange" w:eastAsia="Wiener Melange" w:hAnsi="Wiener Melange" w:cs="Wiener Melange"/>
          <w:i w:val="0"/>
          <w:sz w:val="24"/>
          <w:szCs w:val="24"/>
          <w:lang w:val="de-DE"/>
        </w:rPr>
      </w:pPr>
      <w:r>
        <w:rPr>
          <w:rFonts w:ascii="Wiener Melange" w:eastAsia="Wiener Melange" w:hAnsi="Wiener Melange" w:cs="Wiener Melange"/>
          <w:b/>
          <w:bCs/>
          <w:i w:val="0"/>
          <w:sz w:val="24"/>
          <w:szCs w:val="24"/>
          <w:lang w:val="de-DE"/>
        </w:rPr>
        <w:t>Lisa S.:</w:t>
      </w:r>
      <w:r w:rsidR="009004CE">
        <w:rPr>
          <w:lang w:val="de-DE"/>
        </w:rPr>
        <w:t xml:space="preserve"> </w:t>
      </w:r>
      <w:r w:rsidR="23ECFD86" w:rsidRPr="507391C7">
        <w:rPr>
          <w:rFonts w:ascii="Wiener Melange" w:eastAsia="Wiener Melange" w:hAnsi="Wiener Melange" w:cs="Wiener Melange"/>
          <w:i w:val="0"/>
          <w:sz w:val="24"/>
          <w:szCs w:val="24"/>
          <w:lang w:val="de-DE"/>
        </w:rPr>
        <w:t>Zum ersten Mal an diesem Tag hört Daniel einen Satz, der ihm Hoffnung gibt. Der Eingriff ist gelungen. Rajkos Kreislauf ist stabil. Aber sehen kann die Familie ihn noch nicht.</w:t>
      </w:r>
    </w:p>
    <w:p w14:paraId="4481C996" w14:textId="6C06376A" w:rsidR="65DD7DB3"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9004CE">
        <w:rPr>
          <w:lang w:val="de-DE"/>
        </w:rPr>
        <w:t xml:space="preserve"> </w:t>
      </w:r>
      <w:r w:rsidR="23ECFD86" w:rsidRPr="507391C7">
        <w:rPr>
          <w:rFonts w:ascii="Wiener Melange" w:eastAsia="Wiener Melange" w:hAnsi="Wiener Melange" w:cs="Wiener Melange"/>
          <w:sz w:val="24"/>
          <w:szCs w:val="24"/>
          <w:lang w:val="de-DE"/>
        </w:rPr>
        <w:t>Und auch die Aussage, dass er überleben wird, beantwortet noch nicht alle Fragen.</w:t>
      </w:r>
      <w:r w:rsidR="53D4D3E9" w:rsidRPr="507391C7">
        <w:rPr>
          <w:rFonts w:ascii="Wiener Melange" w:eastAsia="Wiener Melange" w:hAnsi="Wiener Melange" w:cs="Wiener Melange"/>
          <w:sz w:val="24"/>
          <w:szCs w:val="24"/>
          <w:lang w:val="de-DE"/>
        </w:rPr>
        <w:t xml:space="preserve"> </w:t>
      </w:r>
      <w:r w:rsidR="23ECFD86" w:rsidRPr="507391C7">
        <w:rPr>
          <w:rFonts w:ascii="Wiener Melange" w:eastAsia="Wiener Melange" w:hAnsi="Wiener Melange" w:cs="Wiener Melange"/>
          <w:sz w:val="24"/>
          <w:szCs w:val="24"/>
          <w:lang w:val="de-DE"/>
        </w:rPr>
        <w:t>Nach zwei Herzstillständen bleibt offen, wie Rajko aufwachen wird. Ob er seine Familie erkennt. Ob er sprechen kann. Und ob Schäden zurückbleiben.</w:t>
      </w:r>
    </w:p>
    <w:p w14:paraId="5F8B0584" w14:textId="464A9BF0" w:rsidR="7B310C92" w:rsidRDefault="00B76347" w:rsidP="507391C7">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9004CE">
        <w:rPr>
          <w:lang w:val="de-DE"/>
        </w:rPr>
        <w:t xml:space="preserve"> </w:t>
      </w:r>
      <w:r w:rsidR="2966176C" w:rsidRPr="507391C7">
        <w:rPr>
          <w:rFonts w:ascii="Wiener Melange" w:eastAsia="Wiener Melange" w:hAnsi="Wiener Melange" w:cs="Wiener Melange"/>
          <w:sz w:val="24"/>
          <w:szCs w:val="24"/>
          <w:lang w:val="de-DE"/>
        </w:rPr>
        <w:t>Rajko bleibt unter enger Beobachtung. Noch am selben Nachmittag kann der Beatmungsschlauch entfernt werden.</w:t>
      </w:r>
      <w:r w:rsidR="32E5A2E9" w:rsidRPr="507391C7">
        <w:rPr>
          <w:rFonts w:ascii="Wiener Melange" w:eastAsia="Wiener Melange" w:hAnsi="Wiener Melange" w:cs="Wiener Melange"/>
          <w:sz w:val="24"/>
          <w:szCs w:val="24"/>
          <w:lang w:val="de-DE"/>
        </w:rPr>
        <w:t xml:space="preserve"> Er kommt auf die kardiologische Intensivstation.</w:t>
      </w:r>
    </w:p>
    <w:p w14:paraId="53B520D7" w14:textId="1353AA7E" w:rsidR="009004CE" w:rsidRDefault="009004CE" w:rsidP="507391C7">
      <w:pPr>
        <w:spacing w:before="240" w:after="240"/>
        <w:rPr>
          <w:rFonts w:ascii="Wiener Melange" w:eastAsia="Wiener Melange" w:hAnsi="Wiener Melange" w:cs="Wiener Melange"/>
          <w:sz w:val="24"/>
          <w:szCs w:val="24"/>
          <w:lang w:val="de-DE"/>
        </w:rPr>
      </w:pPr>
      <w:r w:rsidRPr="009004CE">
        <w:rPr>
          <w:rFonts w:ascii="Wiener Melange" w:eastAsia="Wiener Melange" w:hAnsi="Wiener Melange" w:cs="Wiener Melange"/>
          <w:b/>
          <w:bCs/>
          <w:sz w:val="24"/>
          <w:szCs w:val="24"/>
          <w:lang w:val="de-DE"/>
        </w:rPr>
        <w:lastRenderedPageBreak/>
        <w:t>Thomas:</w:t>
      </w:r>
      <w:r>
        <w:rPr>
          <w:rFonts w:ascii="Wiener Melange" w:eastAsia="Wiener Melange" w:hAnsi="Wiener Melange" w:cs="Wiener Melange"/>
          <w:sz w:val="24"/>
          <w:szCs w:val="24"/>
          <w:lang w:val="de-DE"/>
        </w:rPr>
        <w:t xml:space="preserve"> </w:t>
      </w:r>
      <w:r w:rsidRPr="009004CE">
        <w:rPr>
          <w:rFonts w:ascii="Wiener Melange" w:eastAsia="Wiener Melange" w:hAnsi="Wiener Melange" w:cs="Wiener Melange"/>
          <w:sz w:val="24"/>
          <w:szCs w:val="24"/>
          <w:lang w:val="de-DE"/>
        </w:rPr>
        <w:t xml:space="preserve">Aber auch da war noch ein langer Weg wieder zurück auf die Normalstation, weil er dann noch Schrittmacher gebraucht hat also noch andere Dinge um wieder stabil zu </w:t>
      </w:r>
      <w:proofErr w:type="gramStart"/>
      <w:r w:rsidRPr="009004CE">
        <w:rPr>
          <w:rFonts w:ascii="Wiener Melange" w:eastAsia="Wiener Melange" w:hAnsi="Wiener Melange" w:cs="Wiener Melange"/>
          <w:sz w:val="24"/>
          <w:szCs w:val="24"/>
          <w:lang w:val="de-DE"/>
        </w:rPr>
        <w:t>werden</w:t>
      </w:r>
      <w:proofErr w:type="gramEnd"/>
      <w:r w:rsidRPr="009004CE">
        <w:rPr>
          <w:rFonts w:ascii="Wiener Melange" w:eastAsia="Wiener Melange" w:hAnsi="Wiener Melange" w:cs="Wiener Melange"/>
          <w:sz w:val="24"/>
          <w:szCs w:val="24"/>
          <w:lang w:val="de-DE"/>
        </w:rPr>
        <w:t xml:space="preserve"> aber er hat’s Gott sei Dank gut überstanden.</w:t>
      </w:r>
    </w:p>
    <w:p w14:paraId="5065D6A7" w14:textId="4AD58B2B" w:rsidR="25CE4332" w:rsidRDefault="25CE4332" w:rsidP="507391C7">
      <w:pPr>
        <w:pStyle w:val="Regie"/>
        <w:spacing w:before="240" w:after="240"/>
        <w:ind w:left="0"/>
        <w:rPr>
          <w:rFonts w:ascii="Wiener Melange" w:eastAsia="Wiener Melange" w:hAnsi="Wiener Melange" w:cs="Wiener Melange"/>
          <w:i w:val="0"/>
          <w:sz w:val="24"/>
          <w:szCs w:val="24"/>
          <w:lang w:val="de-DE"/>
        </w:rPr>
      </w:pPr>
      <w:r w:rsidRPr="00BE617F">
        <w:rPr>
          <w:lang w:val="de-DE"/>
        </w:rPr>
        <w:br/>
      </w:r>
      <w:r w:rsidR="00B76347">
        <w:rPr>
          <w:rFonts w:ascii="Wiener Melange" w:eastAsia="Wiener Melange" w:hAnsi="Wiener Melange" w:cs="Wiener Melange"/>
          <w:b/>
          <w:bCs/>
          <w:i w:val="0"/>
          <w:sz w:val="24"/>
          <w:szCs w:val="24"/>
          <w:lang w:val="de-DE"/>
        </w:rPr>
        <w:t>Lisa N.:</w:t>
      </w:r>
      <w:r w:rsidR="009004CE">
        <w:rPr>
          <w:lang w:val="de-DE"/>
        </w:rPr>
        <w:t xml:space="preserve"> </w:t>
      </w:r>
      <w:r w:rsidR="553737F4" w:rsidRPr="507391C7">
        <w:rPr>
          <w:rFonts w:ascii="Wiener Melange" w:eastAsia="Wiener Melange" w:hAnsi="Wiener Melange" w:cs="Wiener Melange"/>
          <w:i w:val="0"/>
          <w:sz w:val="24"/>
          <w:szCs w:val="24"/>
          <w:lang w:val="de-DE"/>
        </w:rPr>
        <w:t xml:space="preserve">Ein </w:t>
      </w:r>
      <w:r w:rsidR="4FF43D3C" w:rsidRPr="507391C7">
        <w:rPr>
          <w:rFonts w:ascii="Wiener Melange" w:eastAsia="Wiener Melange" w:hAnsi="Wiener Melange" w:cs="Wiener Melange"/>
          <w:i w:val="0"/>
          <w:sz w:val="24"/>
          <w:szCs w:val="24"/>
          <w:lang w:val="de-DE"/>
        </w:rPr>
        <w:t xml:space="preserve">Herzschrittmacher </w:t>
      </w:r>
      <w:r w:rsidR="553737F4" w:rsidRPr="507391C7">
        <w:rPr>
          <w:rFonts w:ascii="Wiener Melange" w:eastAsia="Wiener Melange" w:hAnsi="Wiener Melange" w:cs="Wiener Melange"/>
          <w:i w:val="0"/>
          <w:sz w:val="24"/>
          <w:szCs w:val="24"/>
          <w:lang w:val="de-DE"/>
        </w:rPr>
        <w:t>überwacht den Herzrhythmus und gibt elektrische Impulse ab, wenn das Herz zu langsam schlägt oder der eigene Rhythmus aussetzt.</w:t>
      </w:r>
    </w:p>
    <w:p w14:paraId="56DD82B8" w14:textId="7769C306" w:rsidR="25CE4332"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25CE4332" w:rsidRPr="00BE617F">
        <w:rPr>
          <w:lang w:val="de-DE"/>
        </w:rPr>
        <w:br/>
      </w:r>
      <w:r w:rsidR="553737F4" w:rsidRPr="507391C7">
        <w:rPr>
          <w:rFonts w:ascii="Wiener Melange" w:eastAsia="Wiener Melange" w:hAnsi="Wiener Melange" w:cs="Wiener Melange"/>
          <w:sz w:val="24"/>
          <w:szCs w:val="24"/>
          <w:lang w:val="de-DE"/>
        </w:rPr>
        <w:t>Der geöffnete Gefäßverschluss war also der Beginn seiner Stabilisierung – nicht das Ende der Behandlung.</w:t>
      </w:r>
    </w:p>
    <w:p w14:paraId="6814C26F" w14:textId="10162EEF" w:rsidR="009004CE" w:rsidRPr="009004CE" w:rsidRDefault="009004CE" w:rsidP="009004CE">
      <w:pPr>
        <w:pStyle w:val="Rolle"/>
        <w:rPr>
          <w:rFonts w:ascii="Wiener Melange" w:eastAsia="Wiener Melange" w:hAnsi="Wiener Melange" w:cs="Wiener Melange"/>
          <w:b w:val="0"/>
          <w:bCs/>
          <w:sz w:val="24"/>
          <w:szCs w:val="24"/>
          <w:lang w:val="de-DE"/>
        </w:rPr>
      </w:pPr>
      <w:r w:rsidRPr="00A56D0C">
        <w:rPr>
          <w:rFonts w:ascii="Wiener Melange" w:eastAsia="Calibri" w:hAnsi="Wiener Melange" w:cs="Wiener Melange"/>
          <w:b w:val="0"/>
          <w:bCs/>
          <w:i/>
          <w:lang w:val="de-DE"/>
        </w:rPr>
        <w:t>[Musik]</w:t>
      </w:r>
    </w:p>
    <w:p w14:paraId="50BB4013" w14:textId="1A944EE6" w:rsidR="009004CE" w:rsidRDefault="009004CE" w:rsidP="009004CE">
      <w:pPr>
        <w:spacing w:before="240" w:after="240"/>
        <w:rPr>
          <w:rFonts w:ascii="Wiener Melange" w:eastAsia="Wiener Melange" w:hAnsi="Wiener Melange" w:cs="Wiener Melange"/>
          <w:sz w:val="24"/>
          <w:szCs w:val="24"/>
          <w:lang w:val="de-DE"/>
        </w:rPr>
      </w:pPr>
      <w:r w:rsidRPr="009004CE">
        <w:rPr>
          <w:rFonts w:ascii="Wiener Melange" w:eastAsia="Wiener Melange" w:hAnsi="Wiener Melange" w:cs="Wiener Melange"/>
          <w:b/>
          <w:bCs/>
          <w:sz w:val="24"/>
          <w:szCs w:val="24"/>
          <w:lang w:val="de-DE"/>
        </w:rPr>
        <w:t>Thomas:</w:t>
      </w:r>
      <w:r>
        <w:rPr>
          <w:rFonts w:ascii="Wiener Melange" w:eastAsia="Wiener Melange" w:hAnsi="Wiener Melange" w:cs="Wiener Melange"/>
          <w:sz w:val="24"/>
          <w:szCs w:val="24"/>
          <w:lang w:val="de-DE"/>
        </w:rPr>
        <w:t xml:space="preserve"> </w:t>
      </w:r>
      <w:r w:rsidRPr="009004CE">
        <w:rPr>
          <w:rFonts w:ascii="Wiener Melange" w:eastAsia="Wiener Melange" w:hAnsi="Wiener Melange" w:cs="Wiener Melange"/>
          <w:sz w:val="24"/>
          <w:szCs w:val="24"/>
          <w:lang w:val="de-DE"/>
        </w:rPr>
        <w:t xml:space="preserve">Es kann natürlich immer wieder Phasen geben, wo die Patienten schlechter werden. Es kann </w:t>
      </w:r>
      <w:proofErr w:type="gramStart"/>
      <w:r w:rsidRPr="009004CE">
        <w:rPr>
          <w:rFonts w:ascii="Wiener Melange" w:eastAsia="Wiener Melange" w:hAnsi="Wiener Melange" w:cs="Wiener Melange"/>
          <w:sz w:val="24"/>
          <w:szCs w:val="24"/>
          <w:lang w:val="de-DE"/>
        </w:rPr>
        <w:t>natürlich ein</w:t>
      </w:r>
      <w:proofErr w:type="gramEnd"/>
      <w:r w:rsidRPr="009004CE">
        <w:rPr>
          <w:rFonts w:ascii="Wiener Melange" w:eastAsia="Wiener Melange" w:hAnsi="Wiener Melange" w:cs="Wiener Melange"/>
          <w:sz w:val="24"/>
          <w:szCs w:val="24"/>
          <w:lang w:val="de-DE"/>
        </w:rPr>
        <w:t xml:space="preserve"> Gefäß sich wieder verschließen. Das kommt Gott sei Dank sehr selten vor. Wir haben Patienten, wo es ganz einfach trotz all dieser Maßnahmen nicht dazu führt, dass die Pumpfunktion sich erholt. Da haben wir auch oft junge Patienten, da wurde einfach die Zeitdauer bis zum Eintreffen des Notarztes oder bis zur Feststellung des Infarktes, weil manche Patienten erst 14 Tage später die Rettung rufen, dass es einfach so ist, dass der Pumpfunktion irreversibel geschädigt ist. Und die landen dann manchmal sogar beim Kunstherz.</w:t>
      </w:r>
    </w:p>
    <w:p w14:paraId="117BD08B" w14:textId="0553EF42" w:rsidR="25CE4332" w:rsidRPr="009004CE" w:rsidRDefault="00B76347" w:rsidP="507391C7">
      <w:pPr>
        <w:pStyle w:val="Regie"/>
        <w:spacing w:before="240" w:after="240"/>
        <w:ind w:left="0"/>
        <w:rPr>
          <w:rFonts w:ascii="Wiener Melange" w:eastAsia="Wiener Melange" w:hAnsi="Wiener Melange" w:cs="Wiener Melange"/>
          <w:i w:val="0"/>
          <w:iCs/>
          <w:sz w:val="24"/>
          <w:szCs w:val="24"/>
          <w:lang w:val="de-DE"/>
        </w:rPr>
      </w:pPr>
      <w:r w:rsidRPr="009004CE">
        <w:rPr>
          <w:rFonts w:ascii="Wiener Melange" w:eastAsia="Wiener Melange" w:hAnsi="Wiener Melange" w:cs="Wiener Melange"/>
          <w:b/>
          <w:bCs/>
          <w:i w:val="0"/>
          <w:iCs/>
          <w:sz w:val="24"/>
          <w:szCs w:val="24"/>
          <w:lang w:val="de-DE"/>
        </w:rPr>
        <w:t>Lisa N.:</w:t>
      </w:r>
      <w:r w:rsidR="009004CE" w:rsidRPr="009004CE">
        <w:rPr>
          <w:i w:val="0"/>
          <w:iCs/>
          <w:lang w:val="de-DE"/>
        </w:rPr>
        <w:t xml:space="preserve"> </w:t>
      </w:r>
      <w:r w:rsidR="553737F4" w:rsidRPr="009004CE">
        <w:rPr>
          <w:rFonts w:ascii="Wiener Melange" w:eastAsia="Wiener Melange" w:hAnsi="Wiener Melange" w:cs="Wiener Melange"/>
          <w:i w:val="0"/>
          <w:iCs/>
          <w:sz w:val="24"/>
          <w:szCs w:val="24"/>
          <w:lang w:val="de-DE"/>
        </w:rPr>
        <w:t>Deshalb wird Rajko weiter überwacht. Blutdruck. Herzrhythmus. Sauerstoffversorgung. Neurologischer Zustand. Für die behandelnden Teams besteht die Aufgabe jetzt darin, Veränderungen früh zu erkennen und den Körper bei der Erholung zu unterstützen.</w:t>
      </w:r>
    </w:p>
    <w:p w14:paraId="6FFD7E21" w14:textId="62900A30" w:rsidR="23FE564F" w:rsidRDefault="00B76347" w:rsidP="23FE564F">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553737F4" w:rsidRPr="507391C7">
        <w:rPr>
          <w:rFonts w:ascii="Wiener Melange" w:eastAsia="Wiener Melange" w:hAnsi="Wiener Melange" w:cs="Wiener Melange"/>
          <w:b/>
          <w:bCs/>
          <w:sz w:val="24"/>
          <w:szCs w:val="24"/>
          <w:lang w:val="de-DE"/>
        </w:rPr>
        <w:t xml:space="preserve"> </w:t>
      </w:r>
      <w:r w:rsidR="553737F4" w:rsidRPr="507391C7">
        <w:rPr>
          <w:rFonts w:ascii="Wiener Melange" w:eastAsia="Wiener Melange" w:hAnsi="Wiener Melange" w:cs="Wiener Melange"/>
          <w:sz w:val="24"/>
          <w:szCs w:val="24"/>
          <w:lang w:val="de-DE"/>
        </w:rPr>
        <w:t>Im Herzkatheterlabor hat das Team den unmittelbaren Verschluss behandelt. Auf der Intensivstation zeigt sich Schritt für Schritt, wie Rajkos Körper darauf reagiert.</w:t>
      </w:r>
    </w:p>
    <w:p w14:paraId="62A1DEE8" w14:textId="03E73F29" w:rsidR="00A60E93" w:rsidRPr="00C623F3" w:rsidRDefault="00A60E93" w:rsidP="00A60E93">
      <w:pPr>
        <w:rPr>
          <w:rFonts w:ascii="Wiener Melange" w:eastAsia="Calibri" w:hAnsi="Wiener Melange" w:cs="Wiener Melange"/>
          <w:i/>
          <w:lang w:val="de-DE"/>
        </w:rPr>
      </w:pPr>
      <w:r w:rsidRPr="00B76347">
        <w:rPr>
          <w:rFonts w:ascii="Wiener Melange" w:eastAsia="Calibri" w:hAnsi="Wiener Melange" w:cs="Wiener Melange"/>
          <w:i/>
          <w:lang w:val="de-DE"/>
        </w:rPr>
        <w:t xml:space="preserve">[Musik]: </w:t>
      </w:r>
      <w:r>
        <w:rPr>
          <w:rFonts w:ascii="Wiener Melange" w:eastAsia="Calibri" w:hAnsi="Wiener Melange" w:cs="Wiener Melange"/>
          <w:i/>
          <w:lang w:val="de-DE"/>
        </w:rPr>
        <w:t xml:space="preserve">Lisa N.: </w:t>
      </w:r>
      <w:r w:rsidRPr="00B76347">
        <w:rPr>
          <w:rFonts w:ascii="Wiener Melange" w:eastAsia="Calibri" w:hAnsi="Wiener Melange" w:cs="Wiener Melange"/>
          <w:i/>
          <w:lang w:val="de-DE"/>
        </w:rPr>
        <w:t>K</w:t>
      </w:r>
      <w:r>
        <w:rPr>
          <w:rFonts w:ascii="Wiener Melange" w:eastAsia="Calibri" w:hAnsi="Wiener Melange" w:cs="Wiener Melange"/>
          <w:i/>
          <w:lang w:val="de-DE"/>
        </w:rPr>
        <w:t>apitel 4 – Auf der Intensivstation</w:t>
      </w:r>
    </w:p>
    <w:p w14:paraId="378543D2" w14:textId="77777777" w:rsidR="00A60E93" w:rsidRDefault="00A60E93" w:rsidP="23FE564F">
      <w:pPr>
        <w:spacing w:before="240" w:after="240"/>
        <w:rPr>
          <w:rFonts w:ascii="Wiener Melange" w:eastAsia="Wiener Melange" w:hAnsi="Wiener Melange" w:cs="Wiener Melange"/>
          <w:sz w:val="24"/>
          <w:szCs w:val="24"/>
          <w:lang w:val="de-DE"/>
        </w:rPr>
      </w:pPr>
      <w:r w:rsidRPr="00B76347">
        <w:rPr>
          <w:rFonts w:ascii="Wiener Melange" w:eastAsia="Calibri" w:hAnsi="Wiener Melange" w:cs="Wiener Melange"/>
          <w:i/>
          <w:lang w:val="de-DE"/>
        </w:rPr>
        <w:t>[</w:t>
      </w:r>
      <w:r>
        <w:rPr>
          <w:rFonts w:ascii="Wiener Melange" w:eastAsia="Calibri" w:hAnsi="Wiener Melange" w:cs="Wiener Melange"/>
          <w:i/>
          <w:lang w:val="de-DE"/>
        </w:rPr>
        <w:t>Medizinische Überwachung</w:t>
      </w:r>
      <w:r w:rsidRPr="00B76347">
        <w:rPr>
          <w:rFonts w:ascii="Wiener Melange" w:eastAsia="Calibri" w:hAnsi="Wiener Melange" w:cs="Wiener Melange"/>
          <w:i/>
          <w:lang w:val="de-DE"/>
        </w:rPr>
        <w:t>]</w:t>
      </w:r>
      <w:r w:rsidRPr="00A60E93">
        <w:rPr>
          <w:rFonts w:ascii="Wiener Melange" w:eastAsia="Wiener Melange" w:hAnsi="Wiener Melange" w:cs="Wiener Melange"/>
          <w:sz w:val="24"/>
          <w:szCs w:val="24"/>
          <w:lang w:val="de-DE"/>
        </w:rPr>
        <w:t xml:space="preserve"> </w:t>
      </w:r>
    </w:p>
    <w:p w14:paraId="589837CF" w14:textId="15A70198" w:rsidR="00A60E93" w:rsidRDefault="00A60E93" w:rsidP="23FE564F">
      <w:pPr>
        <w:spacing w:before="240" w:after="240"/>
        <w:rPr>
          <w:rFonts w:ascii="Wiener Melange" w:eastAsia="Wiener Melange" w:hAnsi="Wiener Melange" w:cs="Wiener Melange"/>
          <w:sz w:val="24"/>
          <w:szCs w:val="24"/>
          <w:lang w:val="de-DE"/>
        </w:rPr>
      </w:pPr>
      <w:r w:rsidRPr="00A60E93">
        <w:rPr>
          <w:rFonts w:ascii="Wiener Melange" w:eastAsia="Wiener Melange" w:hAnsi="Wiener Melange" w:cs="Wiener Melange"/>
          <w:b/>
          <w:bCs/>
          <w:sz w:val="24"/>
          <w:szCs w:val="24"/>
          <w:lang w:val="de-DE"/>
        </w:rPr>
        <w:t>Daniel:</w:t>
      </w:r>
      <w:r>
        <w:rPr>
          <w:rFonts w:ascii="Wiener Melange" w:eastAsia="Wiener Melange" w:hAnsi="Wiener Melange" w:cs="Wiener Melange"/>
          <w:sz w:val="24"/>
          <w:szCs w:val="24"/>
          <w:lang w:val="de-DE"/>
        </w:rPr>
        <w:t xml:space="preserve"> </w:t>
      </w:r>
      <w:r w:rsidRPr="00A60E93">
        <w:rPr>
          <w:rFonts w:ascii="Wiener Melange" w:eastAsia="Wiener Melange" w:hAnsi="Wiener Melange" w:cs="Wiener Melange"/>
          <w:sz w:val="24"/>
          <w:szCs w:val="24"/>
          <w:lang w:val="de-DE"/>
        </w:rPr>
        <w:t xml:space="preserve">Wir hatten nämlich nur Angst, dass er sich nicht mehr erinnern kann. Also, dass er eben Hirnschäden hat. Das war eigentlich unsere größte Angst. Er war </w:t>
      </w:r>
      <w:proofErr w:type="gramStart"/>
      <w:r w:rsidRPr="00A60E93">
        <w:rPr>
          <w:rFonts w:ascii="Wiener Melange" w:eastAsia="Wiener Melange" w:hAnsi="Wiener Melange" w:cs="Wiener Melange"/>
          <w:sz w:val="24"/>
          <w:szCs w:val="24"/>
          <w:lang w:val="de-DE"/>
        </w:rPr>
        <w:t>ja dann</w:t>
      </w:r>
      <w:proofErr w:type="gramEnd"/>
      <w:r w:rsidRPr="00A60E93">
        <w:rPr>
          <w:rFonts w:ascii="Wiener Melange" w:eastAsia="Wiener Melange" w:hAnsi="Wiener Melange" w:cs="Wiener Melange"/>
          <w:sz w:val="24"/>
          <w:szCs w:val="24"/>
          <w:lang w:val="de-DE"/>
        </w:rPr>
        <w:t xml:space="preserve"> im Koma für ein paar Stunden.</w:t>
      </w:r>
    </w:p>
    <w:p w14:paraId="04C8BF02" w14:textId="15436FEA" w:rsidR="25CE4332" w:rsidRDefault="00B76347" w:rsidP="23FE564F">
      <w:pPr>
        <w:spacing w:after="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lastRenderedPageBreak/>
        <w:t>Lisa N.:</w:t>
      </w:r>
      <w:r w:rsidR="00A60E93">
        <w:rPr>
          <w:lang w:val="de-DE"/>
        </w:rPr>
        <w:t xml:space="preserve"> </w:t>
      </w:r>
      <w:r w:rsidR="553737F4" w:rsidRPr="507391C7">
        <w:rPr>
          <w:rFonts w:ascii="Wiener Melange" w:eastAsia="Wiener Melange" w:hAnsi="Wiener Melange" w:cs="Wiener Melange"/>
          <w:sz w:val="24"/>
          <w:szCs w:val="24"/>
          <w:lang w:val="de-DE"/>
        </w:rPr>
        <w:t xml:space="preserve">Für Daniel gibt es anfangs viele medizinische Informationen. Aber eigentlich wartet er auf etwas viel Einfacheres. Auf ein Zeichen, dass sein </w:t>
      </w:r>
      <w:r w:rsidR="59E3BCFE" w:rsidRPr="507391C7">
        <w:rPr>
          <w:rFonts w:ascii="Wiener Melange" w:eastAsia="Wiener Melange" w:hAnsi="Wiener Melange" w:cs="Wiener Melange"/>
          <w:sz w:val="24"/>
          <w:szCs w:val="24"/>
          <w:lang w:val="de-DE"/>
        </w:rPr>
        <w:t xml:space="preserve">Papa </w:t>
      </w:r>
      <w:r w:rsidR="553737F4" w:rsidRPr="507391C7">
        <w:rPr>
          <w:rFonts w:ascii="Wiener Melange" w:eastAsia="Wiener Melange" w:hAnsi="Wiener Melange" w:cs="Wiener Melange"/>
          <w:sz w:val="24"/>
          <w:szCs w:val="24"/>
          <w:lang w:val="de-DE"/>
        </w:rPr>
        <w:t>noch derselbe ist.</w:t>
      </w:r>
    </w:p>
    <w:p w14:paraId="3A329216" w14:textId="5D31F055" w:rsidR="25CE4332" w:rsidRDefault="00B76347" w:rsidP="507391C7">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A60E93">
        <w:rPr>
          <w:lang w:val="de-DE"/>
        </w:rPr>
        <w:t xml:space="preserve"> </w:t>
      </w:r>
      <w:r w:rsidR="553737F4" w:rsidRPr="507391C7">
        <w:rPr>
          <w:rFonts w:ascii="Wiener Melange" w:eastAsia="Wiener Melange" w:hAnsi="Wiener Melange" w:cs="Wiener Melange"/>
          <w:sz w:val="24"/>
          <w:szCs w:val="24"/>
          <w:lang w:val="de-DE"/>
        </w:rPr>
        <w:t xml:space="preserve">Als Rajko </w:t>
      </w:r>
      <w:r w:rsidR="458901A0" w:rsidRPr="507391C7">
        <w:rPr>
          <w:rFonts w:ascii="Wiener Melange" w:eastAsia="Wiener Melange" w:hAnsi="Wiener Melange" w:cs="Wiener Melange"/>
          <w:sz w:val="24"/>
          <w:szCs w:val="24"/>
          <w:lang w:val="de-DE"/>
        </w:rPr>
        <w:t>wieder zu sich kommt</w:t>
      </w:r>
      <w:r w:rsidR="553737F4" w:rsidRPr="507391C7">
        <w:rPr>
          <w:rFonts w:ascii="Wiener Melange" w:eastAsia="Wiener Melange" w:hAnsi="Wiener Melange" w:cs="Wiener Melange"/>
          <w:sz w:val="24"/>
          <w:szCs w:val="24"/>
          <w:lang w:val="de-DE"/>
        </w:rPr>
        <w:t xml:space="preserve">, steht die Familie an seinem Bett. </w:t>
      </w:r>
    </w:p>
    <w:p w14:paraId="31D44E3D" w14:textId="57CDBA41" w:rsidR="00A60E93" w:rsidRDefault="00A60E93" w:rsidP="507391C7">
      <w:pPr>
        <w:spacing w:before="240" w:after="240"/>
        <w:rPr>
          <w:rFonts w:ascii="Wiener Melange" w:eastAsia="Wiener Melange" w:hAnsi="Wiener Melange" w:cs="Wiener Melange"/>
          <w:sz w:val="24"/>
          <w:szCs w:val="24"/>
          <w:lang w:val="de-DE"/>
        </w:rPr>
      </w:pPr>
      <w:r w:rsidRPr="00A60E93">
        <w:rPr>
          <w:rFonts w:ascii="Wiener Melange" w:eastAsia="Wiener Melange" w:hAnsi="Wiener Melange" w:cs="Wiener Melange"/>
          <w:b/>
          <w:bCs/>
          <w:sz w:val="24"/>
          <w:szCs w:val="24"/>
          <w:lang w:val="de-DE"/>
        </w:rPr>
        <w:t>Daniel:</w:t>
      </w:r>
      <w:r>
        <w:rPr>
          <w:rFonts w:ascii="Wiener Melange" w:eastAsia="Wiener Melange" w:hAnsi="Wiener Melange" w:cs="Wiener Melange"/>
          <w:sz w:val="24"/>
          <w:szCs w:val="24"/>
          <w:lang w:val="de-DE"/>
        </w:rPr>
        <w:t xml:space="preserve"> </w:t>
      </w:r>
      <w:r w:rsidRPr="507391C7">
        <w:rPr>
          <w:rFonts w:ascii="Wiener Melange" w:eastAsia="Wiener Melange" w:hAnsi="Wiener Melange" w:cs="Wiener Melange"/>
          <w:sz w:val="24"/>
          <w:szCs w:val="24"/>
          <w:lang w:val="de-DE"/>
        </w:rPr>
        <w:t xml:space="preserve">Also, er war dann diese drei Stunden im Koma. Dann haben sie ihn langsam aufgeweckt. Und ich war da mit meinem Onkel dort. Und er ist auf einmal aufgestanden. Und ich so, Papa, geht's dir gut? Und er so, ja, mir geht's eh gut, sagt er. Und mein Onkel hat dann einen Witz gemacht. Er hat gesagt, </w:t>
      </w:r>
      <w:proofErr w:type="gramStart"/>
      <w:r w:rsidRPr="507391C7">
        <w:rPr>
          <w:rFonts w:ascii="Wiener Melange" w:eastAsia="Wiener Melange" w:hAnsi="Wiener Melange" w:cs="Wiener Melange"/>
          <w:sz w:val="24"/>
          <w:szCs w:val="24"/>
          <w:lang w:val="de-DE"/>
        </w:rPr>
        <w:t>weil</w:t>
      </w:r>
      <w:proofErr w:type="gramEnd"/>
      <w:r w:rsidRPr="507391C7">
        <w:rPr>
          <w:rFonts w:ascii="Wiener Melange" w:eastAsia="Wiener Melange" w:hAnsi="Wiener Melange" w:cs="Wiener Melange"/>
          <w:sz w:val="24"/>
          <w:szCs w:val="24"/>
          <w:lang w:val="de-DE"/>
        </w:rPr>
        <w:t xml:space="preserve"> mein Opa ist ja gestorben damals. Ja, wo mein Vater zwölf war und mein Onkel war sechs Jahre alt. Ja, da haben sie einen Autounfall gehabt. Und mein Onkel war der einzige Überlebende bei diesem Unfall. Und er ist dann zu meinem Vater hingegangen und sagt so, du, hast du den Papa gesehen? Sagt er, sagt sie. Er so, lass mich in Ruhe, du Trottel, sagt er. Schleich dich, </w:t>
      </w:r>
      <w:proofErr w:type="gramStart"/>
      <w:r w:rsidRPr="507391C7">
        <w:rPr>
          <w:rFonts w:ascii="Wiener Melange" w:eastAsia="Wiener Melange" w:hAnsi="Wiener Melange" w:cs="Wiener Melange"/>
          <w:sz w:val="24"/>
          <w:szCs w:val="24"/>
          <w:lang w:val="de-DE"/>
        </w:rPr>
        <w:t>hab</w:t>
      </w:r>
      <w:proofErr w:type="gramEnd"/>
      <w:r w:rsidRPr="507391C7">
        <w:rPr>
          <w:rFonts w:ascii="Wiener Melange" w:eastAsia="Wiener Melange" w:hAnsi="Wiener Melange" w:cs="Wiener Melange"/>
          <w:sz w:val="24"/>
          <w:szCs w:val="24"/>
          <w:lang w:val="de-DE"/>
        </w:rPr>
        <w:t xml:space="preserve"> ich gleich gewusst. Okay, passt, er ist eh wieder der Alte. Hat er dann gesagt, lass mich in Ruhe, sagt er.</w:t>
      </w:r>
    </w:p>
    <w:p w14:paraId="3F262E16" w14:textId="6BB4D4D8" w:rsidR="00A60E93" w:rsidRDefault="00A60E93" w:rsidP="507391C7">
      <w:pPr>
        <w:spacing w:before="240" w:after="240"/>
        <w:rPr>
          <w:rFonts w:ascii="Wiener Melange" w:eastAsia="Wiener Melange" w:hAnsi="Wiener Melange" w:cs="Wiener Melange"/>
          <w:sz w:val="24"/>
          <w:szCs w:val="24"/>
          <w:lang w:val="de-DE"/>
        </w:rPr>
      </w:pPr>
      <w:r w:rsidRPr="00B76347">
        <w:rPr>
          <w:rFonts w:ascii="Wiener Melange" w:eastAsia="Calibri" w:hAnsi="Wiener Melange" w:cs="Wiener Melange"/>
          <w:i/>
          <w:lang w:val="de-DE"/>
        </w:rPr>
        <w:t>[Musik]</w:t>
      </w:r>
    </w:p>
    <w:p w14:paraId="578AAE3B" w14:textId="65BE5700" w:rsidR="25CE4332"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A60E93">
        <w:rPr>
          <w:lang w:val="de-DE"/>
        </w:rPr>
        <w:t xml:space="preserve"> </w:t>
      </w:r>
      <w:r w:rsidR="553737F4" w:rsidRPr="507391C7">
        <w:rPr>
          <w:rFonts w:ascii="Wiener Melange" w:eastAsia="Wiener Melange" w:hAnsi="Wiener Melange" w:cs="Wiener Melange"/>
          <w:sz w:val="24"/>
          <w:szCs w:val="24"/>
          <w:lang w:val="de-DE"/>
        </w:rPr>
        <w:t>Es ist kein medizinischer Messwert.</w:t>
      </w:r>
      <w:r w:rsidR="5076C64F" w:rsidRPr="507391C7">
        <w:rPr>
          <w:rFonts w:ascii="Wiener Melange" w:eastAsia="Wiener Melange" w:hAnsi="Wiener Melange" w:cs="Wiener Melange"/>
          <w:sz w:val="24"/>
          <w:szCs w:val="24"/>
          <w:lang w:val="de-DE"/>
        </w:rPr>
        <w:t xml:space="preserve"> </w:t>
      </w:r>
      <w:r w:rsidR="553737F4" w:rsidRPr="507391C7">
        <w:rPr>
          <w:rFonts w:ascii="Wiener Melange" w:eastAsia="Wiener Melange" w:hAnsi="Wiener Melange" w:cs="Wiener Melange"/>
          <w:sz w:val="24"/>
          <w:szCs w:val="24"/>
          <w:lang w:val="de-DE"/>
        </w:rPr>
        <w:t>Kein Befund.</w:t>
      </w:r>
      <w:r w:rsidR="7F5EFDFD" w:rsidRPr="507391C7">
        <w:rPr>
          <w:rFonts w:ascii="Wiener Melange" w:eastAsia="Wiener Melange" w:hAnsi="Wiener Melange" w:cs="Wiener Melange"/>
          <w:sz w:val="24"/>
          <w:szCs w:val="24"/>
          <w:lang w:val="de-DE"/>
        </w:rPr>
        <w:t xml:space="preserve"> </w:t>
      </w:r>
      <w:r w:rsidR="553737F4" w:rsidRPr="507391C7">
        <w:rPr>
          <w:rFonts w:ascii="Wiener Melange" w:eastAsia="Wiener Melange" w:hAnsi="Wiener Melange" w:cs="Wiener Melange"/>
          <w:sz w:val="24"/>
          <w:szCs w:val="24"/>
          <w:lang w:val="de-DE"/>
        </w:rPr>
        <w:t>Kein Bild auf einem Monitor.</w:t>
      </w:r>
      <w:r w:rsidR="2FD72E76" w:rsidRPr="507391C7">
        <w:rPr>
          <w:rFonts w:ascii="Wiener Melange" w:eastAsia="Wiener Melange" w:hAnsi="Wiener Melange" w:cs="Wiener Melange"/>
          <w:sz w:val="24"/>
          <w:szCs w:val="24"/>
          <w:lang w:val="de-DE"/>
        </w:rPr>
        <w:t xml:space="preserve"> </w:t>
      </w:r>
      <w:r w:rsidR="553737F4" w:rsidRPr="507391C7">
        <w:rPr>
          <w:rFonts w:ascii="Wiener Melange" w:eastAsia="Wiener Melange" w:hAnsi="Wiener Melange" w:cs="Wiener Melange"/>
          <w:sz w:val="24"/>
          <w:szCs w:val="24"/>
          <w:lang w:val="de-DE"/>
        </w:rPr>
        <w:t>Es ist ein Satz, wie ihn Rajko schon vor diesem Tag gesagt hätte.</w:t>
      </w:r>
      <w:r w:rsidR="1CADD5AC" w:rsidRPr="507391C7">
        <w:rPr>
          <w:rFonts w:ascii="Wiener Melange" w:eastAsia="Wiener Melange" w:hAnsi="Wiener Melange" w:cs="Wiener Melange"/>
          <w:sz w:val="24"/>
          <w:szCs w:val="24"/>
          <w:lang w:val="de-DE"/>
        </w:rPr>
        <w:t xml:space="preserve"> </w:t>
      </w:r>
      <w:r w:rsidR="553737F4" w:rsidRPr="507391C7">
        <w:rPr>
          <w:rFonts w:ascii="Wiener Melange" w:eastAsia="Wiener Melange" w:hAnsi="Wiener Melange" w:cs="Wiener Melange"/>
          <w:sz w:val="24"/>
          <w:szCs w:val="24"/>
          <w:lang w:val="de-DE"/>
        </w:rPr>
        <w:t>Und genau deshalb bedeutet er für Daniel so viel.</w:t>
      </w:r>
    </w:p>
    <w:p w14:paraId="5C148973" w14:textId="741EACB4" w:rsidR="00A60E93" w:rsidRDefault="00A60E93" w:rsidP="5957DE13">
      <w:pPr>
        <w:spacing w:before="240" w:after="240"/>
        <w:rPr>
          <w:rFonts w:ascii="Wiener Melange" w:eastAsia="Wiener Melange" w:hAnsi="Wiener Melange" w:cs="Wiener Melange"/>
          <w:sz w:val="24"/>
          <w:szCs w:val="24"/>
          <w:lang w:val="de-DE"/>
        </w:rPr>
      </w:pPr>
      <w:r w:rsidRPr="00A60E93">
        <w:rPr>
          <w:rFonts w:ascii="Wiener Melange" w:eastAsia="Wiener Melange" w:hAnsi="Wiener Melange" w:cs="Wiener Melange"/>
          <w:b/>
          <w:bCs/>
          <w:sz w:val="24"/>
          <w:szCs w:val="24"/>
          <w:lang w:val="de-DE"/>
        </w:rPr>
        <w:t>Daniel:</w:t>
      </w:r>
      <w:r>
        <w:rPr>
          <w:rFonts w:ascii="Wiener Melange" w:eastAsia="Wiener Melange" w:hAnsi="Wiener Melange" w:cs="Wiener Melange"/>
          <w:sz w:val="24"/>
          <w:szCs w:val="24"/>
          <w:lang w:val="de-DE"/>
        </w:rPr>
        <w:t xml:space="preserve"> </w:t>
      </w:r>
      <w:r w:rsidRPr="507391C7">
        <w:rPr>
          <w:rFonts w:ascii="Wiener Melange" w:eastAsia="Wiener Melange" w:hAnsi="Wiener Melange" w:cs="Wiener Melange"/>
          <w:sz w:val="24"/>
          <w:szCs w:val="24"/>
          <w:lang w:val="de-DE"/>
        </w:rPr>
        <w:t xml:space="preserve">Und bei der Intensivstation, da </w:t>
      </w:r>
      <w:proofErr w:type="gramStart"/>
      <w:r w:rsidRPr="507391C7">
        <w:rPr>
          <w:rFonts w:ascii="Wiener Melange" w:eastAsia="Wiener Melange" w:hAnsi="Wiener Melange" w:cs="Wiener Melange"/>
          <w:sz w:val="24"/>
          <w:szCs w:val="24"/>
          <w:lang w:val="de-DE"/>
        </w:rPr>
        <w:t>hab</w:t>
      </w:r>
      <w:proofErr w:type="gramEnd"/>
      <w:r w:rsidRPr="507391C7">
        <w:rPr>
          <w:rFonts w:ascii="Wiener Melange" w:eastAsia="Wiener Melange" w:hAnsi="Wiener Melange" w:cs="Wiener Melange"/>
          <w:sz w:val="24"/>
          <w:szCs w:val="24"/>
          <w:lang w:val="de-DE"/>
        </w:rPr>
        <w:t xml:space="preserve"> ich schon gewusst, er wird wieder. Also ich </w:t>
      </w:r>
      <w:proofErr w:type="gramStart"/>
      <w:r w:rsidRPr="507391C7">
        <w:rPr>
          <w:rFonts w:ascii="Wiener Melange" w:eastAsia="Wiener Melange" w:hAnsi="Wiener Melange" w:cs="Wiener Melange"/>
          <w:sz w:val="24"/>
          <w:szCs w:val="24"/>
          <w:lang w:val="de-DE"/>
        </w:rPr>
        <w:t>hab</w:t>
      </w:r>
      <w:proofErr w:type="gramEnd"/>
      <w:r w:rsidRPr="507391C7">
        <w:rPr>
          <w:rFonts w:ascii="Wiener Melange" w:eastAsia="Wiener Melange" w:hAnsi="Wiener Melange" w:cs="Wiener Melange"/>
          <w:sz w:val="24"/>
          <w:szCs w:val="24"/>
          <w:lang w:val="de-DE"/>
        </w:rPr>
        <w:t xml:space="preserve"> mir </w:t>
      </w:r>
      <w:proofErr w:type="gramStart"/>
      <w:r w:rsidRPr="507391C7">
        <w:rPr>
          <w:rFonts w:ascii="Wiener Melange" w:eastAsia="Wiener Melange" w:hAnsi="Wiener Melange" w:cs="Wiener Melange"/>
          <w:sz w:val="24"/>
          <w:szCs w:val="24"/>
          <w:lang w:val="de-DE"/>
        </w:rPr>
        <w:t>dann überhaupt</w:t>
      </w:r>
      <w:proofErr w:type="gramEnd"/>
      <w:r w:rsidRPr="507391C7">
        <w:rPr>
          <w:rFonts w:ascii="Wiener Melange" w:eastAsia="Wiener Melange" w:hAnsi="Wiener Melange" w:cs="Wiener Melange"/>
          <w:sz w:val="24"/>
          <w:szCs w:val="24"/>
          <w:lang w:val="de-DE"/>
        </w:rPr>
        <w:t xml:space="preserve"> keine Sorgen mehr gemacht.</w:t>
      </w:r>
    </w:p>
    <w:p w14:paraId="397AF6C4" w14:textId="0A1AF7B7" w:rsidR="25CE4332"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A60E93">
        <w:rPr>
          <w:lang w:val="de-DE"/>
        </w:rPr>
        <w:t xml:space="preserve"> </w:t>
      </w:r>
      <w:r w:rsidR="553737F4" w:rsidRPr="507391C7">
        <w:rPr>
          <w:rFonts w:ascii="Wiener Melange" w:eastAsia="Wiener Melange" w:hAnsi="Wiener Melange" w:cs="Wiener Melange"/>
          <w:sz w:val="24"/>
          <w:szCs w:val="24"/>
          <w:lang w:val="de-DE"/>
        </w:rPr>
        <w:t>Die größte Unsicherheit fällt in diesem Moment von ihm ab.</w:t>
      </w:r>
      <w:r w:rsidR="72156AF8" w:rsidRPr="507391C7">
        <w:rPr>
          <w:rFonts w:ascii="Wiener Melange" w:eastAsia="Wiener Melange" w:hAnsi="Wiener Melange" w:cs="Wiener Melange"/>
          <w:sz w:val="24"/>
          <w:szCs w:val="24"/>
          <w:lang w:val="de-DE"/>
        </w:rPr>
        <w:t xml:space="preserve"> </w:t>
      </w:r>
      <w:r w:rsidR="553737F4" w:rsidRPr="507391C7">
        <w:rPr>
          <w:rFonts w:ascii="Wiener Melange" w:eastAsia="Wiener Melange" w:hAnsi="Wiener Melange" w:cs="Wiener Melange"/>
          <w:sz w:val="24"/>
          <w:szCs w:val="24"/>
          <w:lang w:val="de-DE"/>
        </w:rPr>
        <w:t>Rajko ist wach.</w:t>
      </w:r>
      <w:r w:rsidR="3738A421" w:rsidRPr="507391C7">
        <w:rPr>
          <w:rFonts w:ascii="Wiener Melange" w:eastAsia="Wiener Melange" w:hAnsi="Wiener Melange" w:cs="Wiener Melange"/>
          <w:sz w:val="24"/>
          <w:szCs w:val="24"/>
          <w:lang w:val="de-DE"/>
        </w:rPr>
        <w:t xml:space="preserve"> </w:t>
      </w:r>
      <w:r w:rsidR="553737F4" w:rsidRPr="507391C7">
        <w:rPr>
          <w:rFonts w:ascii="Wiener Melange" w:eastAsia="Wiener Melange" w:hAnsi="Wiener Melange" w:cs="Wiener Melange"/>
          <w:sz w:val="24"/>
          <w:szCs w:val="24"/>
          <w:lang w:val="de-DE"/>
        </w:rPr>
        <w:t>Er reagiert.</w:t>
      </w:r>
      <w:r w:rsidR="1FB14DA2" w:rsidRPr="507391C7">
        <w:rPr>
          <w:rFonts w:ascii="Wiener Melange" w:eastAsia="Wiener Melange" w:hAnsi="Wiener Melange" w:cs="Wiener Melange"/>
          <w:sz w:val="24"/>
          <w:szCs w:val="24"/>
          <w:lang w:val="de-DE"/>
        </w:rPr>
        <w:t xml:space="preserve"> </w:t>
      </w:r>
      <w:r w:rsidR="553737F4" w:rsidRPr="507391C7">
        <w:rPr>
          <w:rFonts w:ascii="Wiener Melange" w:eastAsia="Wiener Melange" w:hAnsi="Wiener Melange" w:cs="Wiener Melange"/>
          <w:sz w:val="24"/>
          <w:szCs w:val="24"/>
          <w:lang w:val="de-DE"/>
        </w:rPr>
        <w:t>Er erkennt seine Familie.</w:t>
      </w:r>
      <w:r w:rsidR="57258B7C" w:rsidRPr="507391C7">
        <w:rPr>
          <w:rFonts w:ascii="Wiener Melange" w:eastAsia="Wiener Melange" w:hAnsi="Wiener Melange" w:cs="Wiener Melange"/>
          <w:sz w:val="24"/>
          <w:szCs w:val="24"/>
          <w:lang w:val="de-DE"/>
        </w:rPr>
        <w:t xml:space="preserve"> </w:t>
      </w:r>
      <w:r w:rsidR="305DD4C6" w:rsidRPr="507391C7">
        <w:rPr>
          <w:rFonts w:ascii="Wiener Melange" w:eastAsia="Wiener Melange" w:hAnsi="Wiener Melange" w:cs="Wiener Melange"/>
          <w:sz w:val="24"/>
          <w:szCs w:val="24"/>
          <w:lang w:val="de-DE"/>
        </w:rPr>
        <w:t xml:space="preserve">Er hat seinen Humor nicht verloren. </w:t>
      </w:r>
      <w:r w:rsidR="553737F4" w:rsidRPr="507391C7">
        <w:rPr>
          <w:rFonts w:ascii="Wiener Melange" w:eastAsia="Wiener Melange" w:hAnsi="Wiener Melange" w:cs="Wiener Melange"/>
          <w:sz w:val="24"/>
          <w:szCs w:val="24"/>
          <w:lang w:val="de-DE"/>
        </w:rPr>
        <w:t>Aber bis er die Klinik verlassen kann, liegt noch ein längerer Weg vor ihm.</w:t>
      </w:r>
    </w:p>
    <w:p w14:paraId="07149FC8" w14:textId="0D30A2D4" w:rsidR="3147FAF7" w:rsidRDefault="00B76347" w:rsidP="23FE564F">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A60E93">
        <w:rPr>
          <w:lang w:val="de-DE"/>
        </w:rPr>
        <w:t xml:space="preserve"> </w:t>
      </w:r>
      <w:r w:rsidR="453E85BC" w:rsidRPr="507391C7">
        <w:rPr>
          <w:rFonts w:ascii="Wiener Melange" w:eastAsia="Wiener Melange" w:hAnsi="Wiener Melange" w:cs="Wiener Melange"/>
          <w:sz w:val="24"/>
          <w:szCs w:val="24"/>
          <w:lang w:val="de-DE"/>
        </w:rPr>
        <w:t>Während Rajko sich weiter erholt, versuch</w:t>
      </w:r>
      <w:r w:rsidR="5704294A" w:rsidRPr="507391C7">
        <w:rPr>
          <w:rFonts w:ascii="Wiener Melange" w:eastAsia="Wiener Melange" w:hAnsi="Wiener Melange" w:cs="Wiener Melange"/>
          <w:sz w:val="24"/>
          <w:szCs w:val="24"/>
          <w:lang w:val="de-DE"/>
        </w:rPr>
        <w:t>en</w:t>
      </w:r>
      <w:r w:rsidR="453E85BC" w:rsidRPr="507391C7">
        <w:rPr>
          <w:rFonts w:ascii="Wiener Melange" w:eastAsia="Wiener Melange" w:hAnsi="Wiener Melange" w:cs="Wiener Melange"/>
          <w:sz w:val="24"/>
          <w:szCs w:val="24"/>
          <w:lang w:val="de-DE"/>
        </w:rPr>
        <w:t xml:space="preserve"> </w:t>
      </w:r>
      <w:r w:rsidR="7AFFA907" w:rsidRPr="507391C7">
        <w:rPr>
          <w:rFonts w:ascii="Wiener Melange" w:eastAsia="Wiener Melange" w:hAnsi="Wiener Melange" w:cs="Wiener Melange"/>
          <w:sz w:val="24"/>
          <w:szCs w:val="24"/>
          <w:lang w:val="de-DE"/>
        </w:rPr>
        <w:t xml:space="preserve">er </w:t>
      </w:r>
      <w:r w:rsidR="379E41FE" w:rsidRPr="507391C7">
        <w:rPr>
          <w:rFonts w:ascii="Wiener Melange" w:eastAsia="Wiener Melange" w:hAnsi="Wiener Melange" w:cs="Wiener Melange"/>
          <w:sz w:val="24"/>
          <w:szCs w:val="24"/>
          <w:lang w:val="de-DE"/>
        </w:rPr>
        <w:t>und seine</w:t>
      </w:r>
      <w:r w:rsidR="453E85BC" w:rsidRPr="507391C7">
        <w:rPr>
          <w:rFonts w:ascii="Wiener Melange" w:eastAsia="Wiener Melange" w:hAnsi="Wiener Melange" w:cs="Wiener Melange"/>
          <w:sz w:val="24"/>
          <w:szCs w:val="24"/>
          <w:lang w:val="de-DE"/>
        </w:rPr>
        <w:t xml:space="preserve"> </w:t>
      </w:r>
      <w:r w:rsidR="379E41FE" w:rsidRPr="507391C7">
        <w:rPr>
          <w:rFonts w:ascii="Wiener Melange" w:eastAsia="Wiener Melange" w:hAnsi="Wiener Melange" w:cs="Wiener Melange"/>
          <w:sz w:val="24"/>
          <w:szCs w:val="24"/>
          <w:lang w:val="de-DE"/>
        </w:rPr>
        <w:t xml:space="preserve">Familie </w:t>
      </w:r>
      <w:r w:rsidR="453E85BC" w:rsidRPr="507391C7">
        <w:rPr>
          <w:rFonts w:ascii="Wiener Melange" w:eastAsia="Wiener Melange" w:hAnsi="Wiener Melange" w:cs="Wiener Melange"/>
          <w:sz w:val="24"/>
          <w:szCs w:val="24"/>
          <w:lang w:val="de-DE"/>
        </w:rPr>
        <w:t>zu verstehen, was an diesem Tag überhaupt passiert ist.</w:t>
      </w:r>
      <w:r w:rsidR="2978516D"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Viele Teile der Rettung</w:t>
      </w:r>
      <w:r w:rsidR="32012C5B" w:rsidRPr="507391C7">
        <w:rPr>
          <w:rFonts w:ascii="Wiener Melange" w:eastAsia="Wiener Melange" w:hAnsi="Wiener Melange" w:cs="Wiener Melange"/>
          <w:sz w:val="24"/>
          <w:szCs w:val="24"/>
          <w:lang w:val="de-DE"/>
        </w:rPr>
        <w:t xml:space="preserve">skette </w:t>
      </w:r>
      <w:r w:rsidR="453E85BC" w:rsidRPr="507391C7">
        <w:rPr>
          <w:rFonts w:ascii="Wiener Melange" w:eastAsia="Wiener Melange" w:hAnsi="Wiener Melange" w:cs="Wiener Melange"/>
          <w:sz w:val="24"/>
          <w:szCs w:val="24"/>
          <w:lang w:val="de-DE"/>
        </w:rPr>
        <w:t xml:space="preserve">hat </w:t>
      </w:r>
      <w:r w:rsidR="2C6F57BF" w:rsidRPr="507391C7">
        <w:rPr>
          <w:rFonts w:ascii="Wiener Melange" w:eastAsia="Wiener Melange" w:hAnsi="Wiener Melange" w:cs="Wiener Melange"/>
          <w:sz w:val="24"/>
          <w:szCs w:val="24"/>
          <w:lang w:val="de-DE"/>
        </w:rPr>
        <w:t xml:space="preserve">Daniel </w:t>
      </w:r>
      <w:r w:rsidR="453E85BC" w:rsidRPr="507391C7">
        <w:rPr>
          <w:rFonts w:ascii="Wiener Melange" w:eastAsia="Wiener Melange" w:hAnsi="Wiener Melange" w:cs="Wiener Melange"/>
          <w:sz w:val="24"/>
          <w:szCs w:val="24"/>
          <w:lang w:val="de-DE"/>
        </w:rPr>
        <w:t>erlebt.</w:t>
      </w:r>
      <w:r w:rsidR="256CB1EA"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 xml:space="preserve">Andere </w:t>
      </w:r>
      <w:r w:rsidR="777A30F2" w:rsidRPr="507391C7">
        <w:rPr>
          <w:rFonts w:ascii="Wiener Melange" w:eastAsia="Wiener Melange" w:hAnsi="Wiener Melange" w:cs="Wiener Melange"/>
          <w:sz w:val="24"/>
          <w:szCs w:val="24"/>
          <w:lang w:val="de-DE"/>
        </w:rPr>
        <w:t>Teile kenn</w:t>
      </w:r>
      <w:r w:rsidR="353FA850" w:rsidRPr="507391C7">
        <w:rPr>
          <w:rFonts w:ascii="Wiener Melange" w:eastAsia="Wiener Melange" w:hAnsi="Wiener Melange" w:cs="Wiener Melange"/>
          <w:sz w:val="24"/>
          <w:szCs w:val="24"/>
          <w:lang w:val="de-DE"/>
        </w:rPr>
        <w:t>t</w:t>
      </w:r>
      <w:r w:rsidR="777A30F2" w:rsidRPr="507391C7">
        <w:rPr>
          <w:rFonts w:ascii="Wiener Melange" w:eastAsia="Wiener Melange" w:hAnsi="Wiener Melange" w:cs="Wiener Melange"/>
          <w:sz w:val="24"/>
          <w:szCs w:val="24"/>
          <w:lang w:val="de-DE"/>
        </w:rPr>
        <w:t xml:space="preserve"> </w:t>
      </w:r>
      <w:r w:rsidR="6D3DFF93" w:rsidRPr="507391C7">
        <w:rPr>
          <w:rFonts w:ascii="Wiener Melange" w:eastAsia="Wiener Melange" w:hAnsi="Wiener Melange" w:cs="Wiener Melange"/>
          <w:sz w:val="24"/>
          <w:szCs w:val="24"/>
          <w:lang w:val="de-DE"/>
        </w:rPr>
        <w:t xml:space="preserve">er </w:t>
      </w:r>
      <w:r w:rsidR="453E85BC" w:rsidRPr="507391C7">
        <w:rPr>
          <w:rFonts w:ascii="Wiener Melange" w:eastAsia="Wiener Melange" w:hAnsi="Wiener Melange" w:cs="Wiener Melange"/>
          <w:sz w:val="24"/>
          <w:szCs w:val="24"/>
          <w:lang w:val="de-DE"/>
        </w:rPr>
        <w:t>nur aus den Erzählungen der Menschen, die dabei waren.</w:t>
      </w:r>
    </w:p>
    <w:p w14:paraId="3E90AA9F" w14:textId="33792D9D" w:rsidR="3147FAF7"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A60E93">
        <w:rPr>
          <w:lang w:val="de-DE"/>
        </w:rPr>
        <w:t xml:space="preserve"> </w:t>
      </w:r>
      <w:r w:rsidR="453E85BC" w:rsidRPr="507391C7">
        <w:rPr>
          <w:rFonts w:ascii="Wiener Melange" w:eastAsia="Wiener Melange" w:hAnsi="Wiener Melange" w:cs="Wiener Melange"/>
          <w:sz w:val="24"/>
          <w:szCs w:val="24"/>
          <w:lang w:val="de-DE"/>
        </w:rPr>
        <w:t>Später tr</w:t>
      </w:r>
      <w:r w:rsidR="094A7BC0" w:rsidRPr="507391C7">
        <w:rPr>
          <w:rFonts w:ascii="Wiener Melange" w:eastAsia="Wiener Melange" w:hAnsi="Wiener Melange" w:cs="Wiener Melange"/>
          <w:sz w:val="24"/>
          <w:szCs w:val="24"/>
          <w:lang w:val="de-DE"/>
        </w:rPr>
        <w:t>effen Daniel und Rajko</w:t>
      </w:r>
      <w:r w:rsidR="453E85BC" w:rsidRPr="507391C7">
        <w:rPr>
          <w:rFonts w:ascii="Wiener Melange" w:eastAsia="Wiener Melange" w:hAnsi="Wiener Melange" w:cs="Wiener Melange"/>
          <w:sz w:val="24"/>
          <w:szCs w:val="24"/>
          <w:lang w:val="de-DE"/>
        </w:rPr>
        <w:t xml:space="preserve"> die beiden Sanitäter wieder, die als Erste bei </w:t>
      </w:r>
      <w:r w:rsidR="39D98D18" w:rsidRPr="507391C7">
        <w:rPr>
          <w:rFonts w:ascii="Wiener Melange" w:eastAsia="Wiener Melange" w:hAnsi="Wiener Melange" w:cs="Wiener Melange"/>
          <w:sz w:val="24"/>
          <w:szCs w:val="24"/>
          <w:lang w:val="de-DE"/>
        </w:rPr>
        <w:t xml:space="preserve">Rajko </w:t>
      </w:r>
      <w:r w:rsidR="453E85BC" w:rsidRPr="507391C7">
        <w:rPr>
          <w:rFonts w:ascii="Wiener Melange" w:eastAsia="Wiener Melange" w:hAnsi="Wiener Melange" w:cs="Wiener Melange"/>
          <w:sz w:val="24"/>
          <w:szCs w:val="24"/>
          <w:lang w:val="de-DE"/>
        </w:rPr>
        <w:t>waren und sofort mit der Reanimation begonnen haben.</w:t>
      </w:r>
    </w:p>
    <w:p w14:paraId="2F193059" w14:textId="3E04E7EF" w:rsidR="00A60E93" w:rsidRDefault="00A60E93" w:rsidP="5957DE13">
      <w:pPr>
        <w:spacing w:before="240" w:after="240"/>
        <w:rPr>
          <w:rFonts w:ascii="Wiener Melange" w:eastAsia="Wiener Melange" w:hAnsi="Wiener Melange" w:cs="Wiener Melange"/>
          <w:sz w:val="24"/>
          <w:szCs w:val="24"/>
          <w:lang w:val="de-DE"/>
        </w:rPr>
      </w:pPr>
      <w:r w:rsidRPr="00A60E93">
        <w:rPr>
          <w:rFonts w:ascii="Wiener Melange" w:eastAsia="Wiener Melange" w:hAnsi="Wiener Melange" w:cs="Wiener Melange"/>
          <w:b/>
          <w:bCs/>
          <w:sz w:val="24"/>
          <w:szCs w:val="24"/>
          <w:lang w:val="de-DE"/>
        </w:rPr>
        <w:t>Daniel:</w:t>
      </w:r>
      <w:r>
        <w:rPr>
          <w:rFonts w:ascii="Wiener Melange" w:eastAsia="Wiener Melange" w:hAnsi="Wiener Melange" w:cs="Wiener Melange"/>
          <w:sz w:val="24"/>
          <w:szCs w:val="24"/>
          <w:lang w:val="de-DE"/>
        </w:rPr>
        <w:t xml:space="preserve"> </w:t>
      </w:r>
      <w:r w:rsidRPr="507391C7">
        <w:rPr>
          <w:rFonts w:ascii="Wiener Melange" w:eastAsia="Wiener Melange" w:hAnsi="Wiener Melange" w:cs="Wiener Melange"/>
          <w:sz w:val="24"/>
          <w:szCs w:val="24"/>
          <w:lang w:val="de-DE"/>
        </w:rPr>
        <w:t xml:space="preserve">Also Respekt an, also dieser Hut ab. Also das ist, ich weiß nicht, was ich sagen soll, aber das ist so ein harter Beruf. Und Gott sei Dank sind die da. Gott sei Dank gibt's diesen </w:t>
      </w:r>
      <w:r w:rsidRPr="507391C7">
        <w:rPr>
          <w:rFonts w:ascii="Wiener Melange" w:eastAsia="Wiener Melange" w:hAnsi="Wiener Melange" w:cs="Wiener Melange"/>
          <w:sz w:val="24"/>
          <w:szCs w:val="24"/>
          <w:lang w:val="de-DE"/>
        </w:rPr>
        <w:lastRenderedPageBreak/>
        <w:t>Beruf und die Rettungskräfte, die immer da sind und den Leuten helfen. Respekt, wirklich Respekt an die.</w:t>
      </w:r>
    </w:p>
    <w:p w14:paraId="11CB6675" w14:textId="5DA295DE" w:rsidR="3147FAF7" w:rsidRDefault="00B76347" w:rsidP="23FE564F">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A60E93">
        <w:rPr>
          <w:lang w:val="de-DE"/>
        </w:rPr>
        <w:t xml:space="preserve"> </w:t>
      </w:r>
      <w:r w:rsidR="499FE5E1" w:rsidRPr="00BE617F">
        <w:rPr>
          <w:rFonts w:ascii="Wiener Melange" w:eastAsia="Wiener Melange" w:hAnsi="Wiener Melange" w:cs="Wiener Melange"/>
          <w:sz w:val="24"/>
          <w:szCs w:val="24"/>
          <w:lang w:val="de-DE"/>
        </w:rPr>
        <w:t>Die Sanitäter erzählen Daniel, was er bislang noch nicht wusste...</w:t>
      </w:r>
      <w:r w:rsidR="453E85BC" w:rsidRPr="507391C7">
        <w:rPr>
          <w:rFonts w:ascii="Wiener Melange" w:eastAsia="Wiener Melange" w:hAnsi="Wiener Melange" w:cs="Wiener Melange"/>
          <w:sz w:val="24"/>
          <w:szCs w:val="24"/>
          <w:lang w:val="de-DE"/>
        </w:rPr>
        <w:t>Nach dem ersten Herzstillstand wird Rajko reanimiert und kommt kurz wieder zu sich.</w:t>
      </w:r>
      <w:r w:rsidR="083D8029"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Noch im Rettungswagen bedankt er sich bei den Sanitätern dafür, dass sie ihn zurückgeholt haben.</w:t>
      </w:r>
      <w:r w:rsidR="0787A720"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Nur wenige Minuten später bleibt sein Herz ein zweites Mal stehen.</w:t>
      </w:r>
    </w:p>
    <w:p w14:paraId="5CA84F1E" w14:textId="0FC2191F" w:rsidR="3147FAF7"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A60E93">
        <w:rPr>
          <w:lang w:val="de-DE"/>
        </w:rPr>
        <w:t xml:space="preserve"> </w:t>
      </w:r>
      <w:r w:rsidR="453E85BC" w:rsidRPr="507391C7">
        <w:rPr>
          <w:rFonts w:ascii="Wiener Melange" w:eastAsia="Wiener Melange" w:hAnsi="Wiener Melange" w:cs="Wiener Melange"/>
          <w:sz w:val="24"/>
          <w:szCs w:val="24"/>
          <w:lang w:val="de-DE"/>
        </w:rPr>
        <w:t>Für Rajko selbst fehlen große Teile dieses Tages.</w:t>
      </w:r>
      <w:r w:rsidR="789ABDC8"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 xml:space="preserve">Daniel dagegen erinnert </w:t>
      </w:r>
      <w:r w:rsidR="5B0C0397" w:rsidRPr="507391C7">
        <w:rPr>
          <w:rFonts w:ascii="Wiener Melange" w:eastAsia="Wiener Melange" w:hAnsi="Wiener Melange" w:cs="Wiener Melange"/>
          <w:sz w:val="24"/>
          <w:szCs w:val="24"/>
          <w:lang w:val="de-DE"/>
        </w:rPr>
        <w:t>a</w:t>
      </w:r>
      <w:r w:rsidR="453E85BC" w:rsidRPr="507391C7">
        <w:rPr>
          <w:rFonts w:ascii="Wiener Melange" w:eastAsia="Wiener Melange" w:hAnsi="Wiener Melange" w:cs="Wiener Melange"/>
          <w:sz w:val="24"/>
          <w:szCs w:val="24"/>
          <w:lang w:val="de-DE"/>
        </w:rPr>
        <w:t>n das Warten vor dem Rettungswagen.</w:t>
      </w:r>
      <w:r w:rsidR="554D8866"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An das kleine Fenster in der Trennwand.</w:t>
      </w:r>
      <w:r w:rsidR="169D3313"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An die Reanimation.</w:t>
      </w:r>
      <w:r w:rsidR="22B2208E"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Und an den Gedanken, dass sein Vater sterben könnte.</w:t>
      </w:r>
    </w:p>
    <w:p w14:paraId="341D9AF7" w14:textId="321DD0C9" w:rsidR="00A60E93" w:rsidRDefault="00A60E93" w:rsidP="5957DE13">
      <w:pPr>
        <w:spacing w:before="240" w:after="240"/>
        <w:rPr>
          <w:rFonts w:ascii="Wiener Melange" w:eastAsia="Wiener Melange" w:hAnsi="Wiener Melange" w:cs="Wiener Melange"/>
          <w:sz w:val="24"/>
          <w:szCs w:val="24"/>
          <w:lang w:val="de-DE"/>
        </w:rPr>
      </w:pPr>
      <w:r w:rsidRPr="00A60E93">
        <w:rPr>
          <w:rFonts w:ascii="Wiener Melange" w:eastAsia="Wiener Melange" w:hAnsi="Wiener Melange" w:cs="Wiener Melange"/>
          <w:b/>
          <w:bCs/>
          <w:sz w:val="24"/>
          <w:szCs w:val="24"/>
          <w:lang w:val="de-DE"/>
        </w:rPr>
        <w:t>Daniel:</w:t>
      </w:r>
      <w:r>
        <w:rPr>
          <w:rFonts w:ascii="Wiener Melange" w:eastAsia="Wiener Melange" w:hAnsi="Wiener Melange" w:cs="Wiener Melange"/>
          <w:sz w:val="24"/>
          <w:szCs w:val="24"/>
          <w:lang w:val="de-DE"/>
        </w:rPr>
        <w:t xml:space="preserve"> </w:t>
      </w:r>
      <w:r w:rsidRPr="507391C7">
        <w:rPr>
          <w:rFonts w:ascii="Wiener Melange" w:eastAsia="Wiener Melange" w:hAnsi="Wiener Melange" w:cs="Wiener Melange"/>
          <w:sz w:val="24"/>
          <w:szCs w:val="24"/>
          <w:lang w:val="de-DE"/>
        </w:rPr>
        <w:t xml:space="preserve">Ja, er hätte sterben können. Das ist das. Ich </w:t>
      </w:r>
      <w:proofErr w:type="gramStart"/>
      <w:r w:rsidRPr="507391C7">
        <w:rPr>
          <w:rFonts w:ascii="Wiener Melange" w:eastAsia="Wiener Melange" w:hAnsi="Wiener Melange" w:cs="Wiener Melange"/>
          <w:sz w:val="24"/>
          <w:szCs w:val="24"/>
          <w:lang w:val="de-DE"/>
        </w:rPr>
        <w:t>hab</w:t>
      </w:r>
      <w:proofErr w:type="gramEnd"/>
      <w:r w:rsidRPr="507391C7">
        <w:rPr>
          <w:rFonts w:ascii="Wiener Melange" w:eastAsia="Wiener Melange" w:hAnsi="Wiener Melange" w:cs="Wiener Melange"/>
          <w:sz w:val="24"/>
          <w:szCs w:val="24"/>
          <w:lang w:val="de-DE"/>
        </w:rPr>
        <w:t xml:space="preserve">, ich sag's ihnen so wie es ist: Wo ich gesehen hab, dass er reanimiert worden ist, ich </w:t>
      </w:r>
      <w:proofErr w:type="gramStart"/>
      <w:r w:rsidRPr="507391C7">
        <w:rPr>
          <w:rFonts w:ascii="Wiener Melange" w:eastAsia="Wiener Melange" w:hAnsi="Wiener Melange" w:cs="Wiener Melange"/>
          <w:sz w:val="24"/>
          <w:szCs w:val="24"/>
          <w:lang w:val="de-DE"/>
        </w:rPr>
        <w:t>hab</w:t>
      </w:r>
      <w:proofErr w:type="gramEnd"/>
      <w:r w:rsidRPr="507391C7">
        <w:rPr>
          <w:rFonts w:ascii="Wiener Melange" w:eastAsia="Wiener Melange" w:hAnsi="Wiener Melange" w:cs="Wiener Melange"/>
          <w:sz w:val="24"/>
          <w:szCs w:val="24"/>
          <w:lang w:val="de-DE"/>
        </w:rPr>
        <w:t xml:space="preserve"> schon den Sarg gesehen. Ich </w:t>
      </w:r>
      <w:proofErr w:type="gramStart"/>
      <w:r w:rsidRPr="507391C7">
        <w:rPr>
          <w:rFonts w:ascii="Wiener Melange" w:eastAsia="Wiener Melange" w:hAnsi="Wiener Melange" w:cs="Wiener Melange"/>
          <w:sz w:val="24"/>
          <w:szCs w:val="24"/>
          <w:lang w:val="de-DE"/>
        </w:rPr>
        <w:t>hab</w:t>
      </w:r>
      <w:proofErr w:type="gramEnd"/>
      <w:r w:rsidRPr="507391C7">
        <w:rPr>
          <w:rFonts w:ascii="Wiener Melange" w:eastAsia="Wiener Melange" w:hAnsi="Wiener Melange" w:cs="Wiener Melange"/>
          <w:sz w:val="24"/>
          <w:szCs w:val="24"/>
          <w:lang w:val="de-DE"/>
        </w:rPr>
        <w:t xml:space="preserve"> schon den Friedhof gesehen. Ich </w:t>
      </w:r>
      <w:proofErr w:type="gramStart"/>
      <w:r w:rsidRPr="507391C7">
        <w:rPr>
          <w:rFonts w:ascii="Wiener Melange" w:eastAsia="Wiener Melange" w:hAnsi="Wiener Melange" w:cs="Wiener Melange"/>
          <w:sz w:val="24"/>
          <w:szCs w:val="24"/>
          <w:lang w:val="de-DE"/>
        </w:rPr>
        <w:t>hab</w:t>
      </w:r>
      <w:proofErr w:type="gramEnd"/>
      <w:r w:rsidRPr="507391C7">
        <w:rPr>
          <w:rFonts w:ascii="Wiener Melange" w:eastAsia="Wiener Melange" w:hAnsi="Wiener Melange" w:cs="Wiener Melange"/>
          <w:sz w:val="24"/>
          <w:szCs w:val="24"/>
          <w:lang w:val="de-DE"/>
        </w:rPr>
        <w:t xml:space="preserve"> schlechte negative Sachen gedacht.</w:t>
      </w:r>
    </w:p>
    <w:p w14:paraId="2D1B64C2" w14:textId="63B252B3" w:rsidR="3147FAF7"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A60E93">
        <w:rPr>
          <w:lang w:val="de-DE"/>
        </w:rPr>
        <w:t xml:space="preserve"> </w:t>
      </w:r>
      <w:r w:rsidR="453E85BC" w:rsidRPr="507391C7">
        <w:rPr>
          <w:rFonts w:ascii="Wiener Melange" w:eastAsia="Wiener Melange" w:hAnsi="Wiener Melange" w:cs="Wiener Melange"/>
          <w:sz w:val="24"/>
          <w:szCs w:val="24"/>
          <w:lang w:val="de-DE"/>
        </w:rPr>
        <w:t>Diese Bilder verschwinden nicht einfach, nur weil der medizinische Notfall vorbei ist.</w:t>
      </w:r>
      <w:r w:rsidR="53729458"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Auch Angehörige müssen das Erlebte erst verarbeiten.</w:t>
      </w:r>
    </w:p>
    <w:p w14:paraId="61EF2CD0" w14:textId="0F86F8D6" w:rsidR="3147FAF7"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A60E93">
        <w:rPr>
          <w:lang w:val="de-DE"/>
        </w:rPr>
        <w:t xml:space="preserve"> </w:t>
      </w:r>
      <w:r w:rsidR="00A60E93">
        <w:rPr>
          <w:rFonts w:ascii="Wiener Melange" w:eastAsia="Wiener Melange" w:hAnsi="Wiener Melange" w:cs="Wiener Melange"/>
          <w:sz w:val="24"/>
          <w:szCs w:val="24"/>
          <w:lang w:val="de-DE"/>
        </w:rPr>
        <w:t>Heute stehen b</w:t>
      </w:r>
      <w:r w:rsidR="453E85BC" w:rsidRPr="507391C7">
        <w:rPr>
          <w:rFonts w:ascii="Wiener Melange" w:eastAsia="Wiener Melange" w:hAnsi="Wiener Melange" w:cs="Wiener Melange"/>
          <w:sz w:val="24"/>
          <w:szCs w:val="24"/>
          <w:lang w:val="de-DE"/>
        </w:rPr>
        <w:t xml:space="preserve">ei Daniel andere </w:t>
      </w:r>
      <w:r w:rsidR="00A60E93" w:rsidRPr="507391C7">
        <w:rPr>
          <w:rFonts w:ascii="Wiener Melange" w:eastAsia="Wiener Melange" w:hAnsi="Wiener Melange" w:cs="Wiener Melange"/>
          <w:sz w:val="24"/>
          <w:szCs w:val="24"/>
          <w:lang w:val="de-DE"/>
        </w:rPr>
        <w:t>Bilder</w:t>
      </w:r>
      <w:r w:rsidR="00A60E93">
        <w:rPr>
          <w:rFonts w:ascii="Wiener Melange" w:eastAsia="Wiener Melange" w:hAnsi="Wiener Melange" w:cs="Wiener Melange"/>
          <w:sz w:val="24"/>
          <w:szCs w:val="24"/>
          <w:lang w:val="de-DE"/>
        </w:rPr>
        <w:t xml:space="preserve"> im Vordergrund</w:t>
      </w:r>
      <w:r w:rsidR="453E85BC" w:rsidRPr="507391C7">
        <w:rPr>
          <w:rFonts w:ascii="Wiener Melange" w:eastAsia="Wiener Melange" w:hAnsi="Wiener Melange" w:cs="Wiener Melange"/>
          <w:sz w:val="24"/>
          <w:szCs w:val="24"/>
          <w:lang w:val="de-DE"/>
        </w:rPr>
        <w:t>.</w:t>
      </w:r>
      <w:r w:rsidR="16283CFA"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Vor allem der Moment, in dem er wieder mit seinem Vater sprechen kann.</w:t>
      </w:r>
    </w:p>
    <w:p w14:paraId="5C1BC907" w14:textId="0FF06A8E" w:rsidR="00A60E93" w:rsidRDefault="00A60E93" w:rsidP="5957DE13">
      <w:pPr>
        <w:spacing w:before="240" w:after="240"/>
        <w:rPr>
          <w:rFonts w:ascii="Wiener Melange" w:eastAsia="Wiener Melange" w:hAnsi="Wiener Melange" w:cs="Wiener Melange"/>
          <w:sz w:val="24"/>
          <w:szCs w:val="24"/>
          <w:lang w:val="de-DE"/>
        </w:rPr>
      </w:pPr>
      <w:r w:rsidRPr="00A60E93">
        <w:rPr>
          <w:rFonts w:ascii="Wiener Melange" w:eastAsia="Wiener Melange" w:hAnsi="Wiener Melange" w:cs="Wiener Melange"/>
          <w:b/>
          <w:bCs/>
          <w:sz w:val="24"/>
          <w:szCs w:val="24"/>
          <w:lang w:val="de-DE"/>
        </w:rPr>
        <w:t>Daniel:</w:t>
      </w:r>
      <w:r>
        <w:rPr>
          <w:rFonts w:ascii="Wiener Melange" w:eastAsia="Wiener Melange" w:hAnsi="Wiener Melange" w:cs="Wiener Melange"/>
          <w:sz w:val="24"/>
          <w:szCs w:val="24"/>
          <w:lang w:val="de-DE"/>
        </w:rPr>
        <w:t xml:space="preserve"> </w:t>
      </w:r>
      <w:r w:rsidRPr="507391C7">
        <w:rPr>
          <w:rFonts w:ascii="Wiener Melange" w:eastAsia="Wiener Melange" w:hAnsi="Wiener Melange" w:cs="Wiener Melange"/>
          <w:sz w:val="24"/>
          <w:szCs w:val="24"/>
          <w:lang w:val="de-DE"/>
        </w:rPr>
        <w:t>Ja, wo er aufgestanden ist. Wo er nach dem Koma aufgestanden ist und mit ihm, da konnte ich wieder mit ihm reden. Und das war wirklich ein sehr, sehr schönes Gefühl. Das hat die ganze Last, wie soll ich sagen, weggedrückt. Ja. Und das werde ich nicht vergessen.</w:t>
      </w:r>
    </w:p>
    <w:p w14:paraId="62832981" w14:textId="1ACB33AF" w:rsidR="453E85BC" w:rsidRDefault="00B76347" w:rsidP="23FE564F">
      <w:pPr>
        <w:spacing w:after="160" w:line="257" w:lineRule="auto"/>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A60E93">
        <w:rPr>
          <w:lang w:val="de-DE"/>
        </w:rPr>
        <w:t xml:space="preserve"> </w:t>
      </w:r>
      <w:r w:rsidR="453E85BC" w:rsidRPr="507391C7">
        <w:rPr>
          <w:rFonts w:ascii="Wiener Melange" w:eastAsia="Wiener Melange" w:hAnsi="Wiener Melange" w:cs="Wiener Melange"/>
          <w:sz w:val="24"/>
          <w:szCs w:val="24"/>
          <w:lang w:val="de-DE"/>
        </w:rPr>
        <w:t xml:space="preserve">Zwischen diesen beiden Bildern liegen nur wenige </w:t>
      </w:r>
      <w:r w:rsidR="38F0AC6B" w:rsidRPr="507391C7">
        <w:rPr>
          <w:rFonts w:ascii="Wiener Melange" w:eastAsia="Wiener Melange" w:hAnsi="Wiener Melange" w:cs="Wiener Melange"/>
          <w:sz w:val="24"/>
          <w:szCs w:val="24"/>
          <w:lang w:val="de-DE"/>
        </w:rPr>
        <w:t>Stunden</w:t>
      </w:r>
      <w:r w:rsidR="453E85BC" w:rsidRPr="507391C7">
        <w:rPr>
          <w:rFonts w:ascii="Wiener Melange" w:eastAsia="Wiener Melange" w:hAnsi="Wiener Melange" w:cs="Wiener Melange"/>
          <w:sz w:val="24"/>
          <w:szCs w:val="24"/>
          <w:lang w:val="de-DE"/>
        </w:rPr>
        <w:t>.</w:t>
      </w:r>
      <w:r w:rsidR="15B4EEA6"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Auf der einen Seite Daniel vor dem Rettungswagen, überzeugt davon, seinen Vater zu verlieren.</w:t>
      </w:r>
      <w:r w:rsidR="117471AD"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Auf der anderen Seite ein Gespräch auf der Intensivstation.</w:t>
      </w:r>
      <w:r w:rsidR="4A6AF879" w:rsidRPr="507391C7">
        <w:rPr>
          <w:rFonts w:ascii="Wiener Melange" w:eastAsia="Wiener Melange" w:hAnsi="Wiener Melange" w:cs="Wiener Melange"/>
          <w:sz w:val="24"/>
          <w:szCs w:val="24"/>
          <w:lang w:val="de-DE"/>
        </w:rPr>
        <w:t xml:space="preserve"> Um einen Menschen mit akutem Herzinfarkt zu versorgen, sind in den ersten 6 Stunden bis zu 30 Menschen und unterschiedlichste</w:t>
      </w:r>
      <w:r w:rsidR="7D307DDE" w:rsidRPr="507391C7">
        <w:rPr>
          <w:rFonts w:ascii="Wiener Melange" w:eastAsia="Wiener Melange" w:hAnsi="Wiener Melange" w:cs="Wiener Melange"/>
          <w:sz w:val="24"/>
          <w:szCs w:val="24"/>
          <w:lang w:val="de-DE"/>
        </w:rPr>
        <w:t>r</w:t>
      </w:r>
      <w:r w:rsidR="4A6AF879" w:rsidRPr="507391C7">
        <w:rPr>
          <w:rFonts w:ascii="Wiener Melange" w:eastAsia="Wiener Melange" w:hAnsi="Wiener Melange" w:cs="Wiener Melange"/>
          <w:sz w:val="24"/>
          <w:szCs w:val="24"/>
          <w:lang w:val="de-DE"/>
        </w:rPr>
        <w:t xml:space="preserve"> Berufsgruppen beteiligt: Sanitäter*innen, </w:t>
      </w:r>
      <w:proofErr w:type="spellStart"/>
      <w:r w:rsidR="4A6AF879" w:rsidRPr="507391C7">
        <w:rPr>
          <w:rFonts w:ascii="Wiener Melange" w:eastAsia="Wiener Melange" w:hAnsi="Wiener Melange" w:cs="Wiener Melange"/>
          <w:sz w:val="24"/>
          <w:szCs w:val="24"/>
          <w:lang w:val="de-DE"/>
        </w:rPr>
        <w:t>Notärzt</w:t>
      </w:r>
      <w:proofErr w:type="spellEnd"/>
      <w:r w:rsidR="4A6AF879" w:rsidRPr="507391C7">
        <w:rPr>
          <w:rFonts w:ascii="Wiener Melange" w:eastAsia="Wiener Melange" w:hAnsi="Wiener Melange" w:cs="Wiener Melange"/>
          <w:sz w:val="24"/>
          <w:szCs w:val="24"/>
          <w:lang w:val="de-DE"/>
        </w:rPr>
        <w:t>*innen, Kardiolog*innen, Pflege</w:t>
      </w:r>
      <w:r w:rsidR="7A2F76B3" w:rsidRPr="507391C7">
        <w:rPr>
          <w:rFonts w:ascii="Wiener Melange" w:eastAsia="Wiener Melange" w:hAnsi="Wiener Melange" w:cs="Wiener Melange"/>
          <w:sz w:val="24"/>
          <w:szCs w:val="24"/>
          <w:lang w:val="de-DE"/>
        </w:rPr>
        <w:t>kräfte</w:t>
      </w:r>
      <w:r w:rsidR="4A6AF879" w:rsidRPr="507391C7">
        <w:rPr>
          <w:rFonts w:ascii="Wiener Melange" w:eastAsia="Wiener Melange" w:hAnsi="Wiener Melange" w:cs="Wiener Melange"/>
          <w:sz w:val="24"/>
          <w:szCs w:val="24"/>
          <w:lang w:val="de-DE"/>
        </w:rPr>
        <w:t xml:space="preserve">, </w:t>
      </w:r>
      <w:r w:rsidR="6143C38C" w:rsidRPr="507391C7">
        <w:rPr>
          <w:rFonts w:ascii="Wiener Melange" w:eastAsia="Wiener Melange" w:hAnsi="Wiener Melange" w:cs="Wiener Melange"/>
          <w:sz w:val="24"/>
          <w:szCs w:val="24"/>
          <w:lang w:val="de-DE"/>
        </w:rPr>
        <w:t>Radiologietechnolog*innen</w:t>
      </w:r>
      <w:r w:rsidR="4A6AF879" w:rsidRPr="507391C7">
        <w:rPr>
          <w:rFonts w:ascii="Wiener Melange" w:eastAsia="Wiener Melange" w:hAnsi="Wiener Melange" w:cs="Wiener Melange"/>
          <w:sz w:val="24"/>
          <w:szCs w:val="24"/>
          <w:lang w:val="de-DE"/>
        </w:rPr>
        <w:t xml:space="preserve">, Reinigungskräfte, Träger*innen </w:t>
      </w:r>
      <w:r w:rsidR="0E8022CB" w:rsidRPr="507391C7">
        <w:rPr>
          <w:rFonts w:ascii="Wiener Melange" w:eastAsia="Wiener Melange" w:hAnsi="Wiener Melange" w:cs="Wiener Melange"/>
          <w:sz w:val="24"/>
          <w:szCs w:val="24"/>
          <w:lang w:val="de-DE"/>
        </w:rPr>
        <w:t>sowie technische Mitarbeiter*innen – in der Klinik Floridsdorf auch die Betriebsfeuerwehr, die den Hubschrauberlandeplatz absichert.</w:t>
      </w:r>
    </w:p>
    <w:p w14:paraId="19EB88DA" w14:textId="5C9B30FC" w:rsidR="3147FAF7"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A60E93">
        <w:rPr>
          <w:lang w:val="de-DE"/>
        </w:rPr>
        <w:t xml:space="preserve"> </w:t>
      </w:r>
      <w:r w:rsidR="453E85BC" w:rsidRPr="507391C7">
        <w:rPr>
          <w:rFonts w:ascii="Wiener Melange" w:eastAsia="Wiener Melange" w:hAnsi="Wiener Melange" w:cs="Wiener Melange"/>
          <w:sz w:val="24"/>
          <w:szCs w:val="24"/>
          <w:lang w:val="de-DE"/>
        </w:rPr>
        <w:t>Möglich wird das durch eine Rettungskette, in der jeder Abschnitt auf dem vorherigen aufbaut.</w:t>
      </w:r>
      <w:r w:rsidR="67204A02"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Der Notruf.</w:t>
      </w:r>
      <w:r w:rsidR="62FE7BFA"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Die rasche Reanimation.</w:t>
      </w:r>
      <w:r w:rsidR="16CDEC27"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 xml:space="preserve">Die Stabilisierung durch das </w:t>
      </w:r>
      <w:r w:rsidR="453E85BC" w:rsidRPr="507391C7">
        <w:rPr>
          <w:rFonts w:ascii="Wiener Melange" w:eastAsia="Wiener Melange" w:hAnsi="Wiener Melange" w:cs="Wiener Melange"/>
          <w:sz w:val="24"/>
          <w:szCs w:val="24"/>
          <w:lang w:val="de-DE"/>
        </w:rPr>
        <w:lastRenderedPageBreak/>
        <w:t>Notarztteam.</w:t>
      </w:r>
      <w:r w:rsidR="6D20DF4E"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Der Transport mit dem Hubschrauber.</w:t>
      </w:r>
      <w:r w:rsidR="25C9C381"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Die Vorbereitung in der Klinik.</w:t>
      </w:r>
      <w:r w:rsidR="36E7B4C0"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Die Bildgebung.</w:t>
      </w:r>
      <w:r w:rsidR="1574E3A7"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Und der Eingriff über einen kleinen Zugang am Handgelenk.</w:t>
      </w:r>
      <w:r w:rsidR="69495E27"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Für Johanna zeigt gerade dieser Eingriff, wie sehr sich die medizinischen Möglichkeiten weiterentwickelt haben.</w:t>
      </w:r>
    </w:p>
    <w:p w14:paraId="50FB8860" w14:textId="31E4ADBC" w:rsidR="00A60E93" w:rsidRDefault="00A60E93" w:rsidP="5957DE13">
      <w:pPr>
        <w:spacing w:before="240" w:after="240"/>
        <w:rPr>
          <w:rFonts w:ascii="Wiener Melange" w:eastAsia="Wiener Melange" w:hAnsi="Wiener Melange" w:cs="Wiener Melange"/>
          <w:sz w:val="24"/>
          <w:szCs w:val="24"/>
          <w:lang w:val="de-DE"/>
        </w:rPr>
      </w:pPr>
      <w:r w:rsidRPr="00A60E93">
        <w:rPr>
          <w:rFonts w:ascii="Wiener Melange" w:eastAsia="Wiener Melange" w:hAnsi="Wiener Melange" w:cs="Wiener Melange"/>
          <w:b/>
          <w:bCs/>
          <w:sz w:val="24"/>
          <w:szCs w:val="24"/>
          <w:lang w:val="de-DE"/>
        </w:rPr>
        <w:t>Johanna:</w:t>
      </w:r>
      <w:r>
        <w:rPr>
          <w:rFonts w:ascii="Wiener Melange" w:eastAsia="Wiener Melange" w:hAnsi="Wiener Melange" w:cs="Wiener Melange"/>
          <w:sz w:val="24"/>
          <w:szCs w:val="24"/>
          <w:lang w:val="de-DE"/>
        </w:rPr>
        <w:t xml:space="preserve"> </w:t>
      </w:r>
      <w:r w:rsidRPr="507391C7">
        <w:rPr>
          <w:rFonts w:ascii="Wiener Melange" w:eastAsia="Wiener Melange" w:hAnsi="Wiener Melange" w:cs="Wiener Melange"/>
          <w:sz w:val="24"/>
          <w:szCs w:val="24"/>
          <w:lang w:val="de-DE"/>
        </w:rPr>
        <w:t>Faszinierend ist auf alle Fälle, dass man sieht, mit was für einem minimalen Eingriff da schon bewirkt werden kann. Also vor 100 Jahren hätte man sich das wahrscheinlich nicht so vorstellen können, dass man durch einen kleinen Stich am Handgelenk schwere Herzinfarkte behandeln kann.</w:t>
      </w:r>
    </w:p>
    <w:p w14:paraId="406A0E69" w14:textId="00AF9C1A" w:rsidR="453E85BC" w:rsidRDefault="00B76347" w:rsidP="507391C7">
      <w:pPr>
        <w:spacing w:after="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A60E93">
        <w:rPr>
          <w:lang w:val="de-DE"/>
        </w:rPr>
        <w:t xml:space="preserve"> </w:t>
      </w:r>
      <w:r w:rsidR="6E9BC092" w:rsidRPr="507391C7">
        <w:rPr>
          <w:rFonts w:ascii="Wiener Melange" w:eastAsia="Wiener Melange" w:hAnsi="Wiener Melange" w:cs="Wiener Melange"/>
          <w:sz w:val="24"/>
          <w:szCs w:val="24"/>
          <w:lang w:val="de-DE"/>
        </w:rPr>
        <w:t>So beeindruckend die Technik auch ist – am Ende sind es die Menschen dahinter, die den Unterschied machen. Was Johanna an ihrer Arbeit besonders schätzt, geht deshalb weit über die Bildgebung hinaus.</w:t>
      </w:r>
    </w:p>
    <w:p w14:paraId="36416116" w14:textId="77777777" w:rsidR="00A60E93" w:rsidRDefault="00A60E93" w:rsidP="507391C7">
      <w:pPr>
        <w:spacing w:after="0"/>
        <w:rPr>
          <w:rFonts w:ascii="Wiener Melange" w:eastAsia="Wiener Melange" w:hAnsi="Wiener Melange" w:cs="Wiener Melange"/>
          <w:sz w:val="24"/>
          <w:szCs w:val="24"/>
          <w:lang w:val="de-DE"/>
        </w:rPr>
      </w:pPr>
    </w:p>
    <w:p w14:paraId="0DF71EC0" w14:textId="623539AA" w:rsidR="00A60E93" w:rsidRDefault="00A60E93" w:rsidP="507391C7">
      <w:pPr>
        <w:spacing w:after="0"/>
        <w:rPr>
          <w:rFonts w:ascii="Wiener Melange" w:eastAsia="Wiener Melange" w:hAnsi="Wiener Melange" w:cs="Wiener Melange"/>
          <w:sz w:val="24"/>
          <w:szCs w:val="24"/>
          <w:lang w:val="de-DE"/>
        </w:rPr>
      </w:pPr>
      <w:r w:rsidRPr="00A60E93">
        <w:rPr>
          <w:rFonts w:ascii="Wiener Melange" w:eastAsia="Wiener Melange" w:hAnsi="Wiener Melange" w:cs="Wiener Melange"/>
          <w:b/>
          <w:bCs/>
          <w:sz w:val="24"/>
          <w:szCs w:val="24"/>
          <w:lang w:val="de-DE"/>
        </w:rPr>
        <w:t>Johanna:</w:t>
      </w:r>
      <w:r>
        <w:rPr>
          <w:rFonts w:ascii="Wiener Melange" w:eastAsia="Wiener Melange" w:hAnsi="Wiener Melange" w:cs="Wiener Melange"/>
          <w:sz w:val="24"/>
          <w:szCs w:val="24"/>
          <w:lang w:val="de-DE"/>
        </w:rPr>
        <w:t xml:space="preserve"> </w:t>
      </w:r>
      <w:r w:rsidRPr="507391C7">
        <w:rPr>
          <w:rFonts w:ascii="Wiener Melange" w:eastAsia="Wiener Melange" w:hAnsi="Wiener Melange" w:cs="Wiener Melange"/>
          <w:sz w:val="24"/>
          <w:szCs w:val="24"/>
          <w:lang w:val="de-DE"/>
        </w:rPr>
        <w:t>Es ist schön zu hören, wenn Sie Patient</w:t>
      </w:r>
      <w:r>
        <w:rPr>
          <w:rFonts w:ascii="Wiener Melange" w:eastAsia="Wiener Melange" w:hAnsi="Wiener Melange" w:cs="Wiener Melange"/>
          <w:sz w:val="24"/>
          <w:szCs w:val="24"/>
          <w:lang w:val="de-DE"/>
        </w:rPr>
        <w:t>*inn</w:t>
      </w:r>
      <w:r w:rsidRPr="507391C7">
        <w:rPr>
          <w:rFonts w:ascii="Wiener Melange" w:eastAsia="Wiener Melange" w:hAnsi="Wiener Melange" w:cs="Wiener Melange"/>
          <w:sz w:val="24"/>
          <w:szCs w:val="24"/>
          <w:lang w:val="de-DE"/>
        </w:rPr>
        <w:t xml:space="preserve">en so gut erholen. Es ist auch schön, wenn man arbeiten kann mit Menschen im Team und </w:t>
      </w:r>
      <w:proofErr w:type="gramStart"/>
      <w:r w:rsidRPr="507391C7">
        <w:rPr>
          <w:rFonts w:ascii="Wiener Melange" w:eastAsia="Wiener Melange" w:hAnsi="Wiener Melange" w:cs="Wiener Melange"/>
          <w:sz w:val="24"/>
          <w:szCs w:val="24"/>
          <w:lang w:val="de-DE"/>
        </w:rPr>
        <w:t>mit den Patient</w:t>
      </w:r>
      <w:proofErr w:type="gramEnd"/>
      <w:r>
        <w:rPr>
          <w:rFonts w:ascii="Wiener Melange" w:eastAsia="Wiener Melange" w:hAnsi="Wiener Melange" w:cs="Wiener Melange"/>
          <w:sz w:val="24"/>
          <w:szCs w:val="24"/>
          <w:lang w:val="de-DE"/>
        </w:rPr>
        <w:t>*inn</w:t>
      </w:r>
      <w:r w:rsidRPr="507391C7">
        <w:rPr>
          <w:rFonts w:ascii="Wiener Melange" w:eastAsia="Wiener Melange" w:hAnsi="Wiener Melange" w:cs="Wiener Melange"/>
          <w:sz w:val="24"/>
          <w:szCs w:val="24"/>
          <w:lang w:val="de-DE"/>
        </w:rPr>
        <w:t>en. Es macht Freude, da mit Menschen zu arbeiten. Das ist eine super Sache.</w:t>
      </w:r>
    </w:p>
    <w:p w14:paraId="60A8E9EE" w14:textId="77777777" w:rsidR="00A60E93" w:rsidRDefault="00A60E93" w:rsidP="507391C7">
      <w:pPr>
        <w:spacing w:after="0"/>
        <w:rPr>
          <w:rFonts w:ascii="Wiener Melange" w:eastAsia="Wiener Melange" w:hAnsi="Wiener Melange" w:cs="Wiener Melange"/>
          <w:b/>
          <w:bCs/>
          <w:sz w:val="24"/>
          <w:szCs w:val="24"/>
          <w:lang w:val="de-DE"/>
        </w:rPr>
      </w:pPr>
    </w:p>
    <w:p w14:paraId="1A0EBCA3" w14:textId="4B23494B" w:rsidR="453E85BC" w:rsidRDefault="00B76347" w:rsidP="507391C7">
      <w:pPr>
        <w:spacing w:after="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6A8B003A" w:rsidRPr="507391C7">
        <w:rPr>
          <w:rFonts w:ascii="Wiener Melange" w:eastAsia="Wiener Melange" w:hAnsi="Wiener Melange" w:cs="Wiener Melange"/>
          <w:b/>
          <w:bCs/>
          <w:sz w:val="24"/>
          <w:szCs w:val="24"/>
          <w:lang w:val="de-DE"/>
        </w:rPr>
        <w:t xml:space="preserve"> </w:t>
      </w:r>
      <w:r w:rsidR="453E85BC" w:rsidRPr="507391C7">
        <w:rPr>
          <w:rFonts w:ascii="Wiener Melange" w:eastAsia="Wiener Melange" w:hAnsi="Wiener Melange" w:cs="Wiener Melange"/>
          <w:sz w:val="24"/>
          <w:szCs w:val="24"/>
          <w:lang w:val="de-DE"/>
        </w:rPr>
        <w:t>Insgesamt verbringt Rajko etwa eine Woche auf der Intensivstation. Danach geht es weiter auf die Normalstation.</w:t>
      </w:r>
      <w:r w:rsidR="41882B6E"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Neben der Erholung vom Herzinfarkt und den beiden Herzstillständen muss er sich auch an den neu eingesetzten Herzschrittmacher gewöhnen.</w:t>
      </w:r>
    </w:p>
    <w:p w14:paraId="668E64F7" w14:textId="42CB0121" w:rsidR="00A60E93" w:rsidRDefault="00A60E93" w:rsidP="00A60E93">
      <w:pPr>
        <w:spacing w:before="240" w:after="240"/>
        <w:rPr>
          <w:rFonts w:ascii="Wiener Melange" w:eastAsia="Wiener Melange" w:hAnsi="Wiener Melange" w:cs="Wiener Melange"/>
          <w:sz w:val="24"/>
          <w:szCs w:val="24"/>
          <w:lang w:val="de-DE"/>
        </w:rPr>
      </w:pPr>
      <w:r w:rsidRPr="00B76347">
        <w:rPr>
          <w:rFonts w:ascii="Wiener Melange" w:eastAsia="Calibri" w:hAnsi="Wiener Melange" w:cs="Wiener Melange"/>
          <w:i/>
          <w:lang w:val="de-DE"/>
        </w:rPr>
        <w:t>[Mu</w:t>
      </w:r>
      <w:r>
        <w:rPr>
          <w:rFonts w:ascii="Wiener Melange" w:eastAsia="Calibri" w:hAnsi="Wiener Melange" w:cs="Wiener Melange"/>
          <w:i/>
          <w:lang w:val="de-DE"/>
        </w:rPr>
        <w:t>s</w:t>
      </w:r>
      <w:r w:rsidRPr="00B76347">
        <w:rPr>
          <w:rFonts w:ascii="Wiener Melange" w:eastAsia="Calibri" w:hAnsi="Wiener Melange" w:cs="Wiener Melange"/>
          <w:i/>
          <w:lang w:val="de-DE"/>
        </w:rPr>
        <w:t>ik]</w:t>
      </w:r>
    </w:p>
    <w:p w14:paraId="7A4FE1F1" w14:textId="0AD372A6" w:rsidR="3147FAF7" w:rsidRDefault="00B76347" w:rsidP="23FE564F">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A60E93">
        <w:rPr>
          <w:lang w:val="de-DE"/>
        </w:rPr>
        <w:t xml:space="preserve"> </w:t>
      </w:r>
      <w:r w:rsidR="453E85BC" w:rsidRPr="507391C7">
        <w:rPr>
          <w:rFonts w:ascii="Wiener Melange" w:eastAsia="Wiener Melange" w:hAnsi="Wiener Melange" w:cs="Wiener Melange"/>
          <w:sz w:val="24"/>
          <w:szCs w:val="24"/>
          <w:lang w:val="de-DE"/>
        </w:rPr>
        <w:t xml:space="preserve">Am 6. März, etwas mehr als zwei Wochen nach </w:t>
      </w:r>
      <w:r w:rsidR="24690EE2" w:rsidRPr="507391C7">
        <w:rPr>
          <w:rFonts w:ascii="Wiener Melange" w:eastAsia="Wiener Melange" w:hAnsi="Wiener Melange" w:cs="Wiener Melange"/>
          <w:sz w:val="24"/>
          <w:szCs w:val="24"/>
          <w:lang w:val="de-DE"/>
        </w:rPr>
        <w:t>dem Herzinfarkt</w:t>
      </w:r>
      <w:r w:rsidR="453E85BC" w:rsidRPr="507391C7">
        <w:rPr>
          <w:rFonts w:ascii="Wiener Melange" w:eastAsia="Wiener Melange" w:hAnsi="Wiener Melange" w:cs="Wiener Melange"/>
          <w:sz w:val="24"/>
          <w:szCs w:val="24"/>
          <w:lang w:val="de-DE"/>
        </w:rPr>
        <w:t>, darf er die Klinik Floridsdorf verlassen.</w:t>
      </w:r>
      <w:r w:rsidR="36B70F01"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Daniel holt ihn ab.</w:t>
      </w:r>
      <w:r w:rsidR="2BCC1F5B" w:rsidRPr="507391C7">
        <w:rPr>
          <w:rFonts w:ascii="Wiener Melange" w:eastAsia="Wiener Melange" w:hAnsi="Wiener Melange" w:cs="Wiener Melange"/>
          <w:sz w:val="24"/>
          <w:szCs w:val="24"/>
          <w:lang w:val="de-DE"/>
        </w:rPr>
        <w:t xml:space="preserve"> </w:t>
      </w:r>
      <w:r w:rsidR="26293B78" w:rsidRPr="507391C7">
        <w:rPr>
          <w:rFonts w:ascii="Wiener Melange" w:eastAsia="Wiener Melange" w:hAnsi="Wiener Melange" w:cs="Wiener Melange"/>
          <w:sz w:val="24"/>
          <w:szCs w:val="24"/>
          <w:lang w:val="de-DE"/>
        </w:rPr>
        <w:t>Das ist nicht nur ein Erfolg für Rajko uns seine Familie. Auch für die Mitarbeiter*innen der Klinik Floridsdor</w:t>
      </w:r>
      <w:r w:rsidR="2D7E91AB" w:rsidRPr="507391C7">
        <w:rPr>
          <w:rFonts w:ascii="Wiener Melange" w:eastAsia="Wiener Melange" w:hAnsi="Wiener Melange" w:cs="Wiener Melange"/>
          <w:sz w:val="24"/>
          <w:szCs w:val="24"/>
          <w:lang w:val="de-DE"/>
        </w:rPr>
        <w:t xml:space="preserve">f ist das ein schöner Moment, erzählt Carmen. </w:t>
      </w:r>
    </w:p>
    <w:p w14:paraId="3073E276" w14:textId="019E6A5D" w:rsidR="00A60E93" w:rsidRDefault="00A60E93" w:rsidP="23FE564F">
      <w:pPr>
        <w:spacing w:before="240" w:after="240"/>
        <w:rPr>
          <w:rFonts w:ascii="Wiener Melange" w:eastAsia="Wiener Melange" w:hAnsi="Wiener Melange" w:cs="Wiener Melange"/>
          <w:sz w:val="24"/>
          <w:szCs w:val="24"/>
          <w:lang w:val="de-DE"/>
        </w:rPr>
      </w:pPr>
      <w:r w:rsidRPr="00A60E93">
        <w:rPr>
          <w:rFonts w:ascii="Wiener Melange" w:eastAsia="Wiener Melange" w:hAnsi="Wiener Melange" w:cs="Wiener Melange"/>
          <w:b/>
          <w:bCs/>
          <w:sz w:val="24"/>
          <w:szCs w:val="24"/>
          <w:lang w:val="de-DE"/>
        </w:rPr>
        <w:t>Carmen:</w:t>
      </w:r>
      <w:r>
        <w:rPr>
          <w:rFonts w:ascii="Wiener Melange" w:eastAsia="Wiener Melange" w:hAnsi="Wiener Melange" w:cs="Wiener Melange"/>
          <w:sz w:val="24"/>
          <w:szCs w:val="24"/>
          <w:lang w:val="de-DE"/>
        </w:rPr>
        <w:t xml:space="preserve"> </w:t>
      </w:r>
      <w:r w:rsidRPr="507391C7">
        <w:rPr>
          <w:rFonts w:ascii="Wiener Melange" w:eastAsia="Wiener Melange" w:hAnsi="Wiener Melange" w:cs="Wiener Melange"/>
          <w:sz w:val="24"/>
          <w:szCs w:val="24"/>
          <w:lang w:val="de-DE"/>
        </w:rPr>
        <w:t>Man freut sich. Man weiß, man hat einen guten Job gemacht. Es erfüllt einen mit Freude und auch Stolz. Und w</w:t>
      </w:r>
      <w:r>
        <w:rPr>
          <w:rFonts w:ascii="Wiener Melange" w:eastAsia="Wiener Melange" w:hAnsi="Wiener Melange" w:cs="Wiener Melange"/>
          <w:sz w:val="24"/>
          <w:szCs w:val="24"/>
          <w:lang w:val="de-DE"/>
        </w:rPr>
        <w:t>ie</w:t>
      </w:r>
      <w:r w:rsidRPr="507391C7">
        <w:rPr>
          <w:rFonts w:ascii="Wiener Melange" w:eastAsia="Wiener Melange" w:hAnsi="Wiener Melange" w:cs="Wiener Melange"/>
          <w:sz w:val="24"/>
          <w:szCs w:val="24"/>
          <w:lang w:val="de-DE"/>
        </w:rPr>
        <w:t xml:space="preserve"> soll ich sagen.  Der Patient hat sein Leben wieder zurück. Und das ist schön.</w:t>
      </w:r>
    </w:p>
    <w:p w14:paraId="11F32DAE" w14:textId="162108AE" w:rsidR="3147FAF7" w:rsidRDefault="00B76347" w:rsidP="23FE564F">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A60E93">
        <w:rPr>
          <w:lang w:val="de-DE"/>
        </w:rPr>
        <w:t xml:space="preserve"> </w:t>
      </w:r>
      <w:r w:rsidR="5A51640B" w:rsidRPr="507391C7">
        <w:rPr>
          <w:rFonts w:ascii="Wiener Melange" w:eastAsia="Wiener Melange" w:hAnsi="Wiener Melange" w:cs="Wiener Melange"/>
          <w:sz w:val="24"/>
          <w:szCs w:val="24"/>
          <w:lang w:val="de-DE"/>
        </w:rPr>
        <w:t xml:space="preserve">Doch zurück im Alltag ist nicht automatisch wieder alles wie davor. </w:t>
      </w:r>
      <w:r w:rsidR="453E85BC" w:rsidRPr="507391C7">
        <w:rPr>
          <w:rFonts w:ascii="Wiener Melange" w:eastAsia="Wiener Melange" w:hAnsi="Wiener Melange" w:cs="Wiener Melange"/>
          <w:sz w:val="24"/>
          <w:szCs w:val="24"/>
          <w:lang w:val="de-DE"/>
        </w:rPr>
        <w:t xml:space="preserve">Rajko hat seit seiner Geburt eine Gehbehinderung und </w:t>
      </w:r>
      <w:r w:rsidR="399A3B9D" w:rsidRPr="507391C7">
        <w:rPr>
          <w:rFonts w:ascii="Wiener Melange" w:eastAsia="Wiener Melange" w:hAnsi="Wiener Melange" w:cs="Wiener Melange"/>
          <w:sz w:val="24"/>
          <w:szCs w:val="24"/>
          <w:lang w:val="de-DE"/>
        </w:rPr>
        <w:t xml:space="preserve">braucht </w:t>
      </w:r>
      <w:r w:rsidR="453E85BC" w:rsidRPr="507391C7">
        <w:rPr>
          <w:rFonts w:ascii="Wiener Melange" w:eastAsia="Wiener Melange" w:hAnsi="Wiener Melange" w:cs="Wiener Melange"/>
          <w:sz w:val="24"/>
          <w:szCs w:val="24"/>
          <w:lang w:val="de-DE"/>
        </w:rPr>
        <w:t xml:space="preserve">seit vielen Jahren </w:t>
      </w:r>
      <w:r w:rsidR="30E89451" w:rsidRPr="507391C7">
        <w:rPr>
          <w:rFonts w:ascii="Wiener Melange" w:eastAsia="Wiener Melange" w:hAnsi="Wiener Melange" w:cs="Wiener Melange"/>
          <w:sz w:val="24"/>
          <w:szCs w:val="24"/>
          <w:lang w:val="de-DE"/>
        </w:rPr>
        <w:t xml:space="preserve">unterstützend einen </w:t>
      </w:r>
      <w:r w:rsidR="453E85BC" w:rsidRPr="507391C7">
        <w:rPr>
          <w:rFonts w:ascii="Wiener Melange" w:eastAsia="Wiener Melange" w:hAnsi="Wiener Melange" w:cs="Wiener Melange"/>
          <w:sz w:val="24"/>
          <w:szCs w:val="24"/>
          <w:lang w:val="de-DE"/>
        </w:rPr>
        <w:t>Rollstuhl.</w:t>
      </w:r>
      <w:r w:rsidR="7520FC99"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 xml:space="preserve">Bewegung und körperliches Training waren deshalb schon vor dem Herzinfarkt </w:t>
      </w:r>
      <w:r w:rsidR="453E85BC" w:rsidRPr="507391C7">
        <w:rPr>
          <w:rFonts w:ascii="Wiener Melange" w:eastAsia="Wiener Melange" w:hAnsi="Wiener Melange" w:cs="Wiener Melange"/>
          <w:sz w:val="24"/>
          <w:szCs w:val="24"/>
          <w:lang w:val="de-DE"/>
        </w:rPr>
        <w:lastRenderedPageBreak/>
        <w:t>eine Herausforderung.</w:t>
      </w:r>
      <w:r w:rsidR="1B2E8A7D"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Nach dem Klinikaufenthalt beginnt er erneut, an seiner Kraft und Ausdauer zu arbeiten.</w:t>
      </w:r>
    </w:p>
    <w:p w14:paraId="19CD51B7" w14:textId="75727C5B" w:rsidR="3147FAF7"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A60E93">
        <w:rPr>
          <w:lang w:val="de-DE"/>
        </w:rPr>
        <w:t xml:space="preserve"> </w:t>
      </w:r>
      <w:r w:rsidR="453E85BC" w:rsidRPr="507391C7">
        <w:rPr>
          <w:rFonts w:ascii="Wiener Melange" w:eastAsia="Wiener Melange" w:hAnsi="Wiener Melange" w:cs="Wiener Melange"/>
          <w:sz w:val="24"/>
          <w:szCs w:val="24"/>
          <w:lang w:val="de-DE"/>
        </w:rPr>
        <w:t>Auch innerhalb der Familie verändert der Notfall etwas.</w:t>
      </w:r>
      <w:r w:rsidR="2BDB195A"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Daniel sagt, dass sie heute stärker zusammenhalten.</w:t>
      </w:r>
    </w:p>
    <w:p w14:paraId="7845AACD" w14:textId="11BD781E" w:rsidR="00A60E93" w:rsidRDefault="00A60E93" w:rsidP="5957DE13">
      <w:pPr>
        <w:spacing w:before="240" w:after="240"/>
        <w:rPr>
          <w:rFonts w:ascii="Wiener Melange" w:eastAsia="Wiener Melange" w:hAnsi="Wiener Melange" w:cs="Wiener Melange"/>
          <w:sz w:val="24"/>
          <w:szCs w:val="24"/>
          <w:lang w:val="de-DE"/>
        </w:rPr>
      </w:pPr>
      <w:r w:rsidRPr="00A60E93">
        <w:rPr>
          <w:rFonts w:ascii="Wiener Melange" w:eastAsia="Wiener Melange" w:hAnsi="Wiener Melange" w:cs="Wiener Melange"/>
          <w:b/>
          <w:bCs/>
          <w:sz w:val="24"/>
          <w:szCs w:val="24"/>
          <w:lang w:val="de-DE"/>
        </w:rPr>
        <w:t>Daniel:</w:t>
      </w:r>
      <w:r>
        <w:rPr>
          <w:rFonts w:ascii="Wiener Melange" w:eastAsia="Wiener Melange" w:hAnsi="Wiener Melange" w:cs="Wiener Melange"/>
          <w:sz w:val="24"/>
          <w:szCs w:val="24"/>
          <w:lang w:val="de-DE"/>
        </w:rPr>
        <w:t xml:space="preserve"> </w:t>
      </w:r>
      <w:r w:rsidRPr="507391C7">
        <w:rPr>
          <w:rFonts w:ascii="Wiener Melange" w:eastAsia="Wiener Melange" w:hAnsi="Wiener Melange" w:cs="Wiener Melange"/>
          <w:sz w:val="24"/>
          <w:szCs w:val="24"/>
          <w:lang w:val="de-DE"/>
        </w:rPr>
        <w:t>Ja, also mein Vater, er hat sofort mit dem Rauchen aufgehört. Gott sei Dank. Hat abgenommen, ernährt sich gesund. Das ist auch wichtig. Und ja, wir sind jetzt stärker. Wir halten zusammen.</w:t>
      </w:r>
    </w:p>
    <w:p w14:paraId="67BCFB4D" w14:textId="4DB437E5" w:rsidR="3147FAF7" w:rsidRDefault="00B76347" w:rsidP="507391C7">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A60E93">
        <w:rPr>
          <w:lang w:val="de-DE"/>
        </w:rPr>
        <w:t xml:space="preserve"> </w:t>
      </w:r>
      <w:r w:rsidR="453E85BC" w:rsidRPr="507391C7">
        <w:rPr>
          <w:rFonts w:ascii="Wiener Melange" w:eastAsia="Wiener Melange" w:hAnsi="Wiener Melange" w:cs="Wiener Melange"/>
          <w:sz w:val="24"/>
          <w:szCs w:val="24"/>
          <w:lang w:val="de-DE"/>
        </w:rPr>
        <w:t>Für Daniel bleibt außerdem eine klare Erkenntnis aus diesem Tag.</w:t>
      </w:r>
      <w:r w:rsidR="4C5EE30E" w:rsidRPr="507391C7">
        <w:rPr>
          <w:rFonts w:ascii="Wiener Melange" w:eastAsia="Wiener Melange" w:hAnsi="Wiener Melange" w:cs="Wiener Melange"/>
          <w:sz w:val="24"/>
          <w:szCs w:val="24"/>
          <w:lang w:val="de-DE"/>
        </w:rPr>
        <w:t xml:space="preserve"> D</w:t>
      </w:r>
      <w:r w:rsidR="453E85BC" w:rsidRPr="507391C7">
        <w:rPr>
          <w:rFonts w:ascii="Wiener Melange" w:eastAsia="Wiener Melange" w:hAnsi="Wiener Melange" w:cs="Wiener Melange"/>
          <w:sz w:val="24"/>
          <w:szCs w:val="24"/>
          <w:lang w:val="de-DE"/>
        </w:rPr>
        <w:t>ie Beschwerden seines Vaters waren nicht so, wie er sich einen Herzinfarkt vorgestellt hatte.</w:t>
      </w:r>
      <w:r w:rsidR="00CD7AEA"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Kein unerträglicher Schmerz.</w:t>
      </w:r>
      <w:r w:rsidR="3F0A2CE0"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Sondern zunächst nur ein Druckgefühl.</w:t>
      </w:r>
    </w:p>
    <w:p w14:paraId="0DA2C434" w14:textId="16FE6F91" w:rsidR="00A60E93" w:rsidRDefault="00A60E93" w:rsidP="507391C7">
      <w:pPr>
        <w:spacing w:before="240" w:after="240"/>
        <w:rPr>
          <w:rFonts w:ascii="Wiener Melange" w:eastAsia="Wiener Melange" w:hAnsi="Wiener Melange" w:cs="Wiener Melange"/>
          <w:sz w:val="24"/>
          <w:szCs w:val="24"/>
          <w:lang w:val="de-DE"/>
        </w:rPr>
      </w:pPr>
      <w:r w:rsidRPr="00A60E93">
        <w:rPr>
          <w:rFonts w:ascii="Wiener Melange" w:eastAsia="Wiener Melange" w:hAnsi="Wiener Melange" w:cs="Wiener Melange"/>
          <w:b/>
          <w:bCs/>
          <w:sz w:val="24"/>
          <w:szCs w:val="24"/>
          <w:lang w:val="de-DE"/>
        </w:rPr>
        <w:t>Daniel:</w:t>
      </w:r>
      <w:r>
        <w:rPr>
          <w:rFonts w:ascii="Wiener Melange" w:eastAsia="Wiener Melange" w:hAnsi="Wiener Melange" w:cs="Wiener Melange"/>
          <w:sz w:val="24"/>
          <w:szCs w:val="24"/>
          <w:lang w:val="de-DE"/>
        </w:rPr>
        <w:t xml:space="preserve"> </w:t>
      </w:r>
      <w:r w:rsidRPr="507391C7">
        <w:rPr>
          <w:rFonts w:ascii="Wiener Melange" w:eastAsia="Wiener Melange" w:hAnsi="Wiener Melange" w:cs="Wiener Melange"/>
          <w:sz w:val="24"/>
          <w:szCs w:val="24"/>
          <w:lang w:val="de-DE"/>
        </w:rPr>
        <w:t>Ich würde trotzdem zum Arzt gehen. Einfach kontrollieren lassen, schauen. Auch wenn es nur leichte Schmerzen sind oder so. Sofort einfach zum Arzt.</w:t>
      </w:r>
    </w:p>
    <w:p w14:paraId="50B2CC33" w14:textId="13A432F8" w:rsidR="453E85BC" w:rsidRPr="00BE617F" w:rsidRDefault="00B76347" w:rsidP="507391C7">
      <w:pPr>
        <w:spacing w:after="0"/>
        <w:rPr>
          <w:lang w:val="de-DE"/>
        </w:rPr>
      </w:pPr>
      <w:r>
        <w:rPr>
          <w:rFonts w:ascii="Wiener Melange" w:eastAsia="Wiener Melange" w:hAnsi="Wiener Melange" w:cs="Wiener Melange"/>
          <w:b/>
          <w:bCs/>
          <w:sz w:val="24"/>
          <w:szCs w:val="24"/>
          <w:lang w:val="de-DE"/>
        </w:rPr>
        <w:t>Lisa N.:</w:t>
      </w:r>
      <w:r w:rsidR="00A60E93">
        <w:rPr>
          <w:lang w:val="de-DE"/>
        </w:rPr>
        <w:t xml:space="preserve"> </w:t>
      </w:r>
      <w:r w:rsidR="55B8B765" w:rsidRPr="507391C7">
        <w:rPr>
          <w:rFonts w:ascii="Wiener Melange" w:eastAsia="Wiener Melange" w:hAnsi="Wiener Melange" w:cs="Wiener Melange"/>
          <w:sz w:val="24"/>
          <w:szCs w:val="24"/>
          <w:lang w:val="de-DE"/>
        </w:rPr>
        <w:t>Bei plötzlich auftretendem Druck, Engegefühl oder Schmerzen im Brustkorb, besonders wenn die Beschwerden anhalten oder von Atemnot, Übelkeit, kaltem Schweiß oder Schwäche begleitet werden, gilt: sofort 144 rufen. Nicht abwarten und nicht selbst mit dem Auto in die Klinik fahren.</w:t>
      </w:r>
    </w:p>
    <w:p w14:paraId="4CFBDE4B" w14:textId="57AC4926" w:rsidR="5957DE13" w:rsidRPr="0066555A" w:rsidRDefault="00B76347" w:rsidP="41EA4E6E">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A60E93">
        <w:rPr>
          <w:lang w:val="de-DE"/>
        </w:rPr>
        <w:t xml:space="preserve"> </w:t>
      </w:r>
      <w:r w:rsidR="453E85BC" w:rsidRPr="507391C7">
        <w:rPr>
          <w:rFonts w:ascii="Wiener Melange" w:eastAsia="Wiener Melange" w:hAnsi="Wiener Melange" w:cs="Wiener Melange"/>
          <w:sz w:val="24"/>
          <w:szCs w:val="24"/>
          <w:lang w:val="de-DE"/>
        </w:rPr>
        <w:t>Denn bei Rajko waren es am Ende tatsächlich Sekunden.</w:t>
      </w:r>
    </w:p>
    <w:p w14:paraId="6D0FFE90" w14:textId="2506DD70" w:rsidR="00A60E93" w:rsidRPr="00C623F3" w:rsidRDefault="00A60E93" w:rsidP="00A60E93">
      <w:pPr>
        <w:rPr>
          <w:rFonts w:ascii="Wiener Melange" w:eastAsia="Calibri" w:hAnsi="Wiener Melange" w:cs="Wiener Melange"/>
          <w:i/>
          <w:lang w:val="de-DE"/>
        </w:rPr>
      </w:pPr>
      <w:r w:rsidRPr="00B76347">
        <w:rPr>
          <w:rFonts w:ascii="Wiener Melange" w:eastAsia="Calibri" w:hAnsi="Wiener Melange" w:cs="Wiener Melange"/>
          <w:i/>
          <w:lang w:val="de-DE"/>
        </w:rPr>
        <w:t xml:space="preserve">[Musik]: </w:t>
      </w:r>
      <w:r>
        <w:rPr>
          <w:rFonts w:ascii="Wiener Melange" w:eastAsia="Calibri" w:hAnsi="Wiener Melange" w:cs="Wiener Melange"/>
          <w:i/>
          <w:lang w:val="de-DE"/>
        </w:rPr>
        <w:t xml:space="preserve">Lisa L.: </w:t>
      </w:r>
      <w:r w:rsidRPr="00B76347">
        <w:rPr>
          <w:rFonts w:ascii="Wiener Melange" w:eastAsia="Calibri" w:hAnsi="Wiener Melange" w:cs="Wiener Melange"/>
          <w:i/>
          <w:lang w:val="de-DE"/>
        </w:rPr>
        <w:t>K</w:t>
      </w:r>
      <w:r>
        <w:rPr>
          <w:rFonts w:ascii="Wiener Melange" w:eastAsia="Calibri" w:hAnsi="Wiener Melange" w:cs="Wiener Melange"/>
          <w:i/>
          <w:lang w:val="de-DE"/>
        </w:rPr>
        <w:t>apitel 5 – Alles andere ist Bonus.</w:t>
      </w:r>
    </w:p>
    <w:p w14:paraId="0E118587" w14:textId="5F5E2428" w:rsidR="7DBB0825" w:rsidRPr="00A60E93" w:rsidRDefault="00B76347" w:rsidP="507391C7">
      <w:pPr>
        <w:spacing w:before="240" w:after="240"/>
        <w:rPr>
          <w:rFonts w:ascii="Wiener Melange" w:eastAsia="Wiener Melange" w:hAnsi="Wiener Melange" w:cs="Wiener Melange"/>
          <w:lang w:val="de-DE"/>
        </w:rPr>
      </w:pPr>
      <w:r>
        <w:rPr>
          <w:rFonts w:ascii="Wiener Melange" w:eastAsia="Wiener Melange" w:hAnsi="Wiener Melange" w:cs="Wiener Melange"/>
          <w:b/>
          <w:bCs/>
          <w:sz w:val="24"/>
          <w:szCs w:val="24"/>
          <w:lang w:val="de-DE"/>
        </w:rPr>
        <w:t>Lisa N.:</w:t>
      </w:r>
      <w:r w:rsidR="00A60E93">
        <w:rPr>
          <w:rFonts w:ascii="Wiener Melange" w:eastAsia="Wiener Melange" w:hAnsi="Wiener Melange" w:cs="Wiener Melange"/>
          <w:lang w:val="de-DE"/>
        </w:rPr>
        <w:t xml:space="preserve"> </w:t>
      </w:r>
      <w:r w:rsidR="7DBB0825" w:rsidRPr="507391C7">
        <w:rPr>
          <w:rFonts w:ascii="Wiener Melange" w:eastAsia="Wiener Melange" w:hAnsi="Wiener Melange" w:cs="Wiener Melange"/>
          <w:sz w:val="24"/>
          <w:szCs w:val="24"/>
          <w:lang w:val="de-DE"/>
        </w:rPr>
        <w:t>Bis hierher haben wir Rajkos Geschichte aus den Blickwinkeln der Menschen erzählt, die an diesem Tag um sein Leben gekämpft haben: aus der Kardiologie, der Pflege und der Radiologietechnologie. Und aus der Sicht seines Sohnes, der nicht wusste, ob sein Vater überleben wird.</w:t>
      </w:r>
    </w:p>
    <w:p w14:paraId="364B5B82" w14:textId="7C2E16E9" w:rsidR="3147FAF7" w:rsidRDefault="00B76347" w:rsidP="23FE564F">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A60E93">
        <w:rPr>
          <w:lang w:val="de-DE"/>
        </w:rPr>
        <w:t xml:space="preserve"> </w:t>
      </w:r>
      <w:r w:rsidR="453E85BC" w:rsidRPr="507391C7">
        <w:rPr>
          <w:rFonts w:ascii="Wiener Melange" w:eastAsia="Wiener Melange" w:hAnsi="Wiener Melange" w:cs="Wiener Melange"/>
          <w:sz w:val="24"/>
          <w:szCs w:val="24"/>
          <w:lang w:val="de-DE"/>
        </w:rPr>
        <w:t xml:space="preserve">Eine Stimme </w:t>
      </w:r>
      <w:r w:rsidR="6ED4B538" w:rsidRPr="507391C7">
        <w:rPr>
          <w:rFonts w:ascii="Wiener Melange" w:eastAsia="Wiener Melange" w:hAnsi="Wiener Melange" w:cs="Wiener Melange"/>
          <w:sz w:val="24"/>
          <w:szCs w:val="24"/>
          <w:lang w:val="de-DE"/>
        </w:rPr>
        <w:t>w</w:t>
      </w:r>
      <w:r w:rsidR="0092046A" w:rsidRPr="507391C7">
        <w:rPr>
          <w:rFonts w:ascii="Wiener Melange" w:eastAsia="Wiener Melange" w:hAnsi="Wiener Melange" w:cs="Wiener Melange"/>
          <w:sz w:val="24"/>
          <w:szCs w:val="24"/>
          <w:lang w:val="de-DE"/>
        </w:rPr>
        <w:t>ar bisher bewusst nicht zu hören</w:t>
      </w:r>
      <w:r w:rsidR="453E85BC" w:rsidRPr="507391C7">
        <w:rPr>
          <w:rFonts w:ascii="Wiener Melange" w:eastAsia="Wiener Melange" w:hAnsi="Wiener Melange" w:cs="Wiener Melange"/>
          <w:sz w:val="24"/>
          <w:szCs w:val="24"/>
          <w:lang w:val="de-DE"/>
        </w:rPr>
        <w:t>.</w:t>
      </w:r>
      <w:r w:rsidR="66DD3E17" w:rsidRPr="507391C7">
        <w:rPr>
          <w:rFonts w:ascii="Wiener Melange" w:eastAsia="Wiener Melange" w:hAnsi="Wiener Melange" w:cs="Wiener Melange"/>
          <w:sz w:val="24"/>
          <w:szCs w:val="24"/>
          <w:lang w:val="de-DE"/>
        </w:rPr>
        <w:t xml:space="preserve"> </w:t>
      </w:r>
      <w:r w:rsidR="453E85BC" w:rsidRPr="507391C7">
        <w:rPr>
          <w:rFonts w:ascii="Wiener Melange" w:eastAsia="Wiener Melange" w:hAnsi="Wiener Melange" w:cs="Wiener Melange"/>
          <w:sz w:val="24"/>
          <w:szCs w:val="24"/>
          <w:lang w:val="de-DE"/>
        </w:rPr>
        <w:t>Die Stimme des Mannes, über den alle sprechen.</w:t>
      </w:r>
    </w:p>
    <w:p w14:paraId="335F9AFB" w14:textId="00B9C060" w:rsidR="00A60E93" w:rsidRPr="005113E9" w:rsidRDefault="00A60E93" w:rsidP="23FE564F">
      <w:pPr>
        <w:spacing w:before="240" w:after="240"/>
        <w:rPr>
          <w:rFonts w:ascii="Wiener Melange" w:eastAsia="Wiener Melange" w:hAnsi="Wiener Melange" w:cs="Wiener Melange"/>
          <w:sz w:val="24"/>
          <w:szCs w:val="24"/>
          <w:lang w:val="de-DE"/>
        </w:rPr>
      </w:pPr>
      <w:r w:rsidRPr="00A60E93">
        <w:rPr>
          <w:rFonts w:ascii="Wiener Melange" w:eastAsia="Wiener Melange" w:hAnsi="Wiener Melange" w:cs="Wiener Melange"/>
          <w:b/>
          <w:bCs/>
          <w:sz w:val="24"/>
          <w:szCs w:val="24"/>
          <w:lang w:val="de-DE"/>
        </w:rPr>
        <w:t>Rajko:</w:t>
      </w:r>
      <w:r>
        <w:rPr>
          <w:rFonts w:ascii="Wiener Melange" w:eastAsia="Wiener Melange" w:hAnsi="Wiener Melange" w:cs="Wiener Melange"/>
          <w:sz w:val="24"/>
          <w:szCs w:val="24"/>
          <w:lang w:val="de-DE"/>
        </w:rPr>
        <w:t xml:space="preserve"> </w:t>
      </w:r>
      <w:r w:rsidRPr="507391C7">
        <w:rPr>
          <w:rFonts w:ascii="Wiener Melange" w:eastAsia="Wiener Melange" w:hAnsi="Wiener Melange" w:cs="Wiener Melange"/>
          <w:sz w:val="24"/>
          <w:szCs w:val="24"/>
          <w:lang w:val="de-DE"/>
        </w:rPr>
        <w:t>Hallo Lisa und Lisa!</w:t>
      </w:r>
    </w:p>
    <w:p w14:paraId="2C5AB142" w14:textId="25B7C247" w:rsidR="1F46D681"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lastRenderedPageBreak/>
        <w:t>Lisa N.:</w:t>
      </w:r>
      <w:r w:rsidR="00A60E93">
        <w:rPr>
          <w:lang w:val="de-DE"/>
        </w:rPr>
        <w:t xml:space="preserve"> </w:t>
      </w:r>
      <w:r w:rsidR="04B689BE" w:rsidRPr="507391C7">
        <w:rPr>
          <w:rFonts w:ascii="Wiener Melange" w:eastAsia="Wiener Melange" w:hAnsi="Wiener Melange" w:cs="Wiener Melange"/>
          <w:sz w:val="24"/>
          <w:szCs w:val="24"/>
          <w:lang w:val="de-DE"/>
        </w:rPr>
        <w:t xml:space="preserve">Mehr als ein Jahr später erreichen wir Rajko in Serbien. Er trainiert regelmäßig, hat seine Ernährung umgestellt und arbeitet Schritt für Schritt daran, wieder kräftiger zu werden. </w:t>
      </w:r>
    </w:p>
    <w:p w14:paraId="7CE12D1E" w14:textId="1698B30F" w:rsidR="00A60E93" w:rsidRDefault="00A60E93" w:rsidP="5957DE13">
      <w:pPr>
        <w:spacing w:before="240" w:after="240"/>
        <w:rPr>
          <w:rFonts w:ascii="Wiener Melange" w:eastAsia="Wiener Melange" w:hAnsi="Wiener Melange" w:cs="Wiener Melange"/>
          <w:sz w:val="24"/>
          <w:szCs w:val="24"/>
          <w:lang w:val="de-DE"/>
        </w:rPr>
      </w:pPr>
      <w:r w:rsidRPr="00A60E93">
        <w:rPr>
          <w:rFonts w:ascii="Wiener Melange" w:eastAsia="Wiener Melange" w:hAnsi="Wiener Melange" w:cs="Wiener Melange"/>
          <w:b/>
          <w:bCs/>
          <w:sz w:val="24"/>
          <w:szCs w:val="24"/>
          <w:lang w:val="de-DE"/>
        </w:rPr>
        <w:t>Rajko:</w:t>
      </w:r>
      <w:r>
        <w:rPr>
          <w:rFonts w:ascii="Wiener Melange" w:eastAsia="Wiener Melange" w:hAnsi="Wiener Melange" w:cs="Wiener Melange"/>
          <w:sz w:val="24"/>
          <w:szCs w:val="24"/>
          <w:lang w:val="de-DE"/>
        </w:rPr>
        <w:t xml:space="preserve"> </w:t>
      </w:r>
      <w:r w:rsidRPr="507391C7">
        <w:rPr>
          <w:rFonts w:ascii="Wiener Melange" w:eastAsia="Wiener Melange" w:hAnsi="Wiener Melange" w:cs="Wiener Melange"/>
          <w:color w:val="232330"/>
          <w:sz w:val="24"/>
          <w:szCs w:val="24"/>
          <w:lang w:val="de-DE"/>
        </w:rPr>
        <w:t>Ich bin froh, dass ich meine Enkel aufwachsen sehe.</w:t>
      </w:r>
    </w:p>
    <w:p w14:paraId="4CB18F58" w14:textId="32028354" w:rsidR="1F46D681"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A60E93">
        <w:rPr>
          <w:lang w:val="de-DE"/>
        </w:rPr>
        <w:t xml:space="preserve"> </w:t>
      </w:r>
      <w:r w:rsidR="2325AFF7" w:rsidRPr="507391C7">
        <w:rPr>
          <w:rFonts w:ascii="Wiener Melange" w:eastAsia="Wiener Melange" w:hAnsi="Wiener Melange" w:cs="Wiener Melange"/>
          <w:sz w:val="24"/>
          <w:szCs w:val="24"/>
          <w:lang w:val="de-DE"/>
        </w:rPr>
        <w:t xml:space="preserve">Das ist seine große Motivation. Das hat er uns immer wieder erzählt. </w:t>
      </w:r>
      <w:r w:rsidR="04B689BE" w:rsidRPr="507391C7">
        <w:rPr>
          <w:rFonts w:ascii="Wiener Melange" w:eastAsia="Wiener Melange" w:hAnsi="Wiener Melange" w:cs="Wiener Melange"/>
          <w:sz w:val="24"/>
          <w:szCs w:val="24"/>
          <w:lang w:val="de-DE"/>
        </w:rPr>
        <w:t>Während wir mit Rajko sprechen, wird deutlich: Er erinnert sich nur an Bruchstücke des Notfalls. Vieles kennt er erst aus den Erzählungen seiner Familie. Und trotzdem beschäftigt ihn bis heute ein Gedanke.</w:t>
      </w:r>
    </w:p>
    <w:p w14:paraId="392A6815" w14:textId="2E0F5F53" w:rsidR="00A60E93" w:rsidRDefault="00A60E93" w:rsidP="5957DE13">
      <w:pPr>
        <w:spacing w:before="240" w:after="240"/>
        <w:rPr>
          <w:rFonts w:ascii="Wiener Melange" w:eastAsia="Wiener Melange" w:hAnsi="Wiener Melange" w:cs="Wiener Melange"/>
          <w:sz w:val="24"/>
          <w:szCs w:val="24"/>
          <w:lang w:val="de-DE"/>
        </w:rPr>
      </w:pPr>
      <w:r w:rsidRPr="00A60E93">
        <w:rPr>
          <w:rFonts w:ascii="Wiener Melange" w:eastAsia="Wiener Melange" w:hAnsi="Wiener Melange" w:cs="Wiener Melange"/>
          <w:b/>
          <w:bCs/>
          <w:sz w:val="24"/>
          <w:szCs w:val="24"/>
          <w:lang w:val="de-DE"/>
        </w:rPr>
        <w:t>Rajko:</w:t>
      </w:r>
      <w:r>
        <w:rPr>
          <w:rFonts w:ascii="Wiener Melange" w:eastAsia="Wiener Melange" w:hAnsi="Wiener Melange" w:cs="Wiener Melange"/>
          <w:sz w:val="24"/>
          <w:szCs w:val="24"/>
          <w:lang w:val="de-DE"/>
        </w:rPr>
        <w:t xml:space="preserve"> </w:t>
      </w:r>
      <w:r w:rsidRPr="507391C7">
        <w:rPr>
          <w:rFonts w:ascii="Wiener Melange" w:eastAsia="Wiener Melange" w:hAnsi="Wiener Melange" w:cs="Wiener Melange"/>
          <w:sz w:val="24"/>
          <w:szCs w:val="24"/>
          <w:lang w:val="de-DE"/>
        </w:rPr>
        <w:t xml:space="preserve">Weil </w:t>
      </w:r>
      <w:proofErr w:type="gramStart"/>
      <w:r w:rsidRPr="507391C7">
        <w:rPr>
          <w:rFonts w:ascii="Wiener Melange" w:eastAsia="Wiener Melange" w:hAnsi="Wiener Melange" w:cs="Wiener Melange"/>
          <w:sz w:val="24"/>
          <w:szCs w:val="24"/>
          <w:lang w:val="de-DE"/>
        </w:rPr>
        <w:t>wärs</w:t>
      </w:r>
      <w:proofErr w:type="gramEnd"/>
      <w:r w:rsidRPr="507391C7">
        <w:rPr>
          <w:rFonts w:ascii="Wiener Melange" w:eastAsia="Wiener Melange" w:hAnsi="Wiener Melange" w:cs="Wiener Melange"/>
          <w:sz w:val="24"/>
          <w:szCs w:val="24"/>
          <w:lang w:val="de-DE"/>
        </w:rPr>
        <w:t xml:space="preserve"> später gewesen, also die Rettung jetzt da, dann entweder </w:t>
      </w:r>
      <w:proofErr w:type="gramStart"/>
      <w:r w:rsidRPr="507391C7">
        <w:rPr>
          <w:rFonts w:ascii="Wiener Melange" w:eastAsia="Wiener Melange" w:hAnsi="Wiener Melange" w:cs="Wiener Melange"/>
          <w:sz w:val="24"/>
          <w:szCs w:val="24"/>
          <w:lang w:val="de-DE"/>
        </w:rPr>
        <w:t>hätt</w:t>
      </w:r>
      <w:proofErr w:type="gramEnd"/>
      <w:r w:rsidRPr="507391C7">
        <w:rPr>
          <w:rFonts w:ascii="Wiener Melange" w:eastAsia="Wiener Melange" w:hAnsi="Wiener Melange" w:cs="Wiener Melange"/>
          <w:sz w:val="24"/>
          <w:szCs w:val="24"/>
          <w:lang w:val="de-DE"/>
        </w:rPr>
        <w:t xml:space="preserve"> ich Herzinfarkt bekommen vorm Auto, im Auto, keine Ahnung.</w:t>
      </w:r>
      <w:r w:rsidRPr="00BE617F">
        <w:rPr>
          <w:lang w:val="de-DE"/>
        </w:rPr>
        <w:br/>
      </w:r>
      <w:r w:rsidRPr="507391C7">
        <w:rPr>
          <w:rFonts w:ascii="Wiener Melange" w:eastAsia="Wiener Melange" w:hAnsi="Wiener Melange" w:cs="Wiener Melange"/>
          <w:sz w:val="24"/>
          <w:szCs w:val="24"/>
          <w:lang w:val="de-DE"/>
        </w:rPr>
        <w:t>Ja, also es waren mehrere Faktoren, wo ich einfach wirklich verdammtes Glück gehabt habe, verdammt. Ja, also es hätte wirklich viel schief gehen können, ja. Ja, nur da bin ich natürlich dankbar, wem auch immer.</w:t>
      </w:r>
    </w:p>
    <w:p w14:paraId="7B66E0CE" w14:textId="14C9A7DA" w:rsidR="5BACFC9F" w:rsidRDefault="00B76347" w:rsidP="5957DE13">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A60E93">
        <w:rPr>
          <w:lang w:val="de-DE"/>
        </w:rPr>
        <w:t xml:space="preserve"> </w:t>
      </w:r>
      <w:r w:rsidR="56734385" w:rsidRPr="507391C7">
        <w:rPr>
          <w:rFonts w:ascii="Wiener Melange" w:eastAsia="Wiener Melange" w:hAnsi="Wiener Melange" w:cs="Wiener Melange"/>
          <w:sz w:val="24"/>
          <w:szCs w:val="24"/>
          <w:lang w:val="de-DE"/>
        </w:rPr>
        <w:t>Manchmal entscheidet nicht ein einzelner großer Moment über Leben und Tod. Sondern viele kleine. Die Entscheidung, Hilfe zu holen. Dass die Rettung rechtzeitig eintrifft. Dass der Hubschrauber bereitsteht. Dass der Herzkatheter schon vorbereitet ist. Dass jeder Mensch im Team genau weiß, was zu tun ist.</w:t>
      </w:r>
    </w:p>
    <w:p w14:paraId="60442421" w14:textId="7FB216FE" w:rsidR="5BACFC9F" w:rsidRDefault="00B76347" w:rsidP="507391C7">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A60E93">
        <w:rPr>
          <w:lang w:val="de-DE"/>
        </w:rPr>
        <w:t xml:space="preserve"> </w:t>
      </w:r>
      <w:r w:rsidR="56734385" w:rsidRPr="507391C7">
        <w:rPr>
          <w:rFonts w:ascii="Wiener Melange" w:eastAsia="Wiener Melange" w:hAnsi="Wiener Melange" w:cs="Wiener Melange"/>
          <w:sz w:val="24"/>
          <w:szCs w:val="24"/>
          <w:lang w:val="de-DE"/>
        </w:rPr>
        <w:t>Rajkos Geschichte ist deshalb nicht nur die Geschichte eines Herzinfarkts.</w:t>
      </w:r>
      <w:r w:rsidR="78AC8FE5" w:rsidRPr="507391C7">
        <w:rPr>
          <w:rFonts w:ascii="Wiener Melange" w:eastAsia="Wiener Melange" w:hAnsi="Wiener Melange" w:cs="Wiener Melange"/>
          <w:sz w:val="24"/>
          <w:szCs w:val="24"/>
          <w:lang w:val="de-DE"/>
        </w:rPr>
        <w:t xml:space="preserve"> </w:t>
      </w:r>
      <w:r w:rsidR="56734385" w:rsidRPr="507391C7">
        <w:rPr>
          <w:rFonts w:ascii="Wiener Melange" w:eastAsia="Wiener Melange" w:hAnsi="Wiener Melange" w:cs="Wiener Melange"/>
          <w:sz w:val="24"/>
          <w:szCs w:val="24"/>
          <w:lang w:val="de-DE"/>
        </w:rPr>
        <w:t>Sie ist die Geschichte einer Rettungskette.</w:t>
      </w:r>
      <w:r w:rsidR="4CF82E70" w:rsidRPr="507391C7">
        <w:rPr>
          <w:rFonts w:ascii="Wiener Melange" w:eastAsia="Wiener Melange" w:hAnsi="Wiener Melange" w:cs="Wiener Melange"/>
          <w:sz w:val="24"/>
          <w:szCs w:val="24"/>
          <w:lang w:val="de-DE"/>
        </w:rPr>
        <w:t xml:space="preserve"> </w:t>
      </w:r>
      <w:r w:rsidR="56734385" w:rsidRPr="507391C7">
        <w:rPr>
          <w:rFonts w:ascii="Wiener Melange" w:eastAsia="Wiener Melange" w:hAnsi="Wiener Melange" w:cs="Wiener Melange"/>
          <w:sz w:val="24"/>
          <w:szCs w:val="24"/>
          <w:lang w:val="de-DE"/>
        </w:rPr>
        <w:t>Und sie zeigt, was möglich ist, wenn viele Menschen im richtigen Moment zusammenarbeiten.</w:t>
      </w:r>
      <w:r w:rsidR="689DA479" w:rsidRPr="507391C7">
        <w:rPr>
          <w:rFonts w:ascii="Wiener Melange" w:eastAsia="Wiener Melange" w:hAnsi="Wiener Melange" w:cs="Wiener Melange"/>
          <w:sz w:val="24"/>
          <w:szCs w:val="24"/>
          <w:lang w:val="de-DE"/>
        </w:rPr>
        <w:t xml:space="preserve"> Diese Menschen geben </w:t>
      </w:r>
      <w:proofErr w:type="gramStart"/>
      <w:r w:rsidR="689DA479" w:rsidRPr="507391C7">
        <w:rPr>
          <w:rFonts w:ascii="Wiener Melange" w:eastAsia="Wiener Melange" w:hAnsi="Wiener Melange" w:cs="Wiener Melange"/>
          <w:sz w:val="24"/>
          <w:szCs w:val="24"/>
          <w:lang w:val="de-DE"/>
        </w:rPr>
        <w:t>den Patient</w:t>
      </w:r>
      <w:proofErr w:type="gramEnd"/>
      <w:r w:rsidR="689DA479" w:rsidRPr="507391C7">
        <w:rPr>
          <w:rFonts w:ascii="Wiener Melange" w:eastAsia="Wiener Melange" w:hAnsi="Wiener Melange" w:cs="Wiener Melange"/>
          <w:sz w:val="24"/>
          <w:szCs w:val="24"/>
          <w:lang w:val="de-DE"/>
        </w:rPr>
        <w:t>*innen eine zweite Chance. Oder wie Rajko sagen würde:</w:t>
      </w:r>
      <w:r w:rsidR="6E475A0E" w:rsidRPr="00BE617F">
        <w:rPr>
          <w:lang w:val="de-DE"/>
        </w:rPr>
        <w:br/>
      </w:r>
      <w:r w:rsidR="6E475A0E" w:rsidRPr="00BE617F">
        <w:rPr>
          <w:lang w:val="de-DE"/>
        </w:rPr>
        <w:br/>
      </w:r>
      <w:r w:rsidR="00A60E93" w:rsidRPr="00A60E93">
        <w:rPr>
          <w:rFonts w:ascii="Wiener Melange" w:eastAsia="Wiener Melange" w:hAnsi="Wiener Melange" w:cs="Wiener Melange"/>
          <w:b/>
          <w:bCs/>
          <w:sz w:val="24"/>
          <w:szCs w:val="24"/>
          <w:lang w:val="de-DE"/>
        </w:rPr>
        <w:t>Rajko:</w:t>
      </w:r>
      <w:r w:rsidR="00A60E93">
        <w:rPr>
          <w:rFonts w:ascii="Wiener Melange" w:eastAsia="Wiener Melange" w:hAnsi="Wiener Melange" w:cs="Wiener Melange"/>
          <w:sz w:val="24"/>
          <w:szCs w:val="24"/>
          <w:lang w:val="de-DE"/>
        </w:rPr>
        <w:t xml:space="preserve"> </w:t>
      </w:r>
      <w:r w:rsidR="00282659">
        <w:rPr>
          <w:rFonts w:ascii="Wiener Melange" w:eastAsia="Wiener Melange" w:hAnsi="Wiener Melange" w:cs="Wiener Melange"/>
          <w:sz w:val="24"/>
          <w:szCs w:val="24"/>
          <w:lang w:val="de-DE"/>
        </w:rPr>
        <w:t>Sagen wir: a</w:t>
      </w:r>
      <w:r w:rsidR="5FCFCDDE" w:rsidRPr="507391C7">
        <w:rPr>
          <w:rFonts w:ascii="Wiener Melange" w:eastAsia="Wiener Melange" w:hAnsi="Wiener Melange" w:cs="Wiener Melange"/>
          <w:sz w:val="24"/>
          <w:szCs w:val="24"/>
          <w:lang w:val="de-DE"/>
        </w:rPr>
        <w:t>ll</w:t>
      </w:r>
      <w:r w:rsidR="5C53BA43" w:rsidRPr="507391C7">
        <w:rPr>
          <w:rFonts w:ascii="Wiener Melange" w:eastAsia="Wiener Melange" w:hAnsi="Wiener Melange" w:cs="Wiener Melange"/>
          <w:sz w:val="24"/>
          <w:szCs w:val="24"/>
          <w:lang w:val="de-DE"/>
        </w:rPr>
        <w:t>e</w:t>
      </w:r>
      <w:r w:rsidR="5FCFCDDE" w:rsidRPr="507391C7">
        <w:rPr>
          <w:rFonts w:ascii="Wiener Melange" w:eastAsia="Wiener Melange" w:hAnsi="Wiener Melange" w:cs="Wiener Melange"/>
          <w:sz w:val="24"/>
          <w:szCs w:val="24"/>
          <w:lang w:val="de-DE"/>
        </w:rPr>
        <w:t>s andere, was jetzt ist, ja, ist in Wirklichkeit ein Bonus.</w:t>
      </w:r>
      <w:r w:rsidR="6E475A0E" w:rsidRPr="00BE617F">
        <w:rPr>
          <w:lang w:val="de-DE"/>
        </w:rPr>
        <w:br/>
      </w:r>
      <w:r w:rsidR="6E475A0E" w:rsidRPr="00BE617F">
        <w:rPr>
          <w:lang w:val="de-DE"/>
        </w:rPr>
        <w:br/>
      </w:r>
      <w:r>
        <w:rPr>
          <w:rFonts w:ascii="Wiener Melange" w:eastAsia="Wiener Melange" w:hAnsi="Wiener Melange" w:cs="Wiener Melange"/>
          <w:b/>
          <w:bCs/>
          <w:sz w:val="24"/>
          <w:szCs w:val="24"/>
          <w:lang w:val="de-DE"/>
        </w:rPr>
        <w:t>Lisa S.:</w:t>
      </w:r>
      <w:r w:rsidR="6C47744C" w:rsidRPr="507391C7">
        <w:rPr>
          <w:rFonts w:ascii="Wiener Melange" w:eastAsia="Wiener Melange" w:hAnsi="Wiener Melange" w:cs="Wiener Melange"/>
          <w:b/>
          <w:bCs/>
          <w:sz w:val="24"/>
          <w:szCs w:val="24"/>
          <w:lang w:val="de-DE"/>
        </w:rPr>
        <w:t xml:space="preserve"> </w:t>
      </w:r>
      <w:r w:rsidR="00282659">
        <w:rPr>
          <w:lang w:val="de-DE"/>
        </w:rPr>
        <w:t xml:space="preserve"> </w:t>
      </w:r>
      <w:r w:rsidR="5EF3CE69" w:rsidRPr="507391C7">
        <w:rPr>
          <w:rFonts w:ascii="Wiener Melange" w:eastAsia="Wiener Melange" w:hAnsi="Wiener Melange" w:cs="Wiener Melange"/>
          <w:sz w:val="24"/>
          <w:szCs w:val="24"/>
          <w:lang w:val="de-DE"/>
        </w:rPr>
        <w:t xml:space="preserve">Wir sind froh, dass Rajko diesen Bonus bekommen hat. </w:t>
      </w:r>
      <w:r w:rsidR="56734385" w:rsidRPr="507391C7">
        <w:rPr>
          <w:rFonts w:ascii="Wiener Melange" w:eastAsia="Wiener Melange" w:hAnsi="Wiener Melange" w:cs="Wiener Melange"/>
          <w:sz w:val="24"/>
          <w:szCs w:val="24"/>
          <w:lang w:val="de-DE"/>
        </w:rPr>
        <w:t>Vor diesem Februartag wusste niemand, wie diese Geschichte ausgehen würde.</w:t>
      </w:r>
      <w:r w:rsidR="687C36EA" w:rsidRPr="507391C7">
        <w:rPr>
          <w:rFonts w:ascii="Wiener Melange" w:eastAsia="Wiener Melange" w:hAnsi="Wiener Melange" w:cs="Wiener Melange"/>
          <w:sz w:val="24"/>
          <w:szCs w:val="24"/>
          <w:lang w:val="de-DE"/>
        </w:rPr>
        <w:t xml:space="preserve"> </w:t>
      </w:r>
      <w:r w:rsidR="56734385" w:rsidRPr="507391C7">
        <w:rPr>
          <w:rFonts w:ascii="Wiener Melange" w:eastAsia="Wiener Melange" w:hAnsi="Wiener Melange" w:cs="Wiener Melange"/>
          <w:sz w:val="24"/>
          <w:szCs w:val="24"/>
          <w:lang w:val="de-DE"/>
        </w:rPr>
        <w:t>Heute konnten wir sie erzählen.</w:t>
      </w:r>
      <w:r w:rsidR="0AE11ECB" w:rsidRPr="507391C7">
        <w:rPr>
          <w:rFonts w:ascii="Wiener Melange" w:eastAsia="Wiener Melange" w:hAnsi="Wiener Melange" w:cs="Wiener Melange"/>
          <w:sz w:val="24"/>
          <w:szCs w:val="24"/>
          <w:lang w:val="de-DE"/>
        </w:rPr>
        <w:t xml:space="preserve"> </w:t>
      </w:r>
      <w:r w:rsidR="56734385" w:rsidRPr="507391C7">
        <w:rPr>
          <w:rFonts w:ascii="Wiener Melange" w:eastAsia="Wiener Melange" w:hAnsi="Wiener Melange" w:cs="Wiener Melange"/>
          <w:sz w:val="24"/>
          <w:szCs w:val="24"/>
          <w:lang w:val="de-DE"/>
        </w:rPr>
        <w:t>Aus de</w:t>
      </w:r>
      <w:r w:rsidR="00282659">
        <w:rPr>
          <w:rFonts w:ascii="Wiener Melange" w:eastAsia="Wiener Melange" w:hAnsi="Wiener Melange" w:cs="Wiener Melange"/>
          <w:sz w:val="24"/>
          <w:szCs w:val="24"/>
          <w:lang w:val="de-DE"/>
        </w:rPr>
        <w:t>m</w:t>
      </w:r>
      <w:r w:rsidR="56734385" w:rsidRPr="507391C7">
        <w:rPr>
          <w:rFonts w:ascii="Wiener Melange" w:eastAsia="Wiener Melange" w:hAnsi="Wiener Melange" w:cs="Wiener Melange"/>
          <w:sz w:val="24"/>
          <w:szCs w:val="24"/>
          <w:lang w:val="de-DE"/>
        </w:rPr>
        <w:t xml:space="preserve"> Blickwinkel eines Sohnes.</w:t>
      </w:r>
      <w:r w:rsidR="2B1DCC5E" w:rsidRPr="507391C7">
        <w:rPr>
          <w:rFonts w:ascii="Wiener Melange" w:eastAsia="Wiener Melange" w:hAnsi="Wiener Melange" w:cs="Wiener Melange"/>
          <w:sz w:val="24"/>
          <w:szCs w:val="24"/>
          <w:lang w:val="de-DE"/>
        </w:rPr>
        <w:t xml:space="preserve"> </w:t>
      </w:r>
      <w:r w:rsidR="56734385" w:rsidRPr="507391C7">
        <w:rPr>
          <w:rFonts w:ascii="Wiener Melange" w:eastAsia="Wiener Melange" w:hAnsi="Wiener Melange" w:cs="Wiener Melange"/>
          <w:sz w:val="24"/>
          <w:szCs w:val="24"/>
          <w:lang w:val="de-DE"/>
        </w:rPr>
        <w:t>Eines Kardiologen.</w:t>
      </w:r>
      <w:r w:rsidR="0B488399" w:rsidRPr="507391C7">
        <w:rPr>
          <w:rFonts w:ascii="Wiener Melange" w:eastAsia="Wiener Melange" w:hAnsi="Wiener Melange" w:cs="Wiener Melange"/>
          <w:sz w:val="24"/>
          <w:szCs w:val="24"/>
          <w:lang w:val="de-DE"/>
        </w:rPr>
        <w:t xml:space="preserve"> </w:t>
      </w:r>
      <w:r w:rsidR="56734385" w:rsidRPr="507391C7">
        <w:rPr>
          <w:rFonts w:ascii="Wiener Melange" w:eastAsia="Wiener Melange" w:hAnsi="Wiener Melange" w:cs="Wiener Melange"/>
          <w:sz w:val="24"/>
          <w:szCs w:val="24"/>
          <w:lang w:val="de-DE"/>
        </w:rPr>
        <w:t>Einer Diplomierten Gesundheits- und Krankenpflegerin.</w:t>
      </w:r>
      <w:r w:rsidR="392858BD" w:rsidRPr="507391C7">
        <w:rPr>
          <w:rFonts w:ascii="Wiener Melange" w:eastAsia="Wiener Melange" w:hAnsi="Wiener Melange" w:cs="Wiener Melange"/>
          <w:sz w:val="24"/>
          <w:szCs w:val="24"/>
          <w:lang w:val="de-DE"/>
        </w:rPr>
        <w:t xml:space="preserve"> </w:t>
      </w:r>
      <w:r w:rsidR="56734385" w:rsidRPr="507391C7">
        <w:rPr>
          <w:rFonts w:ascii="Wiener Melange" w:eastAsia="Wiener Melange" w:hAnsi="Wiener Melange" w:cs="Wiener Melange"/>
          <w:sz w:val="24"/>
          <w:szCs w:val="24"/>
          <w:lang w:val="de-DE"/>
        </w:rPr>
        <w:t>Einer Radiologietechnologin.</w:t>
      </w:r>
      <w:r w:rsidR="5E8791FD" w:rsidRPr="507391C7">
        <w:rPr>
          <w:rFonts w:ascii="Wiener Melange" w:eastAsia="Wiener Melange" w:hAnsi="Wiener Melange" w:cs="Wiener Melange"/>
          <w:sz w:val="24"/>
          <w:szCs w:val="24"/>
          <w:lang w:val="de-DE"/>
        </w:rPr>
        <w:t xml:space="preserve"> </w:t>
      </w:r>
      <w:r w:rsidR="56734385" w:rsidRPr="507391C7">
        <w:rPr>
          <w:rFonts w:ascii="Wiener Melange" w:eastAsia="Wiener Melange" w:hAnsi="Wiener Melange" w:cs="Wiener Melange"/>
          <w:sz w:val="24"/>
          <w:szCs w:val="24"/>
          <w:lang w:val="de-DE"/>
        </w:rPr>
        <w:t>Und schließlich aus Rajkos eigener Perspektive.</w:t>
      </w:r>
    </w:p>
    <w:p w14:paraId="2182B61C" w14:textId="2DF2D671" w:rsidR="5BACFC9F" w:rsidRDefault="00B76347" w:rsidP="23FE564F">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lastRenderedPageBreak/>
        <w:t>Lisa N.:</w:t>
      </w:r>
      <w:r w:rsidR="00282659">
        <w:rPr>
          <w:lang w:val="de-DE"/>
        </w:rPr>
        <w:t xml:space="preserve"> </w:t>
      </w:r>
      <w:r w:rsidR="56734385" w:rsidRPr="507391C7">
        <w:rPr>
          <w:rFonts w:ascii="Wiener Melange" w:eastAsia="Wiener Melange" w:hAnsi="Wiener Melange" w:cs="Wiener Melange"/>
          <w:sz w:val="24"/>
          <w:szCs w:val="24"/>
          <w:lang w:val="de-DE"/>
        </w:rPr>
        <w:t>Unser Dank gilt Rajko und Daniel, die ihre Geschichte mit uns geteilt haben.</w:t>
      </w:r>
      <w:r w:rsidR="69F43B8C" w:rsidRPr="507391C7">
        <w:rPr>
          <w:rFonts w:ascii="Wiener Melange" w:eastAsia="Wiener Melange" w:hAnsi="Wiener Melange" w:cs="Wiener Melange"/>
          <w:sz w:val="24"/>
          <w:szCs w:val="24"/>
          <w:lang w:val="de-DE"/>
        </w:rPr>
        <w:t xml:space="preserve"> </w:t>
      </w:r>
      <w:r w:rsidR="56734385" w:rsidRPr="507391C7">
        <w:rPr>
          <w:rFonts w:ascii="Wiener Melange" w:eastAsia="Wiener Melange" w:hAnsi="Wiener Melange" w:cs="Wiener Melange"/>
          <w:sz w:val="24"/>
          <w:szCs w:val="24"/>
          <w:lang w:val="de-DE"/>
        </w:rPr>
        <w:t>Und allen Mitarbeiter</w:t>
      </w:r>
      <w:r w:rsidR="6FEFD8EE" w:rsidRPr="507391C7">
        <w:rPr>
          <w:rFonts w:ascii="Wiener Melange" w:eastAsia="Wiener Melange" w:hAnsi="Wiener Melange" w:cs="Wiener Melange"/>
          <w:sz w:val="24"/>
          <w:szCs w:val="24"/>
          <w:lang w:val="de-DE"/>
        </w:rPr>
        <w:t>*</w:t>
      </w:r>
      <w:r w:rsidR="56734385" w:rsidRPr="507391C7">
        <w:rPr>
          <w:rFonts w:ascii="Wiener Melange" w:eastAsia="Wiener Melange" w:hAnsi="Wiener Melange" w:cs="Wiener Melange"/>
          <w:sz w:val="24"/>
          <w:szCs w:val="24"/>
          <w:lang w:val="de-DE"/>
        </w:rPr>
        <w:t>innen, die jeden Tag dazu beitragen, dass solche Geschichten überhaupt möglich werden.</w:t>
      </w:r>
    </w:p>
    <w:p w14:paraId="70608538" w14:textId="27B6725F" w:rsidR="00282659" w:rsidRPr="005113E9" w:rsidRDefault="00282659" w:rsidP="23FE564F">
      <w:pPr>
        <w:spacing w:before="240" w:after="240"/>
        <w:rPr>
          <w:rFonts w:ascii="Wiener Melange" w:eastAsia="Wiener Melange" w:hAnsi="Wiener Melange" w:cs="Wiener Melange"/>
          <w:lang w:val="de-DE"/>
        </w:rPr>
      </w:pPr>
      <w:r w:rsidRPr="00A60E93">
        <w:rPr>
          <w:rFonts w:ascii="Wiener Melange" w:eastAsia="Wiener Melange" w:hAnsi="Wiener Melange" w:cs="Wiener Melange"/>
          <w:b/>
          <w:bCs/>
          <w:sz w:val="24"/>
          <w:szCs w:val="24"/>
          <w:lang w:val="de-DE"/>
        </w:rPr>
        <w:t>Rajko:</w:t>
      </w:r>
      <w:r>
        <w:rPr>
          <w:rFonts w:ascii="Wiener Melange" w:eastAsia="Wiener Melange" w:hAnsi="Wiener Melange" w:cs="Wiener Melange"/>
          <w:sz w:val="24"/>
          <w:szCs w:val="24"/>
          <w:lang w:val="de-DE"/>
        </w:rPr>
        <w:t xml:space="preserve"> </w:t>
      </w:r>
      <w:r w:rsidRPr="507391C7">
        <w:rPr>
          <w:rFonts w:ascii="Wiener Melange" w:eastAsia="Wiener Melange" w:hAnsi="Wiener Melange" w:cs="Wiener Melange"/>
          <w:color w:val="232330"/>
          <w:sz w:val="24"/>
          <w:szCs w:val="24"/>
          <w:lang w:val="de-DE"/>
        </w:rPr>
        <w:t>Na danke. Was soll ich sagen? Vielen, vielen Dank. Die waren super.</w:t>
      </w:r>
    </w:p>
    <w:p w14:paraId="77A14F35" w14:textId="5DFE8CE7" w:rsidR="7C72D801" w:rsidRDefault="00B76347" w:rsidP="507391C7">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282659">
        <w:rPr>
          <w:rFonts w:ascii="Wiener Melange" w:eastAsia="Wiener Melange" w:hAnsi="Wiener Melange" w:cs="Wiener Melange"/>
          <w:sz w:val="24"/>
          <w:szCs w:val="24"/>
          <w:lang w:val="de-DE"/>
        </w:rPr>
        <w:t xml:space="preserve"> Ja, d</w:t>
      </w:r>
      <w:r w:rsidR="455C868F" w:rsidRPr="507391C7">
        <w:rPr>
          <w:rFonts w:ascii="Wiener Melange" w:eastAsia="Wiener Melange" w:hAnsi="Wiener Melange" w:cs="Wiener Melange"/>
          <w:sz w:val="24"/>
          <w:szCs w:val="24"/>
          <w:lang w:val="de-DE"/>
        </w:rPr>
        <w:t xml:space="preserve">as finden wir auch! </w:t>
      </w:r>
      <w:r w:rsidR="223FF5CA" w:rsidRPr="507391C7">
        <w:rPr>
          <w:rFonts w:ascii="Wiener Melange" w:eastAsia="Wiener Melange" w:hAnsi="Wiener Melange" w:cs="Wiener Melange"/>
          <w:sz w:val="24"/>
          <w:szCs w:val="24"/>
          <w:lang w:val="de-DE"/>
        </w:rPr>
        <w:t xml:space="preserve">Rajkos Geschichte zeigt, dass Spitzenmedizin nie die Leistung eines Einzelnen ist. Sondern das Zusammenspiel </w:t>
      </w:r>
      <w:r w:rsidR="00282659">
        <w:rPr>
          <w:rFonts w:ascii="Wiener Melange" w:eastAsia="Wiener Melange" w:hAnsi="Wiener Melange" w:cs="Wiener Melange"/>
          <w:sz w:val="24"/>
          <w:szCs w:val="24"/>
          <w:lang w:val="de-DE"/>
        </w:rPr>
        <w:t>mehrerer</w:t>
      </w:r>
      <w:r w:rsidR="223FF5CA" w:rsidRPr="507391C7">
        <w:rPr>
          <w:rFonts w:ascii="Wiener Melange" w:eastAsia="Wiener Melange" w:hAnsi="Wiener Melange" w:cs="Wiener Melange"/>
          <w:sz w:val="24"/>
          <w:szCs w:val="24"/>
          <w:lang w:val="de-DE"/>
        </w:rPr>
        <w:t xml:space="preserve"> Menschen, die im richtigen Moment Verantwortung übernehmen. </w:t>
      </w:r>
    </w:p>
    <w:p w14:paraId="50815CEF" w14:textId="16ACAFE0" w:rsidR="00282659" w:rsidRDefault="00B76347" w:rsidP="507391C7">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282659">
        <w:rPr>
          <w:rFonts w:ascii="Wiener Melange" w:eastAsia="Wiener Melange" w:hAnsi="Wiener Melange" w:cs="Wiener Melange"/>
          <w:b/>
          <w:bCs/>
          <w:sz w:val="24"/>
          <w:szCs w:val="24"/>
          <w:lang w:val="de-DE"/>
        </w:rPr>
        <w:t>:</w:t>
      </w:r>
      <w:r w:rsidR="00282659">
        <w:rPr>
          <w:lang w:val="de-DE"/>
        </w:rPr>
        <w:t xml:space="preserve"> </w:t>
      </w:r>
      <w:r w:rsidR="71AFD1B7" w:rsidRPr="507391C7">
        <w:rPr>
          <w:rFonts w:ascii="Wiener Melange" w:eastAsia="Wiener Melange" w:hAnsi="Wiener Melange" w:cs="Wiener Melange"/>
          <w:sz w:val="24"/>
          <w:szCs w:val="24"/>
          <w:lang w:val="de-DE"/>
        </w:rPr>
        <w:t>Bevor wir uns verabschieden, schauen wir noch einmal gemeinsam auf diese Geschichte zurück. Denn erst wenn alle Teile zusammensetzt</w:t>
      </w:r>
      <w:r w:rsidR="00282659">
        <w:rPr>
          <w:rFonts w:ascii="Wiener Melange" w:eastAsia="Wiener Melange" w:hAnsi="Wiener Melange" w:cs="Wiener Melange"/>
          <w:sz w:val="24"/>
          <w:szCs w:val="24"/>
          <w:lang w:val="de-DE"/>
        </w:rPr>
        <w:t xml:space="preserve"> werden</w:t>
      </w:r>
      <w:r w:rsidR="71AFD1B7" w:rsidRPr="507391C7">
        <w:rPr>
          <w:rFonts w:ascii="Wiener Melange" w:eastAsia="Wiener Melange" w:hAnsi="Wiener Melange" w:cs="Wiener Melange"/>
          <w:sz w:val="24"/>
          <w:szCs w:val="24"/>
          <w:lang w:val="de-DE"/>
        </w:rPr>
        <w:t xml:space="preserve">, wird deutlich, wie viele Menschen daran beteiligt waren. </w:t>
      </w:r>
    </w:p>
    <w:p w14:paraId="12AC657B" w14:textId="1428ED97" w:rsidR="00282659" w:rsidRDefault="00282659" w:rsidP="507391C7">
      <w:pPr>
        <w:spacing w:before="240" w:after="240"/>
        <w:rPr>
          <w:rFonts w:ascii="Wiener Melange" w:eastAsia="Wiener Melange" w:hAnsi="Wiener Melange" w:cs="Wiener Melange"/>
          <w:sz w:val="24"/>
          <w:szCs w:val="24"/>
          <w:lang w:val="de-DE"/>
        </w:rPr>
      </w:pPr>
      <w:r w:rsidRPr="00B76347">
        <w:rPr>
          <w:rFonts w:ascii="Wiener Melange" w:eastAsia="Calibri" w:hAnsi="Wiener Melange" w:cs="Wiener Melange"/>
          <w:i/>
          <w:lang w:val="de-DE"/>
        </w:rPr>
        <w:t>[Musik]</w:t>
      </w:r>
    </w:p>
    <w:p w14:paraId="6DBFE333" w14:textId="09270C06" w:rsidR="7C72D801" w:rsidRDefault="00282659" w:rsidP="507391C7">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Pr>
          <w:lang w:val="de-DE"/>
        </w:rPr>
        <w:t xml:space="preserve"> </w:t>
      </w:r>
      <w:r w:rsidR="71AFD1B7" w:rsidRPr="507391C7">
        <w:rPr>
          <w:rFonts w:ascii="Wiener Melange" w:eastAsia="Wiener Melange" w:hAnsi="Wiener Melange" w:cs="Wiener Melange"/>
          <w:sz w:val="24"/>
          <w:szCs w:val="24"/>
          <w:lang w:val="de-DE"/>
        </w:rPr>
        <w:t xml:space="preserve">In </w:t>
      </w:r>
      <w:r w:rsidR="549FE352" w:rsidRPr="507391C7">
        <w:rPr>
          <w:rFonts w:ascii="Wiener Melange" w:eastAsia="Wiener Melange" w:hAnsi="Wiener Melange" w:cs="Wiener Melange"/>
          <w:sz w:val="24"/>
          <w:szCs w:val="24"/>
          <w:lang w:val="de-DE"/>
        </w:rPr>
        <w:t>Kapitel 1 – DAVOR</w:t>
      </w:r>
      <w:r w:rsidR="65B43CAC" w:rsidRPr="507391C7">
        <w:rPr>
          <w:rFonts w:ascii="Wiener Melange" w:eastAsia="Wiener Melange" w:hAnsi="Wiener Melange" w:cs="Wiener Melange"/>
          <w:sz w:val="24"/>
          <w:szCs w:val="24"/>
          <w:lang w:val="de-DE"/>
        </w:rPr>
        <w:t xml:space="preserve"> verspürt Rajko a</w:t>
      </w:r>
      <w:r w:rsidR="549FE352" w:rsidRPr="507391C7">
        <w:rPr>
          <w:rFonts w:ascii="Wiener Melange" w:eastAsia="Wiener Melange" w:hAnsi="Wiener Melange" w:cs="Wiener Melange"/>
          <w:sz w:val="24"/>
          <w:szCs w:val="24"/>
          <w:lang w:val="de-DE"/>
        </w:rPr>
        <w:t>n einem kalten Februartag ein leichtes Druckgefühl. Was zunächst wie harmlose Beschwerden wirkt, entwickelt sich innerhalb weniger Stunden zu einem lebensbedrohlichen Notfall.</w:t>
      </w:r>
    </w:p>
    <w:p w14:paraId="5CDD13BF" w14:textId="4D6ED90B" w:rsidR="7C72D801" w:rsidRDefault="00B76347" w:rsidP="507391C7">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7C72D801" w:rsidRPr="00BE617F">
        <w:rPr>
          <w:lang w:val="de-DE"/>
        </w:rPr>
        <w:br/>
      </w:r>
      <w:r w:rsidR="549FE352" w:rsidRPr="507391C7">
        <w:rPr>
          <w:rFonts w:ascii="Wiener Melange" w:eastAsia="Wiener Melange" w:hAnsi="Wiener Melange" w:cs="Wiener Melange"/>
          <w:sz w:val="24"/>
          <w:szCs w:val="24"/>
          <w:lang w:val="de-DE"/>
        </w:rPr>
        <w:t>Kapitel 2 – DREI WEGE. EIN ZIEL.</w:t>
      </w:r>
      <w:r w:rsidR="37152DDE" w:rsidRPr="507391C7">
        <w:rPr>
          <w:rFonts w:ascii="Wiener Melange" w:eastAsia="Wiener Melange" w:hAnsi="Wiener Melange" w:cs="Wiener Melange"/>
          <w:sz w:val="24"/>
          <w:szCs w:val="24"/>
          <w:lang w:val="de-DE"/>
        </w:rPr>
        <w:t xml:space="preserve"> </w:t>
      </w:r>
      <w:r w:rsidR="549FE352" w:rsidRPr="507391C7">
        <w:rPr>
          <w:rFonts w:ascii="Wiener Melange" w:eastAsia="Wiener Melange" w:hAnsi="Wiener Melange" w:cs="Wiener Melange"/>
          <w:sz w:val="24"/>
          <w:szCs w:val="24"/>
          <w:lang w:val="de-DE"/>
        </w:rPr>
        <w:t xml:space="preserve">Während Daniel der Klinik entgegenfährt, Rajko mit dem Hubschrauber transportiert wird und das </w:t>
      </w:r>
      <w:proofErr w:type="spellStart"/>
      <w:r w:rsidR="549FE352" w:rsidRPr="507391C7">
        <w:rPr>
          <w:rFonts w:ascii="Wiener Melange" w:eastAsia="Wiener Melange" w:hAnsi="Wiener Melange" w:cs="Wiener Melange"/>
          <w:sz w:val="24"/>
          <w:szCs w:val="24"/>
          <w:lang w:val="de-DE"/>
        </w:rPr>
        <w:t>Herzkatheterteam</w:t>
      </w:r>
      <w:proofErr w:type="spellEnd"/>
      <w:r w:rsidR="549FE352" w:rsidRPr="507391C7">
        <w:rPr>
          <w:rFonts w:ascii="Wiener Melange" w:eastAsia="Wiener Melange" w:hAnsi="Wiener Melange" w:cs="Wiener Melange"/>
          <w:sz w:val="24"/>
          <w:szCs w:val="24"/>
          <w:lang w:val="de-DE"/>
        </w:rPr>
        <w:t xml:space="preserve"> den Eingriff vorbereitet, laufen drei Wege gleichzeitig auf dasselbe Ziel zu.</w:t>
      </w:r>
    </w:p>
    <w:p w14:paraId="4651091F" w14:textId="012F6BB0" w:rsidR="7C72D801" w:rsidRDefault="00B76347" w:rsidP="507391C7">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7C72D801" w:rsidRPr="00BE617F">
        <w:rPr>
          <w:lang w:val="de-DE"/>
        </w:rPr>
        <w:br/>
      </w:r>
      <w:r w:rsidR="549FE352" w:rsidRPr="507391C7">
        <w:rPr>
          <w:rFonts w:ascii="Wiener Melange" w:eastAsia="Wiener Melange" w:hAnsi="Wiener Melange" w:cs="Wiener Melange"/>
          <w:sz w:val="24"/>
          <w:szCs w:val="24"/>
          <w:lang w:val="de-DE"/>
        </w:rPr>
        <w:t>Kapitel 3 – GEGEN DIE ZEIT</w:t>
      </w:r>
      <w:r w:rsidR="00282659">
        <w:rPr>
          <w:rFonts w:ascii="Wiener Melange" w:eastAsia="Wiener Melange" w:hAnsi="Wiener Melange" w:cs="Wiener Melange"/>
          <w:sz w:val="24"/>
          <w:szCs w:val="24"/>
          <w:lang w:val="de-DE"/>
        </w:rPr>
        <w:t>.</w:t>
      </w:r>
      <w:r w:rsidR="0572722C" w:rsidRPr="507391C7">
        <w:rPr>
          <w:rFonts w:ascii="Wiener Melange" w:eastAsia="Wiener Melange" w:hAnsi="Wiener Melange" w:cs="Wiener Melange"/>
          <w:sz w:val="24"/>
          <w:szCs w:val="24"/>
          <w:lang w:val="de-DE"/>
        </w:rPr>
        <w:t xml:space="preserve"> </w:t>
      </w:r>
      <w:r w:rsidR="549FE352" w:rsidRPr="507391C7">
        <w:rPr>
          <w:rFonts w:ascii="Wiener Melange" w:eastAsia="Wiener Melange" w:hAnsi="Wiener Melange" w:cs="Wiener Melange"/>
          <w:sz w:val="24"/>
          <w:szCs w:val="24"/>
          <w:lang w:val="de-DE"/>
        </w:rPr>
        <w:t>Der Hubschrauber landet. Jetzt zählt jede Minute. Im Herzkatheterlabor beginnt ein Wettlauf gegen die Zeit, bei dem jede Bewegung sitzen muss.</w:t>
      </w:r>
      <w:r w:rsidR="6AA2EC8A" w:rsidRPr="507391C7">
        <w:rPr>
          <w:rFonts w:ascii="Wiener Melange" w:eastAsia="Wiener Melange" w:hAnsi="Wiener Melange" w:cs="Wiener Melange"/>
          <w:sz w:val="24"/>
          <w:szCs w:val="24"/>
          <w:lang w:val="de-DE"/>
        </w:rPr>
        <w:t xml:space="preserve"> </w:t>
      </w:r>
      <w:r w:rsidR="3CBB8542" w:rsidRPr="507391C7">
        <w:rPr>
          <w:rFonts w:ascii="Wiener Melange" w:eastAsia="Wiener Melange" w:hAnsi="Wiener Melange" w:cs="Wiener Melange"/>
          <w:sz w:val="24"/>
          <w:szCs w:val="24"/>
          <w:lang w:val="de-DE"/>
        </w:rPr>
        <w:t xml:space="preserve">Thomas, Carmen, Johanna und viele </w:t>
      </w:r>
      <w:r w:rsidR="6095B7D3" w:rsidRPr="507391C7">
        <w:rPr>
          <w:rFonts w:ascii="Wiener Melange" w:eastAsia="Wiener Melange" w:hAnsi="Wiener Melange" w:cs="Wiener Melange"/>
          <w:sz w:val="24"/>
          <w:szCs w:val="24"/>
          <w:lang w:val="de-DE"/>
        </w:rPr>
        <w:t xml:space="preserve">weitere Mitarbeiter*innen der Klinik Floridsdorf </w:t>
      </w:r>
      <w:r w:rsidR="3CBB8542" w:rsidRPr="507391C7">
        <w:rPr>
          <w:rFonts w:ascii="Wiener Melange" w:eastAsia="Wiener Melange" w:hAnsi="Wiener Melange" w:cs="Wiener Melange"/>
          <w:sz w:val="24"/>
          <w:szCs w:val="24"/>
          <w:lang w:val="de-DE"/>
        </w:rPr>
        <w:t>kämpfen um Rajkos Leben.</w:t>
      </w:r>
    </w:p>
    <w:p w14:paraId="732F3C7F" w14:textId="45F6571E" w:rsidR="7C72D801" w:rsidRDefault="00B76347" w:rsidP="507391C7">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7C72D801" w:rsidRPr="00BE617F">
        <w:rPr>
          <w:lang w:val="de-DE"/>
        </w:rPr>
        <w:br/>
      </w:r>
      <w:r w:rsidR="549FE352" w:rsidRPr="507391C7">
        <w:rPr>
          <w:rFonts w:ascii="Wiener Melange" w:eastAsia="Wiener Melange" w:hAnsi="Wiener Melange" w:cs="Wiener Melange"/>
          <w:sz w:val="24"/>
          <w:szCs w:val="24"/>
          <w:lang w:val="de-DE"/>
        </w:rPr>
        <w:t xml:space="preserve">Kapitel 4 – </w:t>
      </w:r>
      <w:r w:rsidR="19E2B4FD" w:rsidRPr="507391C7">
        <w:rPr>
          <w:rFonts w:ascii="Wiener Melange" w:eastAsia="Wiener Melange" w:hAnsi="Wiener Melange" w:cs="Wiener Melange"/>
          <w:sz w:val="24"/>
          <w:szCs w:val="24"/>
          <w:lang w:val="de-DE"/>
        </w:rPr>
        <w:t xml:space="preserve">AUF DER INTENSIVSTATION. </w:t>
      </w:r>
      <w:r w:rsidR="549FE352" w:rsidRPr="507391C7">
        <w:rPr>
          <w:rFonts w:ascii="Wiener Melange" w:eastAsia="Wiener Melange" w:hAnsi="Wiener Melange" w:cs="Wiener Melange"/>
          <w:sz w:val="24"/>
          <w:szCs w:val="24"/>
          <w:lang w:val="de-DE"/>
        </w:rPr>
        <w:t xml:space="preserve">Der Eingriff ist gelungen. Doch für Rajkos Familie beginnt jetzt das bange Warten </w:t>
      </w:r>
      <w:r w:rsidR="00282659">
        <w:rPr>
          <w:rFonts w:ascii="Wiener Melange" w:eastAsia="Wiener Melange" w:hAnsi="Wiener Melange" w:cs="Wiener Melange"/>
          <w:sz w:val="24"/>
          <w:szCs w:val="24"/>
          <w:lang w:val="de-DE"/>
        </w:rPr>
        <w:t>um die</w:t>
      </w:r>
      <w:r w:rsidR="549FE352" w:rsidRPr="507391C7">
        <w:rPr>
          <w:rFonts w:ascii="Wiener Melange" w:eastAsia="Wiener Melange" w:hAnsi="Wiener Melange" w:cs="Wiener Melange"/>
          <w:sz w:val="24"/>
          <w:szCs w:val="24"/>
          <w:lang w:val="de-DE"/>
        </w:rPr>
        <w:t xml:space="preserve"> Antwort, die niemand garantieren kann: Wird er wieder derselbe sein?</w:t>
      </w:r>
    </w:p>
    <w:p w14:paraId="40E24A2D" w14:textId="246E7D69" w:rsidR="7C72D801" w:rsidRDefault="00B76347" w:rsidP="507391C7">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lastRenderedPageBreak/>
        <w:t>Lisa N.:</w:t>
      </w:r>
      <w:r w:rsidR="00282659">
        <w:rPr>
          <w:lang w:val="de-DE"/>
        </w:rPr>
        <w:t xml:space="preserve"> </w:t>
      </w:r>
      <w:r w:rsidR="549FE352" w:rsidRPr="507391C7">
        <w:rPr>
          <w:rFonts w:ascii="Wiener Melange" w:eastAsia="Wiener Melange" w:hAnsi="Wiener Melange" w:cs="Wiener Melange"/>
          <w:sz w:val="24"/>
          <w:szCs w:val="24"/>
          <w:lang w:val="de-DE"/>
        </w:rPr>
        <w:t>Kapitel 5 – ALLES ANDERE IST BONUS</w:t>
      </w:r>
      <w:r w:rsidR="00282659">
        <w:rPr>
          <w:rFonts w:ascii="Wiener Melange" w:eastAsia="Wiener Melange" w:hAnsi="Wiener Melange" w:cs="Wiener Melange"/>
          <w:sz w:val="24"/>
          <w:szCs w:val="24"/>
          <w:lang w:val="de-DE"/>
        </w:rPr>
        <w:t>.</w:t>
      </w:r>
      <w:r w:rsidR="79376BE7" w:rsidRPr="507391C7">
        <w:rPr>
          <w:rFonts w:ascii="Wiener Melange" w:eastAsia="Wiener Melange" w:hAnsi="Wiener Melange" w:cs="Wiener Melange"/>
          <w:sz w:val="24"/>
          <w:szCs w:val="24"/>
          <w:lang w:val="de-DE"/>
        </w:rPr>
        <w:t xml:space="preserve"> </w:t>
      </w:r>
      <w:r w:rsidR="549FE352" w:rsidRPr="507391C7">
        <w:rPr>
          <w:rFonts w:ascii="Wiener Melange" w:eastAsia="Wiener Melange" w:hAnsi="Wiener Melange" w:cs="Wiener Melange"/>
          <w:sz w:val="24"/>
          <w:szCs w:val="24"/>
          <w:lang w:val="de-DE"/>
        </w:rPr>
        <w:t>Mehr als ein Jahr später blickt Rajko auf den Tag zurück, an dem viele Menschen ihm gemeinsam eine zweite Chance geschenkt haben.</w:t>
      </w:r>
    </w:p>
    <w:p w14:paraId="06975204" w14:textId="2BC6C08C" w:rsidR="7C72D801" w:rsidRDefault="00B76347" w:rsidP="507391C7">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223FF5CA" w:rsidRPr="507391C7">
        <w:rPr>
          <w:rFonts w:ascii="Wiener Melange" w:eastAsia="Wiener Melange" w:hAnsi="Wiener Melange" w:cs="Wiener Melange"/>
          <w:b/>
          <w:bCs/>
          <w:sz w:val="24"/>
          <w:szCs w:val="24"/>
          <w:lang w:val="de-DE"/>
        </w:rPr>
        <w:t xml:space="preserve"> </w:t>
      </w:r>
      <w:r w:rsidR="00282659">
        <w:rPr>
          <w:lang w:val="de-DE"/>
        </w:rPr>
        <w:t xml:space="preserve"> </w:t>
      </w:r>
      <w:r w:rsidR="56734385" w:rsidRPr="507391C7">
        <w:rPr>
          <w:rFonts w:ascii="Wiener Melange" w:eastAsia="Wiener Melange" w:hAnsi="Wiener Melange" w:cs="Wiener Melange"/>
          <w:sz w:val="24"/>
          <w:szCs w:val="24"/>
          <w:lang w:val="de-DE"/>
        </w:rPr>
        <w:t xml:space="preserve">Das war die erste Spezialfolge von </w:t>
      </w:r>
      <w:r w:rsidR="56734385" w:rsidRPr="00282659">
        <w:rPr>
          <w:rFonts w:ascii="Wiener Melange" w:eastAsia="Wiener Melange" w:hAnsi="Wiener Melange" w:cs="Wiener Melange"/>
          <w:sz w:val="24"/>
          <w:szCs w:val="24"/>
          <w:lang w:val="de-DE"/>
        </w:rPr>
        <w:t>KLINIKKOSMOS</w:t>
      </w:r>
      <w:r w:rsidR="00282659">
        <w:rPr>
          <w:rFonts w:ascii="Wiener Melange" w:eastAsia="Wiener Melange" w:hAnsi="Wiener Melange" w:cs="Wiener Melange"/>
          <w:sz w:val="24"/>
          <w:szCs w:val="24"/>
          <w:lang w:val="de-DE"/>
        </w:rPr>
        <w:t xml:space="preserve"> - </w:t>
      </w:r>
      <w:r w:rsidR="56734385" w:rsidRPr="507391C7">
        <w:rPr>
          <w:rFonts w:ascii="Wiener Melange" w:eastAsia="Wiener Melange" w:hAnsi="Wiener Melange" w:cs="Wiener Melange"/>
          <w:sz w:val="24"/>
          <w:szCs w:val="24"/>
          <w:lang w:val="de-DE"/>
        </w:rPr>
        <w:t>de</w:t>
      </w:r>
      <w:r w:rsidR="00282659">
        <w:rPr>
          <w:rFonts w:ascii="Wiener Melange" w:eastAsia="Wiener Melange" w:hAnsi="Wiener Melange" w:cs="Wiener Melange"/>
          <w:sz w:val="24"/>
          <w:szCs w:val="24"/>
          <w:lang w:val="de-DE"/>
        </w:rPr>
        <w:t>r</w:t>
      </w:r>
      <w:r w:rsidR="56734385" w:rsidRPr="507391C7">
        <w:rPr>
          <w:rFonts w:ascii="Wiener Melange" w:eastAsia="Wiener Melange" w:hAnsi="Wiener Melange" w:cs="Wiener Melange"/>
          <w:sz w:val="24"/>
          <w:szCs w:val="24"/>
          <w:lang w:val="de-DE"/>
        </w:rPr>
        <w:t xml:space="preserve"> Wiener Gesundheits</w:t>
      </w:r>
      <w:r w:rsidR="00282659">
        <w:rPr>
          <w:rFonts w:ascii="Wiener Melange" w:eastAsia="Wiener Melange" w:hAnsi="Wiener Melange" w:cs="Wiener Melange"/>
          <w:sz w:val="24"/>
          <w:szCs w:val="24"/>
          <w:lang w:val="de-DE"/>
        </w:rPr>
        <w:t>podcast</w:t>
      </w:r>
      <w:r w:rsidR="56734385" w:rsidRPr="507391C7">
        <w:rPr>
          <w:rFonts w:ascii="Wiener Melange" w:eastAsia="Wiener Melange" w:hAnsi="Wiener Melange" w:cs="Wiener Melange"/>
          <w:sz w:val="24"/>
          <w:szCs w:val="24"/>
          <w:lang w:val="de-DE"/>
        </w:rPr>
        <w:t>.</w:t>
      </w:r>
      <w:r w:rsidR="6BD112FA" w:rsidRPr="507391C7">
        <w:rPr>
          <w:rFonts w:ascii="Wiener Melange" w:eastAsia="Wiener Melange" w:hAnsi="Wiener Melange" w:cs="Wiener Melange"/>
          <w:sz w:val="24"/>
          <w:szCs w:val="24"/>
          <w:lang w:val="de-DE"/>
        </w:rPr>
        <w:t xml:space="preserve"> </w:t>
      </w:r>
      <w:r w:rsidR="0F1895D9" w:rsidRPr="507391C7">
        <w:rPr>
          <w:rFonts w:ascii="Wiener Melange" w:eastAsia="Wiener Melange" w:hAnsi="Wiener Melange" w:cs="Wiener Melange"/>
          <w:sz w:val="24"/>
          <w:szCs w:val="24"/>
          <w:lang w:val="de-DE"/>
        </w:rPr>
        <w:t xml:space="preserve">Und </w:t>
      </w:r>
      <w:r w:rsidR="3FD5512B" w:rsidRPr="507391C7">
        <w:rPr>
          <w:rFonts w:ascii="Wiener Melange" w:eastAsia="Wiener Melange" w:hAnsi="Wiener Melange" w:cs="Wiener Melange"/>
          <w:sz w:val="24"/>
          <w:szCs w:val="24"/>
          <w:lang w:val="de-DE"/>
        </w:rPr>
        <w:t>der Startschuss für die zweite Staffel Wir hören un</w:t>
      </w:r>
      <w:r w:rsidR="2052CCE9" w:rsidRPr="507391C7">
        <w:rPr>
          <w:rFonts w:ascii="Wiener Melange" w:eastAsia="Wiener Melange" w:hAnsi="Wiener Melange" w:cs="Wiener Melange"/>
          <w:sz w:val="24"/>
          <w:szCs w:val="24"/>
          <w:lang w:val="de-DE"/>
        </w:rPr>
        <w:t>s</w:t>
      </w:r>
      <w:r w:rsidR="3FD5512B" w:rsidRPr="507391C7">
        <w:rPr>
          <w:rFonts w:ascii="Wiener Melange" w:eastAsia="Wiener Melange" w:hAnsi="Wiener Melange" w:cs="Wiener Melange"/>
          <w:sz w:val="24"/>
          <w:szCs w:val="24"/>
          <w:lang w:val="de-DE"/>
        </w:rPr>
        <w:t xml:space="preserve"> regulär jetzt alle zwei Wochen. Und</w:t>
      </w:r>
      <w:r w:rsidR="156D2EBA" w:rsidRPr="507391C7">
        <w:rPr>
          <w:rFonts w:ascii="Wiener Melange" w:eastAsia="Wiener Melange" w:hAnsi="Wiener Melange" w:cs="Wiener Melange"/>
          <w:sz w:val="24"/>
          <w:szCs w:val="24"/>
          <w:lang w:val="de-DE"/>
        </w:rPr>
        <w:t xml:space="preserve"> </w:t>
      </w:r>
      <w:r w:rsidR="3FD5512B" w:rsidRPr="507391C7">
        <w:rPr>
          <w:rFonts w:ascii="Wiener Melange" w:eastAsia="Wiener Melange" w:hAnsi="Wiener Melange" w:cs="Wiener Melange"/>
          <w:sz w:val="24"/>
          <w:szCs w:val="24"/>
          <w:lang w:val="de-DE"/>
        </w:rPr>
        <w:t>jede 5. Fo</w:t>
      </w:r>
      <w:r w:rsidR="5CFDA294" w:rsidRPr="507391C7">
        <w:rPr>
          <w:rFonts w:ascii="Wiener Melange" w:eastAsia="Wiener Melange" w:hAnsi="Wiener Melange" w:cs="Wiener Melange"/>
          <w:sz w:val="24"/>
          <w:szCs w:val="24"/>
          <w:lang w:val="de-DE"/>
        </w:rPr>
        <w:t>lge wird eine Spezialfolge</w:t>
      </w:r>
      <w:r w:rsidR="0B2E25D3" w:rsidRPr="507391C7">
        <w:rPr>
          <w:rFonts w:ascii="Wiener Melange" w:eastAsia="Wiener Melange" w:hAnsi="Wiener Melange" w:cs="Wiener Melange"/>
          <w:sz w:val="24"/>
          <w:szCs w:val="24"/>
          <w:lang w:val="de-DE"/>
        </w:rPr>
        <w:t xml:space="preserve">. Also bleibt dran, es werden spannende Folgen. </w:t>
      </w:r>
      <w:r w:rsidR="054BB774" w:rsidRPr="507391C7">
        <w:rPr>
          <w:rFonts w:ascii="Wiener Melange" w:eastAsia="Wiener Melange" w:hAnsi="Wiener Melange" w:cs="Wiener Melange"/>
          <w:sz w:val="24"/>
          <w:szCs w:val="24"/>
          <w:lang w:val="de-DE"/>
        </w:rPr>
        <w:t xml:space="preserve"> </w:t>
      </w:r>
    </w:p>
    <w:p w14:paraId="57A64006" w14:textId="56C7A7EC" w:rsidR="5957DE13" w:rsidRDefault="00B76347" w:rsidP="23FE564F">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282659">
        <w:rPr>
          <w:lang w:val="de-DE"/>
        </w:rPr>
        <w:t xml:space="preserve"> </w:t>
      </w:r>
      <w:r w:rsidR="5056F5C4" w:rsidRPr="507391C7">
        <w:rPr>
          <w:rFonts w:ascii="Wiener Melange" w:eastAsia="Wiener Melange" w:hAnsi="Wiener Melange" w:cs="Wiener Melange"/>
          <w:sz w:val="24"/>
          <w:szCs w:val="24"/>
          <w:lang w:val="de-DE"/>
        </w:rPr>
        <w:t xml:space="preserve">Und wer eine Herzoperation einmal live miterleben möchte, hat schon bald die Gelegenheit dazu. Am Dienstag, den </w:t>
      </w:r>
      <w:r w:rsidR="5056F5C4" w:rsidRPr="00282659">
        <w:rPr>
          <w:rFonts w:ascii="Wiener Melange" w:eastAsia="Wiener Melange" w:hAnsi="Wiener Melange" w:cs="Wiener Melange"/>
          <w:sz w:val="24"/>
          <w:szCs w:val="24"/>
          <w:lang w:val="de-DE"/>
        </w:rPr>
        <w:t>22. September, laden wir gemeinsam mit der Klinik Floridsdorf ins Technische Museum Wien ein.</w:t>
      </w:r>
    </w:p>
    <w:p w14:paraId="6C7391DB" w14:textId="6427C921" w:rsidR="5957DE13" w:rsidRDefault="00B76347" w:rsidP="23FE564F">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282659">
        <w:rPr>
          <w:lang w:val="de-DE"/>
        </w:rPr>
        <w:t xml:space="preserve"> </w:t>
      </w:r>
      <w:r w:rsidR="5056F5C4" w:rsidRPr="00282659">
        <w:rPr>
          <w:rFonts w:ascii="Wiener Melange" w:eastAsia="Wiener Melange" w:hAnsi="Wiener Melange" w:cs="Wiener Melange"/>
          <w:sz w:val="24"/>
          <w:szCs w:val="24"/>
          <w:lang w:val="de-DE"/>
        </w:rPr>
        <w:t>Unter dem Titel „Herz im Fokus“ übertragen wir ab 14 Uhr eine Herzoperation live aus dem OP-Saal der Klinik Floridsdorf ins Museum. Rund um die Live-Übertragung erwarten euch außerdem spannende Kurzvorträge sowie interaktive Stationen zu</w:t>
      </w:r>
      <w:r w:rsidR="00282659">
        <w:rPr>
          <w:rFonts w:ascii="Wiener Melange" w:eastAsia="Wiener Melange" w:hAnsi="Wiener Melange" w:cs="Wiener Melange"/>
          <w:sz w:val="24"/>
          <w:szCs w:val="24"/>
          <w:lang w:val="de-DE"/>
        </w:rPr>
        <w:t xml:space="preserve">m Thema </w:t>
      </w:r>
      <w:r w:rsidR="5056F5C4" w:rsidRPr="00282659">
        <w:rPr>
          <w:rFonts w:ascii="Wiener Melange" w:eastAsia="Wiener Melange" w:hAnsi="Wiener Melange" w:cs="Wiener Melange"/>
          <w:sz w:val="24"/>
          <w:szCs w:val="24"/>
          <w:lang w:val="de-DE"/>
        </w:rPr>
        <w:t>Bewegung, Ernährung und mentaler Gesundheit.</w:t>
      </w:r>
    </w:p>
    <w:p w14:paraId="70A8BF2A" w14:textId="4BCAA097" w:rsidR="5957DE13" w:rsidRDefault="00B76347" w:rsidP="23FE564F">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N.:</w:t>
      </w:r>
      <w:r w:rsidR="00282659">
        <w:rPr>
          <w:lang w:val="de-DE"/>
        </w:rPr>
        <w:t xml:space="preserve"> </w:t>
      </w:r>
      <w:r w:rsidR="5056F5C4" w:rsidRPr="507391C7">
        <w:rPr>
          <w:rFonts w:ascii="Wiener Melange" w:eastAsia="Wiener Melange" w:hAnsi="Wiener Melange" w:cs="Wiener Melange"/>
          <w:sz w:val="24"/>
          <w:szCs w:val="24"/>
          <w:lang w:val="de-DE"/>
        </w:rPr>
        <w:t xml:space="preserve">Der Eintritt ist kostenlos. Alle Informationen zur Veranstaltung findet ihr in unseren </w:t>
      </w:r>
      <w:proofErr w:type="spellStart"/>
      <w:r w:rsidR="5056F5C4" w:rsidRPr="507391C7">
        <w:rPr>
          <w:rFonts w:ascii="Wiener Melange" w:eastAsia="Wiener Melange" w:hAnsi="Wiener Melange" w:cs="Wiener Melange"/>
          <w:sz w:val="24"/>
          <w:szCs w:val="24"/>
          <w:lang w:val="de-DE"/>
        </w:rPr>
        <w:t>Shownotes</w:t>
      </w:r>
      <w:proofErr w:type="spellEnd"/>
      <w:r w:rsidR="5056F5C4" w:rsidRPr="507391C7">
        <w:rPr>
          <w:rFonts w:ascii="Wiener Melange" w:eastAsia="Wiener Melange" w:hAnsi="Wiener Melange" w:cs="Wiener Melange"/>
          <w:sz w:val="24"/>
          <w:szCs w:val="24"/>
          <w:lang w:val="de-DE"/>
        </w:rPr>
        <w:t xml:space="preserve">. Vielleicht sehen wir uns </w:t>
      </w:r>
      <w:proofErr w:type="gramStart"/>
      <w:r w:rsidR="5056F5C4" w:rsidRPr="507391C7">
        <w:rPr>
          <w:rFonts w:ascii="Wiener Melange" w:eastAsia="Wiener Melange" w:hAnsi="Wiener Melange" w:cs="Wiener Melange"/>
          <w:sz w:val="24"/>
          <w:szCs w:val="24"/>
          <w:lang w:val="de-DE"/>
        </w:rPr>
        <w:t>ja dort</w:t>
      </w:r>
      <w:proofErr w:type="gramEnd"/>
      <w:r w:rsidR="5056F5C4" w:rsidRPr="507391C7">
        <w:rPr>
          <w:rFonts w:ascii="Wiener Melange" w:eastAsia="Wiener Melange" w:hAnsi="Wiener Melange" w:cs="Wiener Melange"/>
          <w:sz w:val="24"/>
          <w:szCs w:val="24"/>
          <w:lang w:val="de-DE"/>
        </w:rPr>
        <w:t>!</w:t>
      </w:r>
    </w:p>
    <w:p w14:paraId="3B0B5435" w14:textId="13DF07B5" w:rsidR="5957DE13" w:rsidRDefault="00B76347" w:rsidP="23FE564F">
      <w:pPr>
        <w:spacing w:before="240" w:after="240"/>
        <w:rPr>
          <w:rFonts w:ascii="Wiener Melange" w:eastAsia="Wiener Melange" w:hAnsi="Wiener Melange" w:cs="Wiener Melange"/>
          <w:sz w:val="24"/>
          <w:szCs w:val="24"/>
          <w:lang w:val="de-DE"/>
        </w:rPr>
      </w:pPr>
      <w:r>
        <w:rPr>
          <w:rFonts w:ascii="Wiener Melange" w:eastAsia="Wiener Melange" w:hAnsi="Wiener Melange" w:cs="Wiener Melange"/>
          <w:b/>
          <w:bCs/>
          <w:sz w:val="24"/>
          <w:szCs w:val="24"/>
          <w:lang w:val="de-DE"/>
        </w:rPr>
        <w:t>Lisa S.:</w:t>
      </w:r>
      <w:r w:rsidR="00282659">
        <w:rPr>
          <w:lang w:val="de-DE"/>
        </w:rPr>
        <w:t xml:space="preserve"> </w:t>
      </w:r>
      <w:r w:rsidR="5056F5C4" w:rsidRPr="507391C7">
        <w:rPr>
          <w:rFonts w:ascii="Wiener Melange" w:eastAsia="Wiener Melange" w:hAnsi="Wiener Melange" w:cs="Wiener Melange"/>
          <w:sz w:val="24"/>
          <w:szCs w:val="24"/>
          <w:lang w:val="de-DE"/>
        </w:rPr>
        <w:t>Und wer könnte diese Folge besser schließen als Rajko. Du hast das letzte Wort. Vielen Dank für alles.</w:t>
      </w:r>
    </w:p>
    <w:p w14:paraId="1F5C2094" w14:textId="0B025E0C" w:rsidR="00282659" w:rsidRDefault="00282659" w:rsidP="23FE564F">
      <w:pPr>
        <w:spacing w:before="240" w:after="240"/>
        <w:rPr>
          <w:rFonts w:ascii="Wiener Melange" w:eastAsia="Wiener Melange" w:hAnsi="Wiener Melange" w:cs="Wiener Melange"/>
          <w:sz w:val="24"/>
          <w:szCs w:val="24"/>
          <w:lang w:val="de-DE"/>
        </w:rPr>
      </w:pPr>
      <w:r w:rsidRPr="507391C7">
        <w:rPr>
          <w:rFonts w:ascii="Wiener Melange" w:eastAsia="Wiener Melange" w:hAnsi="Wiener Melange" w:cs="Wiener Melange"/>
          <w:b/>
          <w:bCs/>
          <w:sz w:val="24"/>
          <w:szCs w:val="24"/>
          <w:lang w:val="de-DE"/>
        </w:rPr>
        <w:t>Rajko</w:t>
      </w:r>
      <w:r>
        <w:rPr>
          <w:rFonts w:ascii="Wiener Melange" w:eastAsia="Wiener Melange" w:hAnsi="Wiener Melange" w:cs="Wiener Melange"/>
          <w:sz w:val="24"/>
          <w:szCs w:val="24"/>
          <w:lang w:val="de-DE"/>
        </w:rPr>
        <w:t xml:space="preserve">: </w:t>
      </w:r>
      <w:r w:rsidRPr="00282659">
        <w:rPr>
          <w:rFonts w:ascii="Wiener Melange" w:eastAsia="Wiener Melange" w:hAnsi="Wiener Melange" w:cs="Wiener Melange"/>
          <w:sz w:val="24"/>
          <w:szCs w:val="24"/>
          <w:lang w:val="de-DE"/>
        </w:rPr>
        <w:t>Aber bei uns gibt es so ein Sprichwort. Wenn du einmal überlebst, irgendeinen Zwischenfall, ja, dann Hast du gute Chancen, lange zu leben</w:t>
      </w:r>
    </w:p>
    <w:p w14:paraId="4CFDB833" w14:textId="77777777" w:rsidR="00282659" w:rsidRPr="00282659" w:rsidRDefault="00282659" w:rsidP="00282659">
      <w:pPr>
        <w:pStyle w:val="berschrift3"/>
        <w:rPr>
          <w:rFonts w:ascii="Wiener Melange" w:eastAsia="Calibri" w:hAnsi="Wiener Melange" w:cs="Wiener Melange"/>
          <w:sz w:val="22"/>
          <w:lang w:val="de-DE"/>
        </w:rPr>
      </w:pPr>
      <w:r w:rsidRPr="00282659">
        <w:rPr>
          <w:rFonts w:ascii="Wiener Melange" w:eastAsia="Calibri" w:hAnsi="Wiener Melange" w:cs="Wiener Melange"/>
          <w:sz w:val="22"/>
          <w:lang w:val="de-DE"/>
        </w:rPr>
        <w:t xml:space="preserve">Outro </w:t>
      </w:r>
    </w:p>
    <w:p w14:paraId="0A5C2E28" w14:textId="363F0F34" w:rsidR="00282659" w:rsidRPr="00282659" w:rsidRDefault="00282659" w:rsidP="00282659">
      <w:pPr>
        <w:rPr>
          <w:rFonts w:ascii="Wiener Melange" w:hAnsi="Wiener Melange" w:cs="Wiener Melange"/>
          <w:i/>
          <w:lang w:val="de-DE"/>
        </w:rPr>
      </w:pPr>
      <w:r w:rsidRPr="00282659">
        <w:rPr>
          <w:rFonts w:ascii="Wiener Melange" w:eastAsia="Calibri" w:hAnsi="Wiener Melange" w:cs="Wiener Melange"/>
          <w:i/>
          <w:lang w:val="de-DE"/>
        </w:rPr>
        <w:t xml:space="preserve">[Outro-Musik] Outro: *Klinik Kosmos kann Spuren von Humor, Tränen, Fachwissen und Aha-Erlebnissen enthalten. Bei Fragen wenden Sie sich vertrauensvoll an Lisa und Lisa unter </w:t>
      </w:r>
      <w:hyperlink r:id="rId10" w:history="1">
        <w:r w:rsidRPr="00282659">
          <w:rPr>
            <w:rStyle w:val="Hyperlink"/>
            <w:rFonts w:ascii="Wiener Melange" w:eastAsia="Calibri" w:hAnsi="Wiener Melange" w:cs="Wiener Melange"/>
            <w:lang w:val="de-DE"/>
          </w:rPr>
          <w:t>klinikkosmos@gesundheitsverbund.at</w:t>
        </w:r>
      </w:hyperlink>
      <w:r w:rsidRPr="00282659">
        <w:rPr>
          <w:rFonts w:ascii="Wiener Melange" w:eastAsia="Calibri" w:hAnsi="Wiener Melange" w:cs="Wiener Melange"/>
          <w:i/>
          <w:lang w:val="de-DE"/>
        </w:rPr>
        <w:t>*</w:t>
      </w:r>
      <w:bookmarkStart w:id="1" w:name="_Hlk207294278"/>
    </w:p>
    <w:p w14:paraId="0D6374AC" w14:textId="77777777" w:rsidR="00282659" w:rsidRPr="00282659" w:rsidRDefault="00282659" w:rsidP="00282659">
      <w:pPr>
        <w:pStyle w:val="berschrift2"/>
        <w:rPr>
          <w:rFonts w:ascii="Wiener Melange" w:eastAsia="Calibri" w:hAnsi="Wiener Melange" w:cs="Wiener Melange"/>
          <w:color w:val="000000" w:themeColor="text1"/>
          <w:lang w:val="de-DE"/>
        </w:rPr>
      </w:pPr>
      <w:r w:rsidRPr="00282659">
        <w:rPr>
          <w:rFonts w:ascii="Wiener Melange" w:eastAsia="Calibri" w:hAnsi="Wiener Melange" w:cs="Wiener Melange"/>
          <w:color w:val="000000" w:themeColor="text1"/>
          <w:lang w:val="de-DE"/>
        </w:rPr>
        <w:t>Podcast Ende</w:t>
      </w:r>
      <w:bookmarkEnd w:id="1"/>
    </w:p>
    <w:p w14:paraId="3B7FB08B" w14:textId="77777777" w:rsidR="00282659" w:rsidRDefault="00282659" w:rsidP="00282659">
      <w:pPr>
        <w:rPr>
          <w:rFonts w:ascii="Wiener Melange" w:hAnsi="Wiener Melange" w:cs="Wiener Melange"/>
          <w:lang w:val="de-DE"/>
        </w:rPr>
      </w:pPr>
      <w:r w:rsidRPr="00282659">
        <w:rPr>
          <w:rFonts w:ascii="Wiener Melange" w:hAnsi="Wiener Melange" w:cs="Wiener Melange"/>
          <w:lang w:val="de-DE"/>
        </w:rPr>
        <w:t xml:space="preserve">Weiterführende Links: </w:t>
      </w:r>
    </w:p>
    <w:p w14:paraId="11E10070" w14:textId="04CFE2DE" w:rsidR="00282659" w:rsidRDefault="00282659" w:rsidP="00282659">
      <w:pPr>
        <w:rPr>
          <w:rFonts w:ascii="Wiener Melange" w:hAnsi="Wiener Melange" w:cs="Wiener Melange"/>
          <w:lang w:val="de-DE"/>
        </w:rPr>
      </w:pPr>
      <w:hyperlink r:id="rId11" w:history="1">
        <w:r w:rsidRPr="00282659">
          <w:rPr>
            <w:rStyle w:val="Hyperlink"/>
            <w:rFonts w:ascii="Wiener Melange" w:hAnsi="Wiener Melange" w:cs="Wiener Melange"/>
            <w:lang w:val="de-DE"/>
          </w:rPr>
          <w:t xml:space="preserve">Wiener Gesundheitsverbund </w:t>
        </w:r>
      </w:hyperlink>
    </w:p>
    <w:p w14:paraId="4366CCA2" w14:textId="2C370C58" w:rsidR="00063A5F" w:rsidRPr="00282659" w:rsidRDefault="00282659" w:rsidP="00282659">
      <w:pPr>
        <w:rPr>
          <w:rFonts w:ascii="Wiener Melange" w:hAnsi="Wiener Melange" w:cs="Wiener Melange"/>
          <w:lang w:val="de-DE"/>
        </w:rPr>
      </w:pPr>
      <w:hyperlink r:id="rId12" w:history="1">
        <w:r w:rsidRPr="00282659">
          <w:rPr>
            <w:rStyle w:val="Hyperlink"/>
            <w:rFonts w:ascii="Wiener Melange" w:hAnsi="Wiener Melange" w:cs="Wiener Melange"/>
            <w:lang w:val="de-DE"/>
          </w:rPr>
          <w:t>Ausbildung – Ausbildungsmöglichkeiten im Wiener Gesundheitsverbund</w:t>
        </w:r>
      </w:hyperlink>
    </w:p>
    <w:sectPr w:rsidR="00063A5F" w:rsidRPr="00282659" w:rsidSect="00034616">
      <w:headerReference w:type="default" r:id="rId13"/>
      <w:footerReference w:type="default" r:id="rId14"/>
      <w:pgSz w:w="12240" w:h="15840"/>
      <w:pgMar w:top="1020" w:right="1134" w:bottom="102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5D0B0" w14:textId="77777777" w:rsidR="0051299D" w:rsidRDefault="0051299D">
      <w:pPr>
        <w:spacing w:after="0" w:line="240" w:lineRule="auto"/>
      </w:pPr>
      <w:r>
        <w:separator/>
      </w:r>
    </w:p>
  </w:endnote>
  <w:endnote w:type="continuationSeparator" w:id="0">
    <w:p w14:paraId="7DA8DCC0" w14:textId="77777777" w:rsidR="0051299D" w:rsidRDefault="00512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Wiener Melange">
    <w:altName w:val="Calibri"/>
    <w:panose1 w:val="020B0502020209020204"/>
    <w:charset w:val="00"/>
    <w:family w:val="swiss"/>
    <w:pitch w:val="variable"/>
    <w:sig w:usb0="A00000FF" w:usb1="000000DB" w:usb2="00000008"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320"/>
      <w:gridCol w:w="3320"/>
      <w:gridCol w:w="3320"/>
    </w:tblGrid>
    <w:tr w:rsidR="507391C7" w14:paraId="6863CF96" w14:textId="77777777" w:rsidTr="507391C7">
      <w:trPr>
        <w:trHeight w:val="300"/>
      </w:trPr>
      <w:tc>
        <w:tcPr>
          <w:tcW w:w="3320" w:type="dxa"/>
        </w:tcPr>
        <w:p w14:paraId="377755DA" w14:textId="13D3F3E3" w:rsidR="507391C7" w:rsidRDefault="507391C7" w:rsidP="507391C7">
          <w:pPr>
            <w:pStyle w:val="Kopfzeile"/>
            <w:ind w:left="-115"/>
          </w:pPr>
        </w:p>
      </w:tc>
      <w:tc>
        <w:tcPr>
          <w:tcW w:w="3320" w:type="dxa"/>
        </w:tcPr>
        <w:p w14:paraId="047F5CA9" w14:textId="30573F74" w:rsidR="507391C7" w:rsidRDefault="507391C7" w:rsidP="507391C7">
          <w:pPr>
            <w:pStyle w:val="Kopfzeile"/>
            <w:jc w:val="center"/>
          </w:pPr>
        </w:p>
      </w:tc>
      <w:tc>
        <w:tcPr>
          <w:tcW w:w="3320" w:type="dxa"/>
        </w:tcPr>
        <w:p w14:paraId="21FA4A5C" w14:textId="1E773A53" w:rsidR="507391C7" w:rsidRDefault="507391C7" w:rsidP="507391C7">
          <w:pPr>
            <w:pStyle w:val="Kopfzeile"/>
            <w:ind w:right="-115"/>
            <w:jc w:val="right"/>
          </w:pPr>
          <w:r>
            <w:fldChar w:fldCharType="begin"/>
          </w:r>
          <w:r>
            <w:instrText>PAGE</w:instrText>
          </w:r>
          <w:r>
            <w:fldChar w:fldCharType="separate"/>
          </w:r>
          <w:r w:rsidR="00BE617F">
            <w:rPr>
              <w:noProof/>
            </w:rPr>
            <w:t>1</w:t>
          </w:r>
          <w:r>
            <w:fldChar w:fldCharType="end"/>
          </w:r>
        </w:p>
      </w:tc>
    </w:tr>
  </w:tbl>
  <w:p w14:paraId="573FC1A2" w14:textId="71739A11" w:rsidR="507391C7" w:rsidRDefault="507391C7" w:rsidP="507391C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22381" w14:textId="77777777" w:rsidR="0051299D" w:rsidRDefault="0051299D">
      <w:pPr>
        <w:spacing w:after="0" w:line="240" w:lineRule="auto"/>
      </w:pPr>
      <w:r>
        <w:separator/>
      </w:r>
    </w:p>
  </w:footnote>
  <w:footnote w:type="continuationSeparator" w:id="0">
    <w:p w14:paraId="3713E83C" w14:textId="77777777" w:rsidR="0051299D" w:rsidRDefault="005129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320"/>
      <w:gridCol w:w="3320"/>
      <w:gridCol w:w="3320"/>
    </w:tblGrid>
    <w:tr w:rsidR="507391C7" w14:paraId="49B3FD61" w14:textId="77777777" w:rsidTr="507391C7">
      <w:trPr>
        <w:trHeight w:val="300"/>
      </w:trPr>
      <w:tc>
        <w:tcPr>
          <w:tcW w:w="3320" w:type="dxa"/>
        </w:tcPr>
        <w:p w14:paraId="201D9988" w14:textId="6520E220" w:rsidR="507391C7" w:rsidRDefault="507391C7" w:rsidP="507391C7">
          <w:pPr>
            <w:pStyle w:val="Kopfzeile"/>
            <w:ind w:left="-115"/>
          </w:pPr>
        </w:p>
      </w:tc>
      <w:tc>
        <w:tcPr>
          <w:tcW w:w="3320" w:type="dxa"/>
        </w:tcPr>
        <w:p w14:paraId="136E7CED" w14:textId="33EDFBBB" w:rsidR="507391C7" w:rsidRDefault="507391C7" w:rsidP="507391C7">
          <w:pPr>
            <w:pStyle w:val="Kopfzeile"/>
            <w:jc w:val="center"/>
          </w:pPr>
        </w:p>
      </w:tc>
      <w:tc>
        <w:tcPr>
          <w:tcW w:w="3320" w:type="dxa"/>
        </w:tcPr>
        <w:p w14:paraId="58CA7681" w14:textId="451FF526" w:rsidR="507391C7" w:rsidRDefault="507391C7" w:rsidP="507391C7">
          <w:pPr>
            <w:pStyle w:val="Kopfzeile"/>
            <w:ind w:right="-115"/>
            <w:jc w:val="right"/>
          </w:pPr>
        </w:p>
      </w:tc>
    </w:tr>
  </w:tbl>
  <w:p w14:paraId="7C4F7EDE" w14:textId="49324391" w:rsidR="507391C7" w:rsidRDefault="507391C7" w:rsidP="507391C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numm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numm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Aufzhlungszeich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Aufzhlungszeich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numm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ufzhlungszeichen"/>
      <w:lvlText w:val=""/>
      <w:lvlJc w:val="left"/>
      <w:pPr>
        <w:tabs>
          <w:tab w:val="num" w:pos="360"/>
        </w:tabs>
        <w:ind w:left="360" w:hanging="360"/>
      </w:pPr>
      <w:rPr>
        <w:rFonts w:ascii="Symbol" w:hAnsi="Symbol" w:hint="default"/>
      </w:rPr>
    </w:lvl>
  </w:abstractNum>
  <w:abstractNum w:abstractNumId="9" w15:restartNumberingAfterBreak="0">
    <w:nsid w:val="071A17C4"/>
    <w:multiLevelType w:val="hybridMultilevel"/>
    <w:tmpl w:val="397A564C"/>
    <w:lvl w:ilvl="0" w:tplc="F7728774">
      <w:start w:val="1"/>
      <w:numFmt w:val="bullet"/>
      <w:lvlText w:val=""/>
      <w:lvlJc w:val="left"/>
      <w:pPr>
        <w:ind w:left="720" w:hanging="360"/>
      </w:pPr>
      <w:rPr>
        <w:rFonts w:ascii="Symbol" w:hAnsi="Symbol" w:hint="default"/>
      </w:rPr>
    </w:lvl>
    <w:lvl w:ilvl="1" w:tplc="13F62A74">
      <w:start w:val="1"/>
      <w:numFmt w:val="bullet"/>
      <w:lvlText w:val="o"/>
      <w:lvlJc w:val="left"/>
      <w:pPr>
        <w:ind w:left="1440" w:hanging="360"/>
      </w:pPr>
      <w:rPr>
        <w:rFonts w:ascii="Courier New" w:hAnsi="Courier New" w:hint="default"/>
      </w:rPr>
    </w:lvl>
    <w:lvl w:ilvl="2" w:tplc="F6DA8E62">
      <w:start w:val="1"/>
      <w:numFmt w:val="bullet"/>
      <w:lvlText w:val=""/>
      <w:lvlJc w:val="left"/>
      <w:pPr>
        <w:ind w:left="2160" w:hanging="360"/>
      </w:pPr>
      <w:rPr>
        <w:rFonts w:ascii="Wingdings" w:hAnsi="Wingdings" w:hint="default"/>
      </w:rPr>
    </w:lvl>
    <w:lvl w:ilvl="3" w:tplc="EDEAE010">
      <w:start w:val="1"/>
      <w:numFmt w:val="bullet"/>
      <w:lvlText w:val=""/>
      <w:lvlJc w:val="left"/>
      <w:pPr>
        <w:ind w:left="2880" w:hanging="360"/>
      </w:pPr>
      <w:rPr>
        <w:rFonts w:ascii="Symbol" w:hAnsi="Symbol" w:hint="default"/>
      </w:rPr>
    </w:lvl>
    <w:lvl w:ilvl="4" w:tplc="68002110">
      <w:start w:val="1"/>
      <w:numFmt w:val="bullet"/>
      <w:lvlText w:val="o"/>
      <w:lvlJc w:val="left"/>
      <w:pPr>
        <w:ind w:left="3600" w:hanging="360"/>
      </w:pPr>
      <w:rPr>
        <w:rFonts w:ascii="Courier New" w:hAnsi="Courier New" w:hint="default"/>
      </w:rPr>
    </w:lvl>
    <w:lvl w:ilvl="5" w:tplc="A6D4B9F0">
      <w:start w:val="1"/>
      <w:numFmt w:val="bullet"/>
      <w:lvlText w:val=""/>
      <w:lvlJc w:val="left"/>
      <w:pPr>
        <w:ind w:left="4320" w:hanging="360"/>
      </w:pPr>
      <w:rPr>
        <w:rFonts w:ascii="Wingdings" w:hAnsi="Wingdings" w:hint="default"/>
      </w:rPr>
    </w:lvl>
    <w:lvl w:ilvl="6" w:tplc="E4DEB48C">
      <w:start w:val="1"/>
      <w:numFmt w:val="bullet"/>
      <w:lvlText w:val=""/>
      <w:lvlJc w:val="left"/>
      <w:pPr>
        <w:ind w:left="5040" w:hanging="360"/>
      </w:pPr>
      <w:rPr>
        <w:rFonts w:ascii="Symbol" w:hAnsi="Symbol" w:hint="default"/>
      </w:rPr>
    </w:lvl>
    <w:lvl w:ilvl="7" w:tplc="014AF36A">
      <w:start w:val="1"/>
      <w:numFmt w:val="bullet"/>
      <w:lvlText w:val="o"/>
      <w:lvlJc w:val="left"/>
      <w:pPr>
        <w:ind w:left="5760" w:hanging="360"/>
      </w:pPr>
      <w:rPr>
        <w:rFonts w:ascii="Courier New" w:hAnsi="Courier New" w:hint="default"/>
      </w:rPr>
    </w:lvl>
    <w:lvl w:ilvl="8" w:tplc="C4186A2E">
      <w:start w:val="1"/>
      <w:numFmt w:val="bullet"/>
      <w:lvlText w:val=""/>
      <w:lvlJc w:val="left"/>
      <w:pPr>
        <w:ind w:left="6480" w:hanging="360"/>
      </w:pPr>
      <w:rPr>
        <w:rFonts w:ascii="Wingdings" w:hAnsi="Wingdings" w:hint="default"/>
      </w:rPr>
    </w:lvl>
  </w:abstractNum>
  <w:abstractNum w:abstractNumId="10" w15:restartNumberingAfterBreak="0">
    <w:nsid w:val="4C888C1E"/>
    <w:multiLevelType w:val="hybridMultilevel"/>
    <w:tmpl w:val="409622C2"/>
    <w:lvl w:ilvl="0" w:tplc="B92EA53A">
      <w:start w:val="19"/>
      <w:numFmt w:val="decimal"/>
      <w:lvlText w:val="%1."/>
      <w:lvlJc w:val="left"/>
      <w:pPr>
        <w:ind w:left="720" w:hanging="360"/>
      </w:pPr>
    </w:lvl>
    <w:lvl w:ilvl="1" w:tplc="2F647C96">
      <w:start w:val="1"/>
      <w:numFmt w:val="lowerLetter"/>
      <w:lvlText w:val="%2."/>
      <w:lvlJc w:val="left"/>
      <w:pPr>
        <w:ind w:left="1440" w:hanging="360"/>
      </w:pPr>
    </w:lvl>
    <w:lvl w:ilvl="2" w:tplc="FE967B06">
      <w:start w:val="1"/>
      <w:numFmt w:val="lowerRoman"/>
      <w:lvlText w:val="%3."/>
      <w:lvlJc w:val="right"/>
      <w:pPr>
        <w:ind w:left="2160" w:hanging="180"/>
      </w:pPr>
    </w:lvl>
    <w:lvl w:ilvl="3" w:tplc="36C80438">
      <w:start w:val="1"/>
      <w:numFmt w:val="decimal"/>
      <w:lvlText w:val="%4."/>
      <w:lvlJc w:val="left"/>
      <w:pPr>
        <w:ind w:left="2880" w:hanging="360"/>
      </w:pPr>
    </w:lvl>
    <w:lvl w:ilvl="4" w:tplc="41D05DE8">
      <w:start w:val="1"/>
      <w:numFmt w:val="lowerLetter"/>
      <w:lvlText w:val="%5."/>
      <w:lvlJc w:val="left"/>
      <w:pPr>
        <w:ind w:left="3600" w:hanging="360"/>
      </w:pPr>
    </w:lvl>
    <w:lvl w:ilvl="5" w:tplc="00D89B2E">
      <w:start w:val="1"/>
      <w:numFmt w:val="lowerRoman"/>
      <w:lvlText w:val="%6."/>
      <w:lvlJc w:val="right"/>
      <w:pPr>
        <w:ind w:left="4320" w:hanging="180"/>
      </w:pPr>
    </w:lvl>
    <w:lvl w:ilvl="6" w:tplc="C4A22DD2">
      <w:start w:val="1"/>
      <w:numFmt w:val="decimal"/>
      <w:lvlText w:val="%7."/>
      <w:lvlJc w:val="left"/>
      <w:pPr>
        <w:ind w:left="5040" w:hanging="360"/>
      </w:pPr>
    </w:lvl>
    <w:lvl w:ilvl="7" w:tplc="5642AECE">
      <w:start w:val="1"/>
      <w:numFmt w:val="lowerLetter"/>
      <w:lvlText w:val="%8."/>
      <w:lvlJc w:val="left"/>
      <w:pPr>
        <w:ind w:left="5760" w:hanging="360"/>
      </w:pPr>
    </w:lvl>
    <w:lvl w:ilvl="8" w:tplc="83A4957A">
      <w:start w:val="1"/>
      <w:numFmt w:val="lowerRoman"/>
      <w:lvlText w:val="%9."/>
      <w:lvlJc w:val="right"/>
      <w:pPr>
        <w:ind w:left="6480" w:hanging="180"/>
      </w:pPr>
    </w:lvl>
  </w:abstractNum>
  <w:num w:numId="1" w16cid:durableId="1119226163">
    <w:abstractNumId w:val="3"/>
  </w:num>
  <w:num w:numId="2" w16cid:durableId="1229153644">
    <w:abstractNumId w:val="1"/>
  </w:num>
  <w:num w:numId="3" w16cid:durableId="1428426939">
    <w:abstractNumId w:val="2"/>
  </w:num>
  <w:num w:numId="4" w16cid:durableId="1465005707">
    <w:abstractNumId w:val="9"/>
  </w:num>
  <w:num w:numId="5" w16cid:durableId="1578326087">
    <w:abstractNumId w:val="6"/>
  </w:num>
  <w:num w:numId="6" w16cid:durableId="1928466172">
    <w:abstractNumId w:val="5"/>
  </w:num>
  <w:num w:numId="7" w16cid:durableId="2009600671">
    <w:abstractNumId w:val="8"/>
  </w:num>
  <w:num w:numId="8" w16cid:durableId="2034114146">
    <w:abstractNumId w:val="0"/>
  </w:num>
  <w:num w:numId="9" w16cid:durableId="337276906">
    <w:abstractNumId w:val="7"/>
  </w:num>
  <w:num w:numId="10" w16cid:durableId="414397790">
    <w:abstractNumId w:val="4"/>
  </w:num>
  <w:num w:numId="11" w16cid:durableId="66455717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0CF5"/>
    <w:rsid w:val="00015111"/>
    <w:rsid w:val="000250B4"/>
    <w:rsid w:val="00034616"/>
    <w:rsid w:val="000355BA"/>
    <w:rsid w:val="0006063C"/>
    <w:rsid w:val="00063A5F"/>
    <w:rsid w:val="00075435"/>
    <w:rsid w:val="0008773C"/>
    <w:rsid w:val="00097F76"/>
    <w:rsid w:val="000A6136"/>
    <w:rsid w:val="000A779F"/>
    <w:rsid w:val="000B16AE"/>
    <w:rsid w:val="000B1B22"/>
    <w:rsid w:val="000B37A3"/>
    <w:rsid w:val="000B72A5"/>
    <w:rsid w:val="000D3145"/>
    <w:rsid w:val="000F2084"/>
    <w:rsid w:val="001076A6"/>
    <w:rsid w:val="0014260F"/>
    <w:rsid w:val="00146DAE"/>
    <w:rsid w:val="00147614"/>
    <w:rsid w:val="0015074B"/>
    <w:rsid w:val="00151B8F"/>
    <w:rsid w:val="00171886"/>
    <w:rsid w:val="00175FBB"/>
    <w:rsid w:val="001807C5"/>
    <w:rsid w:val="00192793"/>
    <w:rsid w:val="00197EA8"/>
    <w:rsid w:val="001AD604"/>
    <w:rsid w:val="001B30E5"/>
    <w:rsid w:val="001C33B7"/>
    <w:rsid w:val="001C583A"/>
    <w:rsid w:val="001E3B35"/>
    <w:rsid w:val="001F7F69"/>
    <w:rsid w:val="0021199D"/>
    <w:rsid w:val="002129AE"/>
    <w:rsid w:val="00215F62"/>
    <w:rsid w:val="00216BA8"/>
    <w:rsid w:val="00216FDA"/>
    <w:rsid w:val="00225290"/>
    <w:rsid w:val="002548AC"/>
    <w:rsid w:val="00282659"/>
    <w:rsid w:val="00293389"/>
    <w:rsid w:val="0029639D"/>
    <w:rsid w:val="002A2CFB"/>
    <w:rsid w:val="002C60BA"/>
    <w:rsid w:val="002D5A44"/>
    <w:rsid w:val="002E6D73"/>
    <w:rsid w:val="002F3DD5"/>
    <w:rsid w:val="002F50C4"/>
    <w:rsid w:val="002F53C3"/>
    <w:rsid w:val="003121B8"/>
    <w:rsid w:val="00312AD5"/>
    <w:rsid w:val="003215A7"/>
    <w:rsid w:val="00326F90"/>
    <w:rsid w:val="0032719E"/>
    <w:rsid w:val="003319CB"/>
    <w:rsid w:val="00336ABE"/>
    <w:rsid w:val="003379D7"/>
    <w:rsid w:val="003452BB"/>
    <w:rsid w:val="00345586"/>
    <w:rsid w:val="00353D84"/>
    <w:rsid w:val="003573C0"/>
    <w:rsid w:val="00364562"/>
    <w:rsid w:val="00365EC7"/>
    <w:rsid w:val="003701EE"/>
    <w:rsid w:val="0038498F"/>
    <w:rsid w:val="00391A8D"/>
    <w:rsid w:val="003B3869"/>
    <w:rsid w:val="003B5CA8"/>
    <w:rsid w:val="003B6115"/>
    <w:rsid w:val="003BE8EA"/>
    <w:rsid w:val="003C5D96"/>
    <w:rsid w:val="003C71C4"/>
    <w:rsid w:val="003D16BA"/>
    <w:rsid w:val="003D5A12"/>
    <w:rsid w:val="003D69A5"/>
    <w:rsid w:val="003D75D9"/>
    <w:rsid w:val="003D7EC2"/>
    <w:rsid w:val="003E4E9C"/>
    <w:rsid w:val="003E6353"/>
    <w:rsid w:val="003F1FAB"/>
    <w:rsid w:val="003F275B"/>
    <w:rsid w:val="003F2B30"/>
    <w:rsid w:val="004022AF"/>
    <w:rsid w:val="004120B3"/>
    <w:rsid w:val="004330D1"/>
    <w:rsid w:val="00434A63"/>
    <w:rsid w:val="00467A7D"/>
    <w:rsid w:val="004708E7"/>
    <w:rsid w:val="004719E8"/>
    <w:rsid w:val="00482C6F"/>
    <w:rsid w:val="00484D42"/>
    <w:rsid w:val="00495ED4"/>
    <w:rsid w:val="00496349"/>
    <w:rsid w:val="004A6348"/>
    <w:rsid w:val="004B54CD"/>
    <w:rsid w:val="004C18F2"/>
    <w:rsid w:val="004F30D2"/>
    <w:rsid w:val="0050107A"/>
    <w:rsid w:val="005113E9"/>
    <w:rsid w:val="0051299D"/>
    <w:rsid w:val="005163F4"/>
    <w:rsid w:val="00517DB3"/>
    <w:rsid w:val="00524361"/>
    <w:rsid w:val="0052BB23"/>
    <w:rsid w:val="0053435F"/>
    <w:rsid w:val="005350CE"/>
    <w:rsid w:val="00552B3F"/>
    <w:rsid w:val="005765DF"/>
    <w:rsid w:val="00592A1E"/>
    <w:rsid w:val="00597449"/>
    <w:rsid w:val="005A005C"/>
    <w:rsid w:val="005B3465"/>
    <w:rsid w:val="005B4565"/>
    <w:rsid w:val="005B62AB"/>
    <w:rsid w:val="005C0A04"/>
    <w:rsid w:val="005C8CF3"/>
    <w:rsid w:val="005D4070"/>
    <w:rsid w:val="005E2FCE"/>
    <w:rsid w:val="005E454C"/>
    <w:rsid w:val="005E67A8"/>
    <w:rsid w:val="005F0555"/>
    <w:rsid w:val="00602CF2"/>
    <w:rsid w:val="0060581B"/>
    <w:rsid w:val="00610CB4"/>
    <w:rsid w:val="00627C69"/>
    <w:rsid w:val="00631E68"/>
    <w:rsid w:val="006338D0"/>
    <w:rsid w:val="006363EA"/>
    <w:rsid w:val="00636FA2"/>
    <w:rsid w:val="00664721"/>
    <w:rsid w:val="0066555A"/>
    <w:rsid w:val="00671688"/>
    <w:rsid w:val="0067217C"/>
    <w:rsid w:val="00684CE1"/>
    <w:rsid w:val="00690C7A"/>
    <w:rsid w:val="006A02F4"/>
    <w:rsid w:val="006B3DD4"/>
    <w:rsid w:val="006B73A3"/>
    <w:rsid w:val="006C58EA"/>
    <w:rsid w:val="006E5914"/>
    <w:rsid w:val="006F7316"/>
    <w:rsid w:val="00717831"/>
    <w:rsid w:val="0071E784"/>
    <w:rsid w:val="00720201"/>
    <w:rsid w:val="00742A8C"/>
    <w:rsid w:val="007439A3"/>
    <w:rsid w:val="0075136A"/>
    <w:rsid w:val="007569FC"/>
    <w:rsid w:val="00761E39"/>
    <w:rsid w:val="00765C77"/>
    <w:rsid w:val="007814BC"/>
    <w:rsid w:val="0079067F"/>
    <w:rsid w:val="007B431B"/>
    <w:rsid w:val="007B5FA1"/>
    <w:rsid w:val="007B7C39"/>
    <w:rsid w:val="007B7DB7"/>
    <w:rsid w:val="007C56DC"/>
    <w:rsid w:val="007D725C"/>
    <w:rsid w:val="007F13B2"/>
    <w:rsid w:val="0080CABD"/>
    <w:rsid w:val="00816081"/>
    <w:rsid w:val="0082051C"/>
    <w:rsid w:val="00820C1F"/>
    <w:rsid w:val="00820E35"/>
    <w:rsid w:val="0082753D"/>
    <w:rsid w:val="0083268A"/>
    <w:rsid w:val="00837758"/>
    <w:rsid w:val="008414B5"/>
    <w:rsid w:val="00842D48"/>
    <w:rsid w:val="00846B06"/>
    <w:rsid w:val="00850D13"/>
    <w:rsid w:val="008557F5"/>
    <w:rsid w:val="0086241F"/>
    <w:rsid w:val="008665D0"/>
    <w:rsid w:val="0089482A"/>
    <w:rsid w:val="00895660"/>
    <w:rsid w:val="008A26AA"/>
    <w:rsid w:val="008EE1F1"/>
    <w:rsid w:val="008F08F0"/>
    <w:rsid w:val="009004CE"/>
    <w:rsid w:val="0092046A"/>
    <w:rsid w:val="00925653"/>
    <w:rsid w:val="009317CA"/>
    <w:rsid w:val="009362B2"/>
    <w:rsid w:val="0094923E"/>
    <w:rsid w:val="009534D1"/>
    <w:rsid w:val="00963523"/>
    <w:rsid w:val="00982580"/>
    <w:rsid w:val="00991991"/>
    <w:rsid w:val="00992A11"/>
    <w:rsid w:val="00993FC4"/>
    <w:rsid w:val="009B44DB"/>
    <w:rsid w:val="009B695A"/>
    <w:rsid w:val="009D0227"/>
    <w:rsid w:val="009D0BA9"/>
    <w:rsid w:val="009D14A8"/>
    <w:rsid w:val="009D68CE"/>
    <w:rsid w:val="009D6A8B"/>
    <w:rsid w:val="009E18DE"/>
    <w:rsid w:val="009E7700"/>
    <w:rsid w:val="009F52B4"/>
    <w:rsid w:val="009F6955"/>
    <w:rsid w:val="009F7AA9"/>
    <w:rsid w:val="00A05D59"/>
    <w:rsid w:val="00A06C39"/>
    <w:rsid w:val="00A22C81"/>
    <w:rsid w:val="00A23060"/>
    <w:rsid w:val="00A37FFC"/>
    <w:rsid w:val="00A46FAF"/>
    <w:rsid w:val="00A56D0C"/>
    <w:rsid w:val="00A60E93"/>
    <w:rsid w:val="00A61D4B"/>
    <w:rsid w:val="00A7434D"/>
    <w:rsid w:val="00A858A7"/>
    <w:rsid w:val="00A90291"/>
    <w:rsid w:val="00A9563F"/>
    <w:rsid w:val="00AA1D8D"/>
    <w:rsid w:val="00AC5373"/>
    <w:rsid w:val="00AD1117"/>
    <w:rsid w:val="00AE4020"/>
    <w:rsid w:val="00B01104"/>
    <w:rsid w:val="00B03F84"/>
    <w:rsid w:val="00B10E46"/>
    <w:rsid w:val="00B12A21"/>
    <w:rsid w:val="00B17EC7"/>
    <w:rsid w:val="00B3629D"/>
    <w:rsid w:val="00B447AD"/>
    <w:rsid w:val="00B47730"/>
    <w:rsid w:val="00B54661"/>
    <w:rsid w:val="00B573FD"/>
    <w:rsid w:val="00B63655"/>
    <w:rsid w:val="00B66CD0"/>
    <w:rsid w:val="00B6722B"/>
    <w:rsid w:val="00B76347"/>
    <w:rsid w:val="00B765E6"/>
    <w:rsid w:val="00B83974"/>
    <w:rsid w:val="00B843AF"/>
    <w:rsid w:val="00B8705F"/>
    <w:rsid w:val="00B87921"/>
    <w:rsid w:val="00B943AA"/>
    <w:rsid w:val="00B9501B"/>
    <w:rsid w:val="00BA1521"/>
    <w:rsid w:val="00BA4C38"/>
    <w:rsid w:val="00BB62EE"/>
    <w:rsid w:val="00BE0343"/>
    <w:rsid w:val="00BE5080"/>
    <w:rsid w:val="00BE617F"/>
    <w:rsid w:val="00BE676B"/>
    <w:rsid w:val="00BF1F1D"/>
    <w:rsid w:val="00BF75B5"/>
    <w:rsid w:val="00C11F39"/>
    <w:rsid w:val="00C27EC2"/>
    <w:rsid w:val="00C37BF8"/>
    <w:rsid w:val="00C54F4F"/>
    <w:rsid w:val="00C556A0"/>
    <w:rsid w:val="00C623F3"/>
    <w:rsid w:val="00C829DD"/>
    <w:rsid w:val="00C86210"/>
    <w:rsid w:val="00C914A8"/>
    <w:rsid w:val="00C96C38"/>
    <w:rsid w:val="00C96F58"/>
    <w:rsid w:val="00CA362F"/>
    <w:rsid w:val="00CB0664"/>
    <w:rsid w:val="00CD7AEA"/>
    <w:rsid w:val="00CE78CD"/>
    <w:rsid w:val="00D031EE"/>
    <w:rsid w:val="00D03672"/>
    <w:rsid w:val="00D17CE1"/>
    <w:rsid w:val="00D2130B"/>
    <w:rsid w:val="00D265F3"/>
    <w:rsid w:val="00D32C40"/>
    <w:rsid w:val="00D346D4"/>
    <w:rsid w:val="00D40911"/>
    <w:rsid w:val="00D41A64"/>
    <w:rsid w:val="00D46305"/>
    <w:rsid w:val="00D53CDA"/>
    <w:rsid w:val="00D54C7E"/>
    <w:rsid w:val="00D755EB"/>
    <w:rsid w:val="00D80AE2"/>
    <w:rsid w:val="00D813E9"/>
    <w:rsid w:val="00D817CB"/>
    <w:rsid w:val="00D86C34"/>
    <w:rsid w:val="00D90AA6"/>
    <w:rsid w:val="00D97178"/>
    <w:rsid w:val="00DA792B"/>
    <w:rsid w:val="00DC5D31"/>
    <w:rsid w:val="00DC72D8"/>
    <w:rsid w:val="00DD1ABA"/>
    <w:rsid w:val="00E07642"/>
    <w:rsid w:val="00E257DE"/>
    <w:rsid w:val="00E27E41"/>
    <w:rsid w:val="00E33949"/>
    <w:rsid w:val="00E33EFF"/>
    <w:rsid w:val="00E41301"/>
    <w:rsid w:val="00E719A4"/>
    <w:rsid w:val="00E814B1"/>
    <w:rsid w:val="00E82C05"/>
    <w:rsid w:val="00E86EDC"/>
    <w:rsid w:val="00E92064"/>
    <w:rsid w:val="00E96E6B"/>
    <w:rsid w:val="00EB069A"/>
    <w:rsid w:val="00EB1B90"/>
    <w:rsid w:val="00EB29A2"/>
    <w:rsid w:val="00EB2C66"/>
    <w:rsid w:val="00EB5260"/>
    <w:rsid w:val="00EE5957"/>
    <w:rsid w:val="00EF553D"/>
    <w:rsid w:val="00F016E3"/>
    <w:rsid w:val="00F10187"/>
    <w:rsid w:val="00F315C4"/>
    <w:rsid w:val="00F3539F"/>
    <w:rsid w:val="00F36C36"/>
    <w:rsid w:val="00F36F6E"/>
    <w:rsid w:val="00F5471B"/>
    <w:rsid w:val="00F57AB0"/>
    <w:rsid w:val="00F65145"/>
    <w:rsid w:val="00F705F5"/>
    <w:rsid w:val="00F85B41"/>
    <w:rsid w:val="00F91F8D"/>
    <w:rsid w:val="00FB747F"/>
    <w:rsid w:val="00FC632B"/>
    <w:rsid w:val="00FC693F"/>
    <w:rsid w:val="00FD2448"/>
    <w:rsid w:val="00FDAE4F"/>
    <w:rsid w:val="00FF3E9B"/>
    <w:rsid w:val="00FF4A1D"/>
    <w:rsid w:val="00FF6639"/>
    <w:rsid w:val="011F6934"/>
    <w:rsid w:val="013C9B1A"/>
    <w:rsid w:val="01535FDB"/>
    <w:rsid w:val="01545F2A"/>
    <w:rsid w:val="016BB2E2"/>
    <w:rsid w:val="017FE2D6"/>
    <w:rsid w:val="018CC018"/>
    <w:rsid w:val="01A4AAED"/>
    <w:rsid w:val="01BAE5F6"/>
    <w:rsid w:val="01C06C41"/>
    <w:rsid w:val="01EA1908"/>
    <w:rsid w:val="01EEB12C"/>
    <w:rsid w:val="01F229B4"/>
    <w:rsid w:val="01F5E75E"/>
    <w:rsid w:val="01F9A19B"/>
    <w:rsid w:val="02003898"/>
    <w:rsid w:val="0216550E"/>
    <w:rsid w:val="022466B3"/>
    <w:rsid w:val="022CA7A3"/>
    <w:rsid w:val="02608733"/>
    <w:rsid w:val="026F69EE"/>
    <w:rsid w:val="0272946E"/>
    <w:rsid w:val="0273775D"/>
    <w:rsid w:val="02835A82"/>
    <w:rsid w:val="02986BDE"/>
    <w:rsid w:val="02A1D353"/>
    <w:rsid w:val="02D2607F"/>
    <w:rsid w:val="02E1DE82"/>
    <w:rsid w:val="02F08CE1"/>
    <w:rsid w:val="02F7F514"/>
    <w:rsid w:val="02F906CF"/>
    <w:rsid w:val="03000261"/>
    <w:rsid w:val="030AC93A"/>
    <w:rsid w:val="030E967E"/>
    <w:rsid w:val="03311789"/>
    <w:rsid w:val="033970DC"/>
    <w:rsid w:val="034A8C85"/>
    <w:rsid w:val="035A391C"/>
    <w:rsid w:val="035EDEB2"/>
    <w:rsid w:val="036F4168"/>
    <w:rsid w:val="03756518"/>
    <w:rsid w:val="0381E069"/>
    <w:rsid w:val="038CAF50"/>
    <w:rsid w:val="0398FC29"/>
    <w:rsid w:val="03B1B625"/>
    <w:rsid w:val="03CC59AC"/>
    <w:rsid w:val="03D6C48C"/>
    <w:rsid w:val="040004EB"/>
    <w:rsid w:val="040CBA8F"/>
    <w:rsid w:val="047A3CC0"/>
    <w:rsid w:val="0490FB11"/>
    <w:rsid w:val="04A7A054"/>
    <w:rsid w:val="04B6895A"/>
    <w:rsid w:val="04B689BE"/>
    <w:rsid w:val="04B78464"/>
    <w:rsid w:val="04CF4275"/>
    <w:rsid w:val="04F91FAB"/>
    <w:rsid w:val="05066765"/>
    <w:rsid w:val="05179542"/>
    <w:rsid w:val="05226DC3"/>
    <w:rsid w:val="052E87EA"/>
    <w:rsid w:val="052EEADD"/>
    <w:rsid w:val="0533E264"/>
    <w:rsid w:val="0533E6D8"/>
    <w:rsid w:val="05436620"/>
    <w:rsid w:val="0547E5F8"/>
    <w:rsid w:val="054BB774"/>
    <w:rsid w:val="056B66B5"/>
    <w:rsid w:val="0572722C"/>
    <w:rsid w:val="057F4B06"/>
    <w:rsid w:val="05899BF5"/>
    <w:rsid w:val="058D0D10"/>
    <w:rsid w:val="059DA6D6"/>
    <w:rsid w:val="05A8749E"/>
    <w:rsid w:val="05B224AC"/>
    <w:rsid w:val="05BFA732"/>
    <w:rsid w:val="05C1A1CE"/>
    <w:rsid w:val="05D1FB0E"/>
    <w:rsid w:val="05ED2CF8"/>
    <w:rsid w:val="05F321BB"/>
    <w:rsid w:val="05F6DB4F"/>
    <w:rsid w:val="06047371"/>
    <w:rsid w:val="060EBC33"/>
    <w:rsid w:val="06137D56"/>
    <w:rsid w:val="061FA276"/>
    <w:rsid w:val="062EFB28"/>
    <w:rsid w:val="06348AD7"/>
    <w:rsid w:val="06379213"/>
    <w:rsid w:val="0666C15C"/>
    <w:rsid w:val="0669D671"/>
    <w:rsid w:val="0675342F"/>
    <w:rsid w:val="0681B97A"/>
    <w:rsid w:val="068EFAE1"/>
    <w:rsid w:val="06AEC936"/>
    <w:rsid w:val="06CD7515"/>
    <w:rsid w:val="06D2E3D8"/>
    <w:rsid w:val="06D73A09"/>
    <w:rsid w:val="06ED5074"/>
    <w:rsid w:val="06EF65C8"/>
    <w:rsid w:val="06FD2FC2"/>
    <w:rsid w:val="0700F574"/>
    <w:rsid w:val="070AF9B1"/>
    <w:rsid w:val="070D57EB"/>
    <w:rsid w:val="070DC17D"/>
    <w:rsid w:val="07346694"/>
    <w:rsid w:val="07384416"/>
    <w:rsid w:val="07472DE0"/>
    <w:rsid w:val="07574FF6"/>
    <w:rsid w:val="07578CE2"/>
    <w:rsid w:val="077CCA50"/>
    <w:rsid w:val="0787A720"/>
    <w:rsid w:val="07915640"/>
    <w:rsid w:val="079DD760"/>
    <w:rsid w:val="079F9394"/>
    <w:rsid w:val="07BC925D"/>
    <w:rsid w:val="07BD26EC"/>
    <w:rsid w:val="07CAE726"/>
    <w:rsid w:val="07CF189F"/>
    <w:rsid w:val="07EDC2D3"/>
    <w:rsid w:val="07F9238A"/>
    <w:rsid w:val="0800F276"/>
    <w:rsid w:val="08276D96"/>
    <w:rsid w:val="082B526E"/>
    <w:rsid w:val="083D8029"/>
    <w:rsid w:val="083F1ED8"/>
    <w:rsid w:val="08433E05"/>
    <w:rsid w:val="0854F479"/>
    <w:rsid w:val="085ACC0F"/>
    <w:rsid w:val="086012D8"/>
    <w:rsid w:val="08659A92"/>
    <w:rsid w:val="086E6F5C"/>
    <w:rsid w:val="08708A79"/>
    <w:rsid w:val="0870C086"/>
    <w:rsid w:val="087151E8"/>
    <w:rsid w:val="0873686E"/>
    <w:rsid w:val="088D9A73"/>
    <w:rsid w:val="0891569A"/>
    <w:rsid w:val="089CF625"/>
    <w:rsid w:val="089CF72F"/>
    <w:rsid w:val="08AA7E8E"/>
    <w:rsid w:val="08ADA159"/>
    <w:rsid w:val="08C3D19F"/>
    <w:rsid w:val="08EA308E"/>
    <w:rsid w:val="08F29EEC"/>
    <w:rsid w:val="08F51303"/>
    <w:rsid w:val="08FC8B7F"/>
    <w:rsid w:val="090D13F2"/>
    <w:rsid w:val="091012F5"/>
    <w:rsid w:val="091286CB"/>
    <w:rsid w:val="094970A2"/>
    <w:rsid w:val="094A7BC0"/>
    <w:rsid w:val="094DDF84"/>
    <w:rsid w:val="09533F48"/>
    <w:rsid w:val="095B4B5E"/>
    <w:rsid w:val="098AC9D6"/>
    <w:rsid w:val="099C0155"/>
    <w:rsid w:val="099FA509"/>
    <w:rsid w:val="099FE209"/>
    <w:rsid w:val="09A4B86C"/>
    <w:rsid w:val="09B16A73"/>
    <w:rsid w:val="09B87EEB"/>
    <w:rsid w:val="09BA3BE3"/>
    <w:rsid w:val="09FFB785"/>
    <w:rsid w:val="0A0BF582"/>
    <w:rsid w:val="0A15AE52"/>
    <w:rsid w:val="0A1AAA94"/>
    <w:rsid w:val="0A290F37"/>
    <w:rsid w:val="0A392B23"/>
    <w:rsid w:val="0A3BC08D"/>
    <w:rsid w:val="0A5B43E6"/>
    <w:rsid w:val="0A623577"/>
    <w:rsid w:val="0A651E0A"/>
    <w:rsid w:val="0A80EE82"/>
    <w:rsid w:val="0A8AD411"/>
    <w:rsid w:val="0A984CCE"/>
    <w:rsid w:val="0A9A5D5C"/>
    <w:rsid w:val="0AACBBC7"/>
    <w:rsid w:val="0AB1C013"/>
    <w:rsid w:val="0AB7A794"/>
    <w:rsid w:val="0AC33D9A"/>
    <w:rsid w:val="0AC78EFE"/>
    <w:rsid w:val="0ADE9904"/>
    <w:rsid w:val="0AE11ECB"/>
    <w:rsid w:val="0AEE6ED4"/>
    <w:rsid w:val="0AF0B0C3"/>
    <w:rsid w:val="0B1C855A"/>
    <w:rsid w:val="0B1ED971"/>
    <w:rsid w:val="0B2E25D3"/>
    <w:rsid w:val="0B36B93D"/>
    <w:rsid w:val="0B488399"/>
    <w:rsid w:val="0B4F5814"/>
    <w:rsid w:val="0B539F57"/>
    <w:rsid w:val="0B84AB47"/>
    <w:rsid w:val="0B8649E3"/>
    <w:rsid w:val="0B888421"/>
    <w:rsid w:val="0B900650"/>
    <w:rsid w:val="0B9040E5"/>
    <w:rsid w:val="0B956B07"/>
    <w:rsid w:val="0B99B295"/>
    <w:rsid w:val="0B9B61D0"/>
    <w:rsid w:val="0BBC84A8"/>
    <w:rsid w:val="0BBC9645"/>
    <w:rsid w:val="0BDC82FF"/>
    <w:rsid w:val="0BFC8AF9"/>
    <w:rsid w:val="0C1BA7B2"/>
    <w:rsid w:val="0C2902AF"/>
    <w:rsid w:val="0C372DD3"/>
    <w:rsid w:val="0C3F5EA6"/>
    <w:rsid w:val="0C461DF6"/>
    <w:rsid w:val="0C583F4B"/>
    <w:rsid w:val="0C58EFE4"/>
    <w:rsid w:val="0C6BAD13"/>
    <w:rsid w:val="0C71E9DE"/>
    <w:rsid w:val="0C9006E7"/>
    <w:rsid w:val="0C95B51E"/>
    <w:rsid w:val="0CA8EE33"/>
    <w:rsid w:val="0CB929B5"/>
    <w:rsid w:val="0CBAFE2B"/>
    <w:rsid w:val="0CCF5423"/>
    <w:rsid w:val="0CD5D48B"/>
    <w:rsid w:val="0CD5F56E"/>
    <w:rsid w:val="0CF1C15C"/>
    <w:rsid w:val="0D05D4E8"/>
    <w:rsid w:val="0D09B0FF"/>
    <w:rsid w:val="0D2AFE54"/>
    <w:rsid w:val="0D547ED7"/>
    <w:rsid w:val="0D5B8837"/>
    <w:rsid w:val="0D5C96E3"/>
    <w:rsid w:val="0D77C016"/>
    <w:rsid w:val="0D8691FE"/>
    <w:rsid w:val="0DA8D4BC"/>
    <w:rsid w:val="0DB50CC8"/>
    <w:rsid w:val="0DC37144"/>
    <w:rsid w:val="0DC9D6D8"/>
    <w:rsid w:val="0DFB8254"/>
    <w:rsid w:val="0DFBC7D5"/>
    <w:rsid w:val="0E00763B"/>
    <w:rsid w:val="0E03F1CB"/>
    <w:rsid w:val="0E04B3A8"/>
    <w:rsid w:val="0E221D2B"/>
    <w:rsid w:val="0E23185E"/>
    <w:rsid w:val="0E2C821E"/>
    <w:rsid w:val="0E34A123"/>
    <w:rsid w:val="0E402276"/>
    <w:rsid w:val="0E52CA97"/>
    <w:rsid w:val="0E5394D4"/>
    <w:rsid w:val="0E5BF9E2"/>
    <w:rsid w:val="0E6A8644"/>
    <w:rsid w:val="0E774D17"/>
    <w:rsid w:val="0E8022CB"/>
    <w:rsid w:val="0E8BF151"/>
    <w:rsid w:val="0E8ED5F6"/>
    <w:rsid w:val="0E8F6E10"/>
    <w:rsid w:val="0EAE09A0"/>
    <w:rsid w:val="0EBDE165"/>
    <w:rsid w:val="0ED1A71A"/>
    <w:rsid w:val="0EEC7C3D"/>
    <w:rsid w:val="0F0E6B6D"/>
    <w:rsid w:val="0F1895D9"/>
    <w:rsid w:val="0F1B9CBC"/>
    <w:rsid w:val="0F1EC167"/>
    <w:rsid w:val="0F45962A"/>
    <w:rsid w:val="0F5A556F"/>
    <w:rsid w:val="0F617451"/>
    <w:rsid w:val="0F67B33A"/>
    <w:rsid w:val="0F7DC49B"/>
    <w:rsid w:val="0F972026"/>
    <w:rsid w:val="0F97661D"/>
    <w:rsid w:val="0FBBB38A"/>
    <w:rsid w:val="0FC60823"/>
    <w:rsid w:val="0FD2BF3E"/>
    <w:rsid w:val="0FD5D4E7"/>
    <w:rsid w:val="0FDC0B22"/>
    <w:rsid w:val="0FE483A2"/>
    <w:rsid w:val="0FEB8B05"/>
    <w:rsid w:val="0FEE899D"/>
    <w:rsid w:val="1001E12E"/>
    <w:rsid w:val="10054DBA"/>
    <w:rsid w:val="100FB80F"/>
    <w:rsid w:val="1016495A"/>
    <w:rsid w:val="102E732B"/>
    <w:rsid w:val="1031DB2D"/>
    <w:rsid w:val="104AAD16"/>
    <w:rsid w:val="104F52F0"/>
    <w:rsid w:val="10567A23"/>
    <w:rsid w:val="106F551E"/>
    <w:rsid w:val="10913109"/>
    <w:rsid w:val="10A114C7"/>
    <w:rsid w:val="10A73F10"/>
    <w:rsid w:val="10B76E95"/>
    <w:rsid w:val="10CC1BF2"/>
    <w:rsid w:val="10D07A94"/>
    <w:rsid w:val="10D5D576"/>
    <w:rsid w:val="10F7E6A2"/>
    <w:rsid w:val="110D33E0"/>
    <w:rsid w:val="112BF3FA"/>
    <w:rsid w:val="11321601"/>
    <w:rsid w:val="11335A0C"/>
    <w:rsid w:val="11445C1A"/>
    <w:rsid w:val="1145C590"/>
    <w:rsid w:val="114BC0E1"/>
    <w:rsid w:val="116CE139"/>
    <w:rsid w:val="117471AD"/>
    <w:rsid w:val="117CE04C"/>
    <w:rsid w:val="1199E5AD"/>
    <w:rsid w:val="11A2BA3A"/>
    <w:rsid w:val="11AF5975"/>
    <w:rsid w:val="11B35C88"/>
    <w:rsid w:val="11C10FEF"/>
    <w:rsid w:val="11CB62FE"/>
    <w:rsid w:val="11CB7BDF"/>
    <w:rsid w:val="11D6A8F6"/>
    <w:rsid w:val="11E84D04"/>
    <w:rsid w:val="11F22AC4"/>
    <w:rsid w:val="11FC7852"/>
    <w:rsid w:val="12064006"/>
    <w:rsid w:val="122A82CD"/>
    <w:rsid w:val="123888BF"/>
    <w:rsid w:val="126588A7"/>
    <w:rsid w:val="1282D79A"/>
    <w:rsid w:val="12BB77E8"/>
    <w:rsid w:val="12D8884B"/>
    <w:rsid w:val="12DF4818"/>
    <w:rsid w:val="12E7FF6A"/>
    <w:rsid w:val="12EEEC19"/>
    <w:rsid w:val="130C63A6"/>
    <w:rsid w:val="130F5A68"/>
    <w:rsid w:val="13178284"/>
    <w:rsid w:val="131E7BEA"/>
    <w:rsid w:val="13256A0B"/>
    <w:rsid w:val="132D61B7"/>
    <w:rsid w:val="1337C255"/>
    <w:rsid w:val="133A5EE0"/>
    <w:rsid w:val="133A9736"/>
    <w:rsid w:val="1348EBBB"/>
    <w:rsid w:val="134D4DD7"/>
    <w:rsid w:val="134F27DF"/>
    <w:rsid w:val="136A27A6"/>
    <w:rsid w:val="136B7871"/>
    <w:rsid w:val="1374E871"/>
    <w:rsid w:val="13775B13"/>
    <w:rsid w:val="137F205B"/>
    <w:rsid w:val="13924E0A"/>
    <w:rsid w:val="13A4E8EC"/>
    <w:rsid w:val="13B9DF72"/>
    <w:rsid w:val="13BF3121"/>
    <w:rsid w:val="13D7020A"/>
    <w:rsid w:val="13DFE03B"/>
    <w:rsid w:val="13EEDC3A"/>
    <w:rsid w:val="13F9342B"/>
    <w:rsid w:val="13FDD4D2"/>
    <w:rsid w:val="1408A02D"/>
    <w:rsid w:val="141537A2"/>
    <w:rsid w:val="141B2402"/>
    <w:rsid w:val="141DF52B"/>
    <w:rsid w:val="142ABB7B"/>
    <w:rsid w:val="1439CD75"/>
    <w:rsid w:val="143F34A8"/>
    <w:rsid w:val="14435633"/>
    <w:rsid w:val="144D7A30"/>
    <w:rsid w:val="145DABB1"/>
    <w:rsid w:val="1467305C"/>
    <w:rsid w:val="1467C477"/>
    <w:rsid w:val="148D62F9"/>
    <w:rsid w:val="148E44CA"/>
    <w:rsid w:val="14935884"/>
    <w:rsid w:val="1497DC82"/>
    <w:rsid w:val="149A3411"/>
    <w:rsid w:val="14A24289"/>
    <w:rsid w:val="14BA4EBA"/>
    <w:rsid w:val="14C4DF7F"/>
    <w:rsid w:val="14D533BF"/>
    <w:rsid w:val="14D69955"/>
    <w:rsid w:val="14D7D402"/>
    <w:rsid w:val="14D9237C"/>
    <w:rsid w:val="14E1A493"/>
    <w:rsid w:val="14EF74E2"/>
    <w:rsid w:val="14F85D3C"/>
    <w:rsid w:val="155B9F5A"/>
    <w:rsid w:val="1563D7BB"/>
    <w:rsid w:val="156D2EBA"/>
    <w:rsid w:val="156ECB04"/>
    <w:rsid w:val="1574E3A7"/>
    <w:rsid w:val="157B73B1"/>
    <w:rsid w:val="1587164F"/>
    <w:rsid w:val="15A03E96"/>
    <w:rsid w:val="15AEDABA"/>
    <w:rsid w:val="15B4EEA6"/>
    <w:rsid w:val="15BEC98E"/>
    <w:rsid w:val="15EF466E"/>
    <w:rsid w:val="15F2189B"/>
    <w:rsid w:val="160BF552"/>
    <w:rsid w:val="160FA561"/>
    <w:rsid w:val="1610A709"/>
    <w:rsid w:val="16283CFA"/>
    <w:rsid w:val="16292BD5"/>
    <w:rsid w:val="164DD827"/>
    <w:rsid w:val="166B699A"/>
    <w:rsid w:val="167AFFE5"/>
    <w:rsid w:val="168E2ACD"/>
    <w:rsid w:val="168FD61B"/>
    <w:rsid w:val="1695DE8B"/>
    <w:rsid w:val="169D3313"/>
    <w:rsid w:val="16AF3A77"/>
    <w:rsid w:val="16B11BBC"/>
    <w:rsid w:val="16BEF9EF"/>
    <w:rsid w:val="16BF5686"/>
    <w:rsid w:val="16CA1E95"/>
    <w:rsid w:val="16CDEC27"/>
    <w:rsid w:val="16F0DF1B"/>
    <w:rsid w:val="17240DFF"/>
    <w:rsid w:val="1728ABA8"/>
    <w:rsid w:val="175A8244"/>
    <w:rsid w:val="175B43B3"/>
    <w:rsid w:val="17870997"/>
    <w:rsid w:val="179F1043"/>
    <w:rsid w:val="18021BA1"/>
    <w:rsid w:val="1815447E"/>
    <w:rsid w:val="1815B791"/>
    <w:rsid w:val="181A48CC"/>
    <w:rsid w:val="18382AFA"/>
    <w:rsid w:val="184620BF"/>
    <w:rsid w:val="18510EAA"/>
    <w:rsid w:val="18631934"/>
    <w:rsid w:val="1868F745"/>
    <w:rsid w:val="1870B00F"/>
    <w:rsid w:val="1878376F"/>
    <w:rsid w:val="188665B5"/>
    <w:rsid w:val="189C9615"/>
    <w:rsid w:val="189FB316"/>
    <w:rsid w:val="18C2967C"/>
    <w:rsid w:val="18D4385C"/>
    <w:rsid w:val="18DA4528"/>
    <w:rsid w:val="18EF533F"/>
    <w:rsid w:val="18F4ABB9"/>
    <w:rsid w:val="1902AC2E"/>
    <w:rsid w:val="19223735"/>
    <w:rsid w:val="1927910B"/>
    <w:rsid w:val="1928BE21"/>
    <w:rsid w:val="192B926D"/>
    <w:rsid w:val="192D5868"/>
    <w:rsid w:val="192D8693"/>
    <w:rsid w:val="1946EB93"/>
    <w:rsid w:val="195B635F"/>
    <w:rsid w:val="1972CF8F"/>
    <w:rsid w:val="198AC0F4"/>
    <w:rsid w:val="19A518D0"/>
    <w:rsid w:val="19A7F3EA"/>
    <w:rsid w:val="19AE95DD"/>
    <w:rsid w:val="19BCF031"/>
    <w:rsid w:val="19C0BDE0"/>
    <w:rsid w:val="19CBDDC1"/>
    <w:rsid w:val="19D50A77"/>
    <w:rsid w:val="19D98975"/>
    <w:rsid w:val="19E2B4FD"/>
    <w:rsid w:val="19F9D593"/>
    <w:rsid w:val="19FF91DB"/>
    <w:rsid w:val="1A065888"/>
    <w:rsid w:val="1A101F49"/>
    <w:rsid w:val="1A26F26F"/>
    <w:rsid w:val="1A298D56"/>
    <w:rsid w:val="1A543476"/>
    <w:rsid w:val="1A585948"/>
    <w:rsid w:val="1A5CC13F"/>
    <w:rsid w:val="1A5EE59C"/>
    <w:rsid w:val="1A669D63"/>
    <w:rsid w:val="1A764D92"/>
    <w:rsid w:val="1A780001"/>
    <w:rsid w:val="1A7BF33B"/>
    <w:rsid w:val="1A7D32E5"/>
    <w:rsid w:val="1A8B9E20"/>
    <w:rsid w:val="1A967209"/>
    <w:rsid w:val="1ABA735A"/>
    <w:rsid w:val="1AE8FF46"/>
    <w:rsid w:val="1AEFE220"/>
    <w:rsid w:val="1B2E8A7D"/>
    <w:rsid w:val="1B615BC1"/>
    <w:rsid w:val="1B669E99"/>
    <w:rsid w:val="1B8BB842"/>
    <w:rsid w:val="1B9B37C5"/>
    <w:rsid w:val="1BB81512"/>
    <w:rsid w:val="1BEF81E0"/>
    <w:rsid w:val="1BF3AB9C"/>
    <w:rsid w:val="1C136ACE"/>
    <w:rsid w:val="1C1B09A5"/>
    <w:rsid w:val="1C23F7DC"/>
    <w:rsid w:val="1C37D066"/>
    <w:rsid w:val="1C3ECECF"/>
    <w:rsid w:val="1C3F79F4"/>
    <w:rsid w:val="1C470F21"/>
    <w:rsid w:val="1C4F296B"/>
    <w:rsid w:val="1C555283"/>
    <w:rsid w:val="1C58362B"/>
    <w:rsid w:val="1C6D127E"/>
    <w:rsid w:val="1C9A40EC"/>
    <w:rsid w:val="1CA2F4F4"/>
    <w:rsid w:val="1CAAF1F3"/>
    <w:rsid w:val="1CADD5AC"/>
    <w:rsid w:val="1CB575D5"/>
    <w:rsid w:val="1CBB0765"/>
    <w:rsid w:val="1CE32C7A"/>
    <w:rsid w:val="1CE4A8BB"/>
    <w:rsid w:val="1CE9C223"/>
    <w:rsid w:val="1CEB1645"/>
    <w:rsid w:val="1CFA3461"/>
    <w:rsid w:val="1CFCE114"/>
    <w:rsid w:val="1D28222E"/>
    <w:rsid w:val="1D4DFD77"/>
    <w:rsid w:val="1D538208"/>
    <w:rsid w:val="1D677BE2"/>
    <w:rsid w:val="1D73D3CE"/>
    <w:rsid w:val="1D7836DD"/>
    <w:rsid w:val="1D793D99"/>
    <w:rsid w:val="1D9954AF"/>
    <w:rsid w:val="1D9A619B"/>
    <w:rsid w:val="1DB6F1B7"/>
    <w:rsid w:val="1DBAA5BD"/>
    <w:rsid w:val="1DC2B554"/>
    <w:rsid w:val="1DE9BD28"/>
    <w:rsid w:val="1DEBF593"/>
    <w:rsid w:val="1DEDA241"/>
    <w:rsid w:val="1DFA1569"/>
    <w:rsid w:val="1DFDDE8C"/>
    <w:rsid w:val="1E137001"/>
    <w:rsid w:val="1E1F993D"/>
    <w:rsid w:val="1E46AD1A"/>
    <w:rsid w:val="1E49F16B"/>
    <w:rsid w:val="1E54CFD4"/>
    <w:rsid w:val="1E5713D4"/>
    <w:rsid w:val="1E674429"/>
    <w:rsid w:val="1E8B719F"/>
    <w:rsid w:val="1EABD6A9"/>
    <w:rsid w:val="1EB018F8"/>
    <w:rsid w:val="1EC2BE29"/>
    <w:rsid w:val="1ED57DC0"/>
    <w:rsid w:val="1EDD80FB"/>
    <w:rsid w:val="1EEC4C43"/>
    <w:rsid w:val="1F1E51DE"/>
    <w:rsid w:val="1F200B18"/>
    <w:rsid w:val="1F2BDAA4"/>
    <w:rsid w:val="1F41092B"/>
    <w:rsid w:val="1F427128"/>
    <w:rsid w:val="1F46D681"/>
    <w:rsid w:val="1F4AB4B3"/>
    <w:rsid w:val="1F551E03"/>
    <w:rsid w:val="1F7308AA"/>
    <w:rsid w:val="1F78D876"/>
    <w:rsid w:val="1F91FB5B"/>
    <w:rsid w:val="1F92C408"/>
    <w:rsid w:val="1F992E8D"/>
    <w:rsid w:val="1F9FF6F5"/>
    <w:rsid w:val="1FB14DA2"/>
    <w:rsid w:val="1FB50ABF"/>
    <w:rsid w:val="1FBB8DF8"/>
    <w:rsid w:val="1FE6C611"/>
    <w:rsid w:val="1FEAB941"/>
    <w:rsid w:val="200D5449"/>
    <w:rsid w:val="2016FF13"/>
    <w:rsid w:val="2022CE77"/>
    <w:rsid w:val="2025C40B"/>
    <w:rsid w:val="2035C39C"/>
    <w:rsid w:val="20424284"/>
    <w:rsid w:val="2046B875"/>
    <w:rsid w:val="2049B158"/>
    <w:rsid w:val="204A52E4"/>
    <w:rsid w:val="2052CCE9"/>
    <w:rsid w:val="2054AC0A"/>
    <w:rsid w:val="20786444"/>
    <w:rsid w:val="208C8AC5"/>
    <w:rsid w:val="209618B1"/>
    <w:rsid w:val="209BCF65"/>
    <w:rsid w:val="20A210ED"/>
    <w:rsid w:val="20AC66D1"/>
    <w:rsid w:val="20AE726E"/>
    <w:rsid w:val="20C97EC2"/>
    <w:rsid w:val="20D614E8"/>
    <w:rsid w:val="20D83675"/>
    <w:rsid w:val="20F7A6A5"/>
    <w:rsid w:val="20FBD7DF"/>
    <w:rsid w:val="211104EE"/>
    <w:rsid w:val="213CC501"/>
    <w:rsid w:val="214AE2A8"/>
    <w:rsid w:val="214B0F03"/>
    <w:rsid w:val="215F3E5A"/>
    <w:rsid w:val="2168D5FD"/>
    <w:rsid w:val="2168D9E2"/>
    <w:rsid w:val="21743CFB"/>
    <w:rsid w:val="2176A433"/>
    <w:rsid w:val="21773B52"/>
    <w:rsid w:val="217BE846"/>
    <w:rsid w:val="217FC095"/>
    <w:rsid w:val="21846ABC"/>
    <w:rsid w:val="218A6B96"/>
    <w:rsid w:val="21C622B6"/>
    <w:rsid w:val="21C7AABD"/>
    <w:rsid w:val="21CED33F"/>
    <w:rsid w:val="21E992B3"/>
    <w:rsid w:val="21EF4F63"/>
    <w:rsid w:val="21FD9F06"/>
    <w:rsid w:val="2211F3AD"/>
    <w:rsid w:val="222045F9"/>
    <w:rsid w:val="22281748"/>
    <w:rsid w:val="222B865D"/>
    <w:rsid w:val="222C7DFA"/>
    <w:rsid w:val="2237687F"/>
    <w:rsid w:val="223FF5CA"/>
    <w:rsid w:val="2271C34F"/>
    <w:rsid w:val="22A8B1FD"/>
    <w:rsid w:val="22B2208E"/>
    <w:rsid w:val="22C37E94"/>
    <w:rsid w:val="22DE868C"/>
    <w:rsid w:val="22FD4360"/>
    <w:rsid w:val="2325AFF7"/>
    <w:rsid w:val="23327491"/>
    <w:rsid w:val="2337E229"/>
    <w:rsid w:val="233E55F3"/>
    <w:rsid w:val="234B83AB"/>
    <w:rsid w:val="234BB03E"/>
    <w:rsid w:val="2350BFDA"/>
    <w:rsid w:val="2352FA2A"/>
    <w:rsid w:val="2357BE67"/>
    <w:rsid w:val="23687248"/>
    <w:rsid w:val="237A48DA"/>
    <w:rsid w:val="2383FE23"/>
    <w:rsid w:val="238C7F0A"/>
    <w:rsid w:val="238F5A38"/>
    <w:rsid w:val="23919645"/>
    <w:rsid w:val="23942BEB"/>
    <w:rsid w:val="239F2598"/>
    <w:rsid w:val="23A4537C"/>
    <w:rsid w:val="23AE64E6"/>
    <w:rsid w:val="23C8C9FE"/>
    <w:rsid w:val="23CA38AD"/>
    <w:rsid w:val="23D1C762"/>
    <w:rsid w:val="23EA08B8"/>
    <w:rsid w:val="23ECFD86"/>
    <w:rsid w:val="23FE564F"/>
    <w:rsid w:val="23FF137F"/>
    <w:rsid w:val="2409DBA5"/>
    <w:rsid w:val="241D0430"/>
    <w:rsid w:val="242A36C3"/>
    <w:rsid w:val="243E76ED"/>
    <w:rsid w:val="244C83EE"/>
    <w:rsid w:val="24690EE2"/>
    <w:rsid w:val="24744A3D"/>
    <w:rsid w:val="24788372"/>
    <w:rsid w:val="248FB931"/>
    <w:rsid w:val="249AF7E3"/>
    <w:rsid w:val="24A35473"/>
    <w:rsid w:val="24D7956D"/>
    <w:rsid w:val="24EB68E2"/>
    <w:rsid w:val="24F68038"/>
    <w:rsid w:val="25071E48"/>
    <w:rsid w:val="250FB390"/>
    <w:rsid w:val="25126CFA"/>
    <w:rsid w:val="2515E0E6"/>
    <w:rsid w:val="25254004"/>
    <w:rsid w:val="25322F89"/>
    <w:rsid w:val="25365DA6"/>
    <w:rsid w:val="2536EF48"/>
    <w:rsid w:val="2542C278"/>
    <w:rsid w:val="2553C0C5"/>
    <w:rsid w:val="255AB52E"/>
    <w:rsid w:val="25671657"/>
    <w:rsid w:val="256CB1EA"/>
    <w:rsid w:val="25766BD3"/>
    <w:rsid w:val="257D35DD"/>
    <w:rsid w:val="25865F24"/>
    <w:rsid w:val="25904957"/>
    <w:rsid w:val="25A63847"/>
    <w:rsid w:val="25AA22C7"/>
    <w:rsid w:val="25BDCF9E"/>
    <w:rsid w:val="25BFA44B"/>
    <w:rsid w:val="25C9C381"/>
    <w:rsid w:val="25CE4332"/>
    <w:rsid w:val="25D8645D"/>
    <w:rsid w:val="25DE5304"/>
    <w:rsid w:val="25FBE272"/>
    <w:rsid w:val="2603958A"/>
    <w:rsid w:val="2606CFBF"/>
    <w:rsid w:val="2607C1A1"/>
    <w:rsid w:val="26265932"/>
    <w:rsid w:val="2627F4F0"/>
    <w:rsid w:val="26293B78"/>
    <w:rsid w:val="263473F3"/>
    <w:rsid w:val="263C1F48"/>
    <w:rsid w:val="2644904F"/>
    <w:rsid w:val="2652F8FB"/>
    <w:rsid w:val="2665D7D8"/>
    <w:rsid w:val="267D322F"/>
    <w:rsid w:val="268BC91E"/>
    <w:rsid w:val="26A423CD"/>
    <w:rsid w:val="26C39AA1"/>
    <w:rsid w:val="26E68028"/>
    <w:rsid w:val="2700DFA4"/>
    <w:rsid w:val="270F8406"/>
    <w:rsid w:val="271002FB"/>
    <w:rsid w:val="273F06CB"/>
    <w:rsid w:val="2747A54E"/>
    <w:rsid w:val="27524724"/>
    <w:rsid w:val="279D68F1"/>
    <w:rsid w:val="27A22D8C"/>
    <w:rsid w:val="27A78FF7"/>
    <w:rsid w:val="27AB8226"/>
    <w:rsid w:val="27B7949D"/>
    <w:rsid w:val="27CE7070"/>
    <w:rsid w:val="27D0BB98"/>
    <w:rsid w:val="27DFF186"/>
    <w:rsid w:val="27DFF602"/>
    <w:rsid w:val="27F150A4"/>
    <w:rsid w:val="27F48510"/>
    <w:rsid w:val="27FC55F8"/>
    <w:rsid w:val="27FFC143"/>
    <w:rsid w:val="2816797F"/>
    <w:rsid w:val="283812C1"/>
    <w:rsid w:val="28443A85"/>
    <w:rsid w:val="2869723F"/>
    <w:rsid w:val="286AA25D"/>
    <w:rsid w:val="286E91B4"/>
    <w:rsid w:val="2894371A"/>
    <w:rsid w:val="28DD364D"/>
    <w:rsid w:val="28F6F32C"/>
    <w:rsid w:val="29073424"/>
    <w:rsid w:val="2911FFC8"/>
    <w:rsid w:val="291E01CF"/>
    <w:rsid w:val="293731CD"/>
    <w:rsid w:val="29467429"/>
    <w:rsid w:val="294C35BC"/>
    <w:rsid w:val="2958AB2B"/>
    <w:rsid w:val="295C039E"/>
    <w:rsid w:val="2966176C"/>
    <w:rsid w:val="296A4D94"/>
    <w:rsid w:val="2971FA54"/>
    <w:rsid w:val="2978516D"/>
    <w:rsid w:val="29854BB1"/>
    <w:rsid w:val="298BAA5E"/>
    <w:rsid w:val="29AEB7A3"/>
    <w:rsid w:val="29B8518E"/>
    <w:rsid w:val="29CB410F"/>
    <w:rsid w:val="29CB6670"/>
    <w:rsid w:val="29F1CB7A"/>
    <w:rsid w:val="29FEBA24"/>
    <w:rsid w:val="2A05C5F4"/>
    <w:rsid w:val="2A14042A"/>
    <w:rsid w:val="2A15F848"/>
    <w:rsid w:val="2A1B5FBB"/>
    <w:rsid w:val="2A1CDD93"/>
    <w:rsid w:val="2A5BA039"/>
    <w:rsid w:val="2A6761A9"/>
    <w:rsid w:val="2A6B19A8"/>
    <w:rsid w:val="2A88B576"/>
    <w:rsid w:val="2AA7A0D9"/>
    <w:rsid w:val="2AB66FEC"/>
    <w:rsid w:val="2AB9108A"/>
    <w:rsid w:val="2AC699F3"/>
    <w:rsid w:val="2AD28985"/>
    <w:rsid w:val="2AE6DFD3"/>
    <w:rsid w:val="2AE8DFA3"/>
    <w:rsid w:val="2AEB2A06"/>
    <w:rsid w:val="2AEED516"/>
    <w:rsid w:val="2B1DCC5E"/>
    <w:rsid w:val="2B2D00B1"/>
    <w:rsid w:val="2B331137"/>
    <w:rsid w:val="2B6B18F7"/>
    <w:rsid w:val="2B7D71FD"/>
    <w:rsid w:val="2B995E4A"/>
    <w:rsid w:val="2B9BD093"/>
    <w:rsid w:val="2BCC1F5B"/>
    <w:rsid w:val="2BD6118B"/>
    <w:rsid w:val="2BDB195A"/>
    <w:rsid w:val="2C083FE3"/>
    <w:rsid w:val="2C0CDD70"/>
    <w:rsid w:val="2C2605BD"/>
    <w:rsid w:val="2C2FAF24"/>
    <w:rsid w:val="2C45E62E"/>
    <w:rsid w:val="2C60BBA8"/>
    <w:rsid w:val="2C6F57BF"/>
    <w:rsid w:val="2C7EF813"/>
    <w:rsid w:val="2C8C368F"/>
    <w:rsid w:val="2C924C9F"/>
    <w:rsid w:val="2CB76DB7"/>
    <w:rsid w:val="2CCEC683"/>
    <w:rsid w:val="2CD49296"/>
    <w:rsid w:val="2CE13ECF"/>
    <w:rsid w:val="2CE3C489"/>
    <w:rsid w:val="2D03917A"/>
    <w:rsid w:val="2D06D681"/>
    <w:rsid w:val="2D19B44B"/>
    <w:rsid w:val="2D20CFB3"/>
    <w:rsid w:val="2D319B14"/>
    <w:rsid w:val="2D33D688"/>
    <w:rsid w:val="2D48F18F"/>
    <w:rsid w:val="2D68014D"/>
    <w:rsid w:val="2D74403E"/>
    <w:rsid w:val="2D7E91AB"/>
    <w:rsid w:val="2D8AD0B5"/>
    <w:rsid w:val="2DABB75A"/>
    <w:rsid w:val="2DB3A83D"/>
    <w:rsid w:val="2DBA399A"/>
    <w:rsid w:val="2DC033C3"/>
    <w:rsid w:val="2DCD7B3D"/>
    <w:rsid w:val="2DD184CE"/>
    <w:rsid w:val="2DEE5267"/>
    <w:rsid w:val="2DF65355"/>
    <w:rsid w:val="2E030422"/>
    <w:rsid w:val="2E06A61A"/>
    <w:rsid w:val="2E2CA7AD"/>
    <w:rsid w:val="2E2EF1B8"/>
    <w:rsid w:val="2E313018"/>
    <w:rsid w:val="2E3665E6"/>
    <w:rsid w:val="2E3BE8CF"/>
    <w:rsid w:val="2E5A93FE"/>
    <w:rsid w:val="2E5AB35D"/>
    <w:rsid w:val="2E600334"/>
    <w:rsid w:val="2E73D09D"/>
    <w:rsid w:val="2E8F1F6F"/>
    <w:rsid w:val="2E9F1784"/>
    <w:rsid w:val="2EC2435B"/>
    <w:rsid w:val="2EC8F92E"/>
    <w:rsid w:val="2ED37A1E"/>
    <w:rsid w:val="2ED513F7"/>
    <w:rsid w:val="2ED7A970"/>
    <w:rsid w:val="2EE54AD9"/>
    <w:rsid w:val="2EE7CE7C"/>
    <w:rsid w:val="2F0ADF44"/>
    <w:rsid w:val="2F291ABC"/>
    <w:rsid w:val="2F371FD9"/>
    <w:rsid w:val="2F3ADF72"/>
    <w:rsid w:val="2F4D8E3B"/>
    <w:rsid w:val="2F887ADB"/>
    <w:rsid w:val="2FA99718"/>
    <w:rsid w:val="2FB5A232"/>
    <w:rsid w:val="2FBA635B"/>
    <w:rsid w:val="2FD72E76"/>
    <w:rsid w:val="2FE9C765"/>
    <w:rsid w:val="2FEA1390"/>
    <w:rsid w:val="2FF86E3A"/>
    <w:rsid w:val="30013A5C"/>
    <w:rsid w:val="30016EA1"/>
    <w:rsid w:val="300440E3"/>
    <w:rsid w:val="300536CB"/>
    <w:rsid w:val="3016CF76"/>
    <w:rsid w:val="301B9A81"/>
    <w:rsid w:val="3024919F"/>
    <w:rsid w:val="30271B70"/>
    <w:rsid w:val="30587E41"/>
    <w:rsid w:val="305DD4C6"/>
    <w:rsid w:val="3060867D"/>
    <w:rsid w:val="3077F20B"/>
    <w:rsid w:val="3086B885"/>
    <w:rsid w:val="30A2FA22"/>
    <w:rsid w:val="30C11369"/>
    <w:rsid w:val="30D5595C"/>
    <w:rsid w:val="30E89451"/>
    <w:rsid w:val="30ED4E96"/>
    <w:rsid w:val="30F0719F"/>
    <w:rsid w:val="3123AF72"/>
    <w:rsid w:val="312BB930"/>
    <w:rsid w:val="313893AA"/>
    <w:rsid w:val="3147FAF7"/>
    <w:rsid w:val="3169C767"/>
    <w:rsid w:val="31750C66"/>
    <w:rsid w:val="317F0C91"/>
    <w:rsid w:val="318129B0"/>
    <w:rsid w:val="318E60FD"/>
    <w:rsid w:val="3192F898"/>
    <w:rsid w:val="31A3D889"/>
    <w:rsid w:val="31A8058E"/>
    <w:rsid w:val="31AE0BD8"/>
    <w:rsid w:val="31CACC2E"/>
    <w:rsid w:val="31D8E32F"/>
    <w:rsid w:val="31DE6261"/>
    <w:rsid w:val="31EF7378"/>
    <w:rsid w:val="32012C5B"/>
    <w:rsid w:val="320E2925"/>
    <w:rsid w:val="32188888"/>
    <w:rsid w:val="3228216C"/>
    <w:rsid w:val="324D80F7"/>
    <w:rsid w:val="3266BA63"/>
    <w:rsid w:val="3285D24A"/>
    <w:rsid w:val="328F88BE"/>
    <w:rsid w:val="3292F8B2"/>
    <w:rsid w:val="329A31AF"/>
    <w:rsid w:val="32A716CE"/>
    <w:rsid w:val="32A84C8E"/>
    <w:rsid w:val="32B408F7"/>
    <w:rsid w:val="32B773DD"/>
    <w:rsid w:val="32B9E1B0"/>
    <w:rsid w:val="32BC095E"/>
    <w:rsid w:val="32DF14E3"/>
    <w:rsid w:val="32E5A2E9"/>
    <w:rsid w:val="32E92EE3"/>
    <w:rsid w:val="32EC835C"/>
    <w:rsid w:val="3302DF8F"/>
    <w:rsid w:val="3304C8CF"/>
    <w:rsid w:val="330F4E85"/>
    <w:rsid w:val="3330A6D3"/>
    <w:rsid w:val="335D4EA3"/>
    <w:rsid w:val="336692BD"/>
    <w:rsid w:val="3385AF60"/>
    <w:rsid w:val="33876034"/>
    <w:rsid w:val="33907487"/>
    <w:rsid w:val="339DE755"/>
    <w:rsid w:val="33B6179B"/>
    <w:rsid w:val="33C7D2EE"/>
    <w:rsid w:val="33CD9D67"/>
    <w:rsid w:val="33CF37A5"/>
    <w:rsid w:val="33D40532"/>
    <w:rsid w:val="33F9C618"/>
    <w:rsid w:val="33FA6F1B"/>
    <w:rsid w:val="3400EAF4"/>
    <w:rsid w:val="340C0EF9"/>
    <w:rsid w:val="34104725"/>
    <w:rsid w:val="3435D31F"/>
    <w:rsid w:val="343FD483"/>
    <w:rsid w:val="34661B4E"/>
    <w:rsid w:val="34700A09"/>
    <w:rsid w:val="348C51CD"/>
    <w:rsid w:val="349D9B84"/>
    <w:rsid w:val="34A6B6F6"/>
    <w:rsid w:val="34A993B8"/>
    <w:rsid w:val="34BA5350"/>
    <w:rsid w:val="34E6B665"/>
    <w:rsid w:val="34F9BF75"/>
    <w:rsid w:val="34FCE181"/>
    <w:rsid w:val="352D3239"/>
    <w:rsid w:val="353BAEA5"/>
    <w:rsid w:val="353FA850"/>
    <w:rsid w:val="3544B511"/>
    <w:rsid w:val="3551BD30"/>
    <w:rsid w:val="35623169"/>
    <w:rsid w:val="35681F47"/>
    <w:rsid w:val="356C8A84"/>
    <w:rsid w:val="3574C96C"/>
    <w:rsid w:val="357742D7"/>
    <w:rsid w:val="3582349E"/>
    <w:rsid w:val="35885EDC"/>
    <w:rsid w:val="359B839A"/>
    <w:rsid w:val="35A2844D"/>
    <w:rsid w:val="35AC4B98"/>
    <w:rsid w:val="35C1F1EE"/>
    <w:rsid w:val="35CDDEE7"/>
    <w:rsid w:val="35DE715F"/>
    <w:rsid w:val="35E096F7"/>
    <w:rsid w:val="35EBDE83"/>
    <w:rsid w:val="35ECD54C"/>
    <w:rsid w:val="35FCF22D"/>
    <w:rsid w:val="360AA6E2"/>
    <w:rsid w:val="3617C60B"/>
    <w:rsid w:val="362737C2"/>
    <w:rsid w:val="3648DF06"/>
    <w:rsid w:val="36498CBB"/>
    <w:rsid w:val="364D1EAE"/>
    <w:rsid w:val="3650CC3C"/>
    <w:rsid w:val="367A579C"/>
    <w:rsid w:val="36975429"/>
    <w:rsid w:val="369D76A1"/>
    <w:rsid w:val="36A4300B"/>
    <w:rsid w:val="36B113D1"/>
    <w:rsid w:val="36B2D899"/>
    <w:rsid w:val="36B30168"/>
    <w:rsid w:val="36B70F01"/>
    <w:rsid w:val="36B9F082"/>
    <w:rsid w:val="36C47E8A"/>
    <w:rsid w:val="36CBDB24"/>
    <w:rsid w:val="36DAE378"/>
    <w:rsid w:val="36DCBF69"/>
    <w:rsid w:val="36DD4B3D"/>
    <w:rsid w:val="36E7B4C0"/>
    <w:rsid w:val="36E8C1A4"/>
    <w:rsid w:val="36ECA9CE"/>
    <w:rsid w:val="36F6EF57"/>
    <w:rsid w:val="370D2DDF"/>
    <w:rsid w:val="37152DDE"/>
    <w:rsid w:val="372053FC"/>
    <w:rsid w:val="372BDEB6"/>
    <w:rsid w:val="3738A421"/>
    <w:rsid w:val="373F29A4"/>
    <w:rsid w:val="375F63A6"/>
    <w:rsid w:val="37641A32"/>
    <w:rsid w:val="37684B5E"/>
    <w:rsid w:val="377253EB"/>
    <w:rsid w:val="37824C45"/>
    <w:rsid w:val="379E41FE"/>
    <w:rsid w:val="37A38A82"/>
    <w:rsid w:val="37CD807C"/>
    <w:rsid w:val="37F312B8"/>
    <w:rsid w:val="381CAD63"/>
    <w:rsid w:val="381FFC18"/>
    <w:rsid w:val="3835B259"/>
    <w:rsid w:val="3856127E"/>
    <w:rsid w:val="3876C07E"/>
    <w:rsid w:val="38878655"/>
    <w:rsid w:val="388BDF17"/>
    <w:rsid w:val="38A5D019"/>
    <w:rsid w:val="38AE31F4"/>
    <w:rsid w:val="38BEBE20"/>
    <w:rsid w:val="38BECF4D"/>
    <w:rsid w:val="38C1A739"/>
    <w:rsid w:val="38E5E697"/>
    <w:rsid w:val="38EE1968"/>
    <w:rsid w:val="38F0AC6B"/>
    <w:rsid w:val="38F0DB0A"/>
    <w:rsid w:val="3910C03A"/>
    <w:rsid w:val="392858BD"/>
    <w:rsid w:val="3929349A"/>
    <w:rsid w:val="396E6210"/>
    <w:rsid w:val="3975F940"/>
    <w:rsid w:val="39975387"/>
    <w:rsid w:val="399A3B9D"/>
    <w:rsid w:val="39B6F6F4"/>
    <w:rsid w:val="39BC2B67"/>
    <w:rsid w:val="39D04B00"/>
    <w:rsid w:val="39D98D18"/>
    <w:rsid w:val="3A0386D2"/>
    <w:rsid w:val="3A14EE45"/>
    <w:rsid w:val="3A27F259"/>
    <w:rsid w:val="3A344850"/>
    <w:rsid w:val="3A510735"/>
    <w:rsid w:val="3A68B2E6"/>
    <w:rsid w:val="3A7F5A86"/>
    <w:rsid w:val="3A88F281"/>
    <w:rsid w:val="3A8E4F62"/>
    <w:rsid w:val="3A98B9A6"/>
    <w:rsid w:val="3A9CA17E"/>
    <w:rsid w:val="3ABC713A"/>
    <w:rsid w:val="3ABE958C"/>
    <w:rsid w:val="3AD30D02"/>
    <w:rsid w:val="3AEA1B4D"/>
    <w:rsid w:val="3AF141D8"/>
    <w:rsid w:val="3AF22B8B"/>
    <w:rsid w:val="3AF6F0CB"/>
    <w:rsid w:val="3B03741A"/>
    <w:rsid w:val="3B0EDBAA"/>
    <w:rsid w:val="3B1E16F0"/>
    <w:rsid w:val="3B32E307"/>
    <w:rsid w:val="3B32EA6B"/>
    <w:rsid w:val="3B35B4EC"/>
    <w:rsid w:val="3B404200"/>
    <w:rsid w:val="3B4C5602"/>
    <w:rsid w:val="3B536C18"/>
    <w:rsid w:val="3B5F3E4D"/>
    <w:rsid w:val="3B5F3E7C"/>
    <w:rsid w:val="3B76C18C"/>
    <w:rsid w:val="3B8C080A"/>
    <w:rsid w:val="3B909C8E"/>
    <w:rsid w:val="3B9DDF12"/>
    <w:rsid w:val="3BD63388"/>
    <w:rsid w:val="3C016629"/>
    <w:rsid w:val="3C030ECB"/>
    <w:rsid w:val="3C1B98FE"/>
    <w:rsid w:val="3C2EB700"/>
    <w:rsid w:val="3C4E08AF"/>
    <w:rsid w:val="3C5D6F9E"/>
    <w:rsid w:val="3C78331D"/>
    <w:rsid w:val="3C7C36EA"/>
    <w:rsid w:val="3C7E984E"/>
    <w:rsid w:val="3C8EEDFA"/>
    <w:rsid w:val="3C951AA8"/>
    <w:rsid w:val="3C982CB9"/>
    <w:rsid w:val="3CBB8542"/>
    <w:rsid w:val="3CBF1392"/>
    <w:rsid w:val="3CC42FEF"/>
    <w:rsid w:val="3CC9949F"/>
    <w:rsid w:val="3CF9DBD1"/>
    <w:rsid w:val="3D0B5145"/>
    <w:rsid w:val="3D1A4A48"/>
    <w:rsid w:val="3D2A73AF"/>
    <w:rsid w:val="3D2B607D"/>
    <w:rsid w:val="3D300B8C"/>
    <w:rsid w:val="3D49E860"/>
    <w:rsid w:val="3D4E82FB"/>
    <w:rsid w:val="3D69ABD5"/>
    <w:rsid w:val="3D831E99"/>
    <w:rsid w:val="3D97D239"/>
    <w:rsid w:val="3D9C1967"/>
    <w:rsid w:val="3DA70214"/>
    <w:rsid w:val="3DC32661"/>
    <w:rsid w:val="3DCB61E1"/>
    <w:rsid w:val="3DCEF51E"/>
    <w:rsid w:val="3DCF14D3"/>
    <w:rsid w:val="3DDA682B"/>
    <w:rsid w:val="3DF78FC6"/>
    <w:rsid w:val="3DF94C20"/>
    <w:rsid w:val="3DF9B612"/>
    <w:rsid w:val="3E00DBE6"/>
    <w:rsid w:val="3E034033"/>
    <w:rsid w:val="3E19C37C"/>
    <w:rsid w:val="3E2ADE77"/>
    <w:rsid w:val="3E37DCD5"/>
    <w:rsid w:val="3E3C0B8B"/>
    <w:rsid w:val="3E5A42CB"/>
    <w:rsid w:val="3E663BDF"/>
    <w:rsid w:val="3E6BCB48"/>
    <w:rsid w:val="3E7A78FE"/>
    <w:rsid w:val="3E870946"/>
    <w:rsid w:val="3E9724CE"/>
    <w:rsid w:val="3EABAD5E"/>
    <w:rsid w:val="3EAEE87C"/>
    <w:rsid w:val="3EC49BE0"/>
    <w:rsid w:val="3ECA91FC"/>
    <w:rsid w:val="3EECB443"/>
    <w:rsid w:val="3EEDA0DE"/>
    <w:rsid w:val="3F01D5C5"/>
    <w:rsid w:val="3F0A2CE0"/>
    <w:rsid w:val="3F117166"/>
    <w:rsid w:val="3F2483DA"/>
    <w:rsid w:val="3F3AAAE8"/>
    <w:rsid w:val="3F4DAA9A"/>
    <w:rsid w:val="3F5FC26C"/>
    <w:rsid w:val="3F636C81"/>
    <w:rsid w:val="3F89E5EA"/>
    <w:rsid w:val="3F94DB3C"/>
    <w:rsid w:val="3FA1A052"/>
    <w:rsid w:val="3FB196E7"/>
    <w:rsid w:val="3FB9130E"/>
    <w:rsid w:val="3FBB348D"/>
    <w:rsid w:val="3FD1938A"/>
    <w:rsid w:val="3FD5512B"/>
    <w:rsid w:val="3FDB8DD1"/>
    <w:rsid w:val="3FE34A0F"/>
    <w:rsid w:val="3FF26C5F"/>
    <w:rsid w:val="3FF9D9AB"/>
    <w:rsid w:val="3FFC153A"/>
    <w:rsid w:val="4001B7A0"/>
    <w:rsid w:val="400D1A91"/>
    <w:rsid w:val="4017B5BD"/>
    <w:rsid w:val="4018A93E"/>
    <w:rsid w:val="4018E53A"/>
    <w:rsid w:val="40252EB4"/>
    <w:rsid w:val="4031207B"/>
    <w:rsid w:val="40452EF2"/>
    <w:rsid w:val="4072E083"/>
    <w:rsid w:val="4085CDAB"/>
    <w:rsid w:val="409CB1A1"/>
    <w:rsid w:val="40A500E9"/>
    <w:rsid w:val="40C4ABA7"/>
    <w:rsid w:val="40E0F569"/>
    <w:rsid w:val="40ECFE69"/>
    <w:rsid w:val="40FC3570"/>
    <w:rsid w:val="4103E2C2"/>
    <w:rsid w:val="412E3E3F"/>
    <w:rsid w:val="415A68BF"/>
    <w:rsid w:val="4164009F"/>
    <w:rsid w:val="417C9CF9"/>
    <w:rsid w:val="41882B6E"/>
    <w:rsid w:val="418BFBF8"/>
    <w:rsid w:val="419E1063"/>
    <w:rsid w:val="41A80849"/>
    <w:rsid w:val="41AC6A34"/>
    <w:rsid w:val="41AE1353"/>
    <w:rsid w:val="41E5EAFF"/>
    <w:rsid w:val="41E93CEE"/>
    <w:rsid w:val="41EA4E6E"/>
    <w:rsid w:val="41ECC545"/>
    <w:rsid w:val="41F0ACB9"/>
    <w:rsid w:val="41FF2586"/>
    <w:rsid w:val="42023120"/>
    <w:rsid w:val="4205E552"/>
    <w:rsid w:val="420A4FC4"/>
    <w:rsid w:val="4227FEC3"/>
    <w:rsid w:val="422852AC"/>
    <w:rsid w:val="42375AA8"/>
    <w:rsid w:val="424F2693"/>
    <w:rsid w:val="427EB14F"/>
    <w:rsid w:val="4285B2A6"/>
    <w:rsid w:val="428BEB0B"/>
    <w:rsid w:val="42B53228"/>
    <w:rsid w:val="42C8014F"/>
    <w:rsid w:val="42E92248"/>
    <w:rsid w:val="42EBD75C"/>
    <w:rsid w:val="42F88A20"/>
    <w:rsid w:val="431DD2F3"/>
    <w:rsid w:val="4328236C"/>
    <w:rsid w:val="4348F4BC"/>
    <w:rsid w:val="4363A0AD"/>
    <w:rsid w:val="436D3FEE"/>
    <w:rsid w:val="436E022A"/>
    <w:rsid w:val="438DC517"/>
    <w:rsid w:val="439B157E"/>
    <w:rsid w:val="43A536EA"/>
    <w:rsid w:val="43A82DDE"/>
    <w:rsid w:val="43D46D65"/>
    <w:rsid w:val="43FBABAD"/>
    <w:rsid w:val="43FC5AC0"/>
    <w:rsid w:val="44156B7C"/>
    <w:rsid w:val="443279A6"/>
    <w:rsid w:val="445E3F33"/>
    <w:rsid w:val="4469BDC4"/>
    <w:rsid w:val="447870D8"/>
    <w:rsid w:val="447CFC69"/>
    <w:rsid w:val="4492CD27"/>
    <w:rsid w:val="4496DDAF"/>
    <w:rsid w:val="44AEF026"/>
    <w:rsid w:val="44BA53E5"/>
    <w:rsid w:val="44BCE154"/>
    <w:rsid w:val="44C87450"/>
    <w:rsid w:val="44C9F5D0"/>
    <w:rsid w:val="44D49E8F"/>
    <w:rsid w:val="44D837D1"/>
    <w:rsid w:val="44D86CE5"/>
    <w:rsid w:val="44E28C69"/>
    <w:rsid w:val="4505E084"/>
    <w:rsid w:val="451925FE"/>
    <w:rsid w:val="451C5191"/>
    <w:rsid w:val="451E93A7"/>
    <w:rsid w:val="453ADC4C"/>
    <w:rsid w:val="453E85BC"/>
    <w:rsid w:val="455C868F"/>
    <w:rsid w:val="4560640F"/>
    <w:rsid w:val="4575AEBC"/>
    <w:rsid w:val="458901A0"/>
    <w:rsid w:val="458F2E6F"/>
    <w:rsid w:val="45AB0CAB"/>
    <w:rsid w:val="45BBEDD3"/>
    <w:rsid w:val="45BCD90E"/>
    <w:rsid w:val="45C2E97F"/>
    <w:rsid w:val="45CA6CDC"/>
    <w:rsid w:val="45D10ED3"/>
    <w:rsid w:val="45FFC23F"/>
    <w:rsid w:val="46186591"/>
    <w:rsid w:val="46349C6C"/>
    <w:rsid w:val="4644A68F"/>
    <w:rsid w:val="464AB071"/>
    <w:rsid w:val="464C8BB6"/>
    <w:rsid w:val="467488F2"/>
    <w:rsid w:val="46BF4BC7"/>
    <w:rsid w:val="46C3DC5E"/>
    <w:rsid w:val="46CF2A3A"/>
    <w:rsid w:val="4714F3AE"/>
    <w:rsid w:val="4738B392"/>
    <w:rsid w:val="47514374"/>
    <w:rsid w:val="47611AB5"/>
    <w:rsid w:val="4763AFF2"/>
    <w:rsid w:val="4767AD7C"/>
    <w:rsid w:val="477FE9CC"/>
    <w:rsid w:val="478481CF"/>
    <w:rsid w:val="4785EE85"/>
    <w:rsid w:val="47961B1F"/>
    <w:rsid w:val="47979AC2"/>
    <w:rsid w:val="4798AC46"/>
    <w:rsid w:val="479CFA05"/>
    <w:rsid w:val="479D0BC0"/>
    <w:rsid w:val="47AA1656"/>
    <w:rsid w:val="47AA4368"/>
    <w:rsid w:val="47B13C19"/>
    <w:rsid w:val="47D0116B"/>
    <w:rsid w:val="47FD3B60"/>
    <w:rsid w:val="4800D5E1"/>
    <w:rsid w:val="4806749C"/>
    <w:rsid w:val="480BEA8F"/>
    <w:rsid w:val="480EF36F"/>
    <w:rsid w:val="481C93C2"/>
    <w:rsid w:val="481FDBCE"/>
    <w:rsid w:val="4829E8D7"/>
    <w:rsid w:val="482D55F7"/>
    <w:rsid w:val="48605ACF"/>
    <w:rsid w:val="487ABF57"/>
    <w:rsid w:val="488D1839"/>
    <w:rsid w:val="489B98D5"/>
    <w:rsid w:val="489FA910"/>
    <w:rsid w:val="48A8E95E"/>
    <w:rsid w:val="48C948CD"/>
    <w:rsid w:val="48CE816E"/>
    <w:rsid w:val="48CFBE53"/>
    <w:rsid w:val="48E9BC9C"/>
    <w:rsid w:val="48F1B6C0"/>
    <w:rsid w:val="48F887C2"/>
    <w:rsid w:val="48FB0BB7"/>
    <w:rsid w:val="4923417B"/>
    <w:rsid w:val="49274562"/>
    <w:rsid w:val="492DCE60"/>
    <w:rsid w:val="4954CFB5"/>
    <w:rsid w:val="4955DC6D"/>
    <w:rsid w:val="4956E68E"/>
    <w:rsid w:val="49641C3A"/>
    <w:rsid w:val="496DDBBF"/>
    <w:rsid w:val="49819074"/>
    <w:rsid w:val="49888776"/>
    <w:rsid w:val="498FE733"/>
    <w:rsid w:val="499FE5E1"/>
    <w:rsid w:val="49A00178"/>
    <w:rsid w:val="49A68736"/>
    <w:rsid w:val="49CE7D99"/>
    <w:rsid w:val="49DE51A8"/>
    <w:rsid w:val="4A0D14EF"/>
    <w:rsid w:val="4A0FD015"/>
    <w:rsid w:val="4A189771"/>
    <w:rsid w:val="4A2826FB"/>
    <w:rsid w:val="4A436DB3"/>
    <w:rsid w:val="4A552260"/>
    <w:rsid w:val="4A6AF879"/>
    <w:rsid w:val="4A6CF2F5"/>
    <w:rsid w:val="4A72C10F"/>
    <w:rsid w:val="4A7B1BC8"/>
    <w:rsid w:val="4A7DC7F1"/>
    <w:rsid w:val="4AD393A1"/>
    <w:rsid w:val="4AD99A09"/>
    <w:rsid w:val="4B05C2F1"/>
    <w:rsid w:val="4B11C179"/>
    <w:rsid w:val="4B26CB4C"/>
    <w:rsid w:val="4B2A485F"/>
    <w:rsid w:val="4B33EBE4"/>
    <w:rsid w:val="4B3539FF"/>
    <w:rsid w:val="4B48C709"/>
    <w:rsid w:val="4B4CCED4"/>
    <w:rsid w:val="4B72F2A4"/>
    <w:rsid w:val="4B76F2AE"/>
    <w:rsid w:val="4B7B90DD"/>
    <w:rsid w:val="4B912385"/>
    <w:rsid w:val="4B93B98C"/>
    <w:rsid w:val="4BA616B7"/>
    <w:rsid w:val="4BA897C3"/>
    <w:rsid w:val="4BAA3527"/>
    <w:rsid w:val="4BACC511"/>
    <w:rsid w:val="4BB38FBB"/>
    <w:rsid w:val="4BB892A8"/>
    <w:rsid w:val="4BC1D4C0"/>
    <w:rsid w:val="4BD0F535"/>
    <w:rsid w:val="4BD68B3F"/>
    <w:rsid w:val="4BF22388"/>
    <w:rsid w:val="4C018E65"/>
    <w:rsid w:val="4C047453"/>
    <w:rsid w:val="4C1A1DA0"/>
    <w:rsid w:val="4C3BDE36"/>
    <w:rsid w:val="4C5EE30E"/>
    <w:rsid w:val="4C64C7AE"/>
    <w:rsid w:val="4C68D88D"/>
    <w:rsid w:val="4C773824"/>
    <w:rsid w:val="4C8F40F8"/>
    <w:rsid w:val="4CC3143C"/>
    <w:rsid w:val="4CC57CE3"/>
    <w:rsid w:val="4CEAEF8D"/>
    <w:rsid w:val="4CF70D51"/>
    <w:rsid w:val="4CF82E70"/>
    <w:rsid w:val="4D0C7675"/>
    <w:rsid w:val="4D1046A0"/>
    <w:rsid w:val="4D1924DF"/>
    <w:rsid w:val="4D2091AB"/>
    <w:rsid w:val="4D25E184"/>
    <w:rsid w:val="4D278A23"/>
    <w:rsid w:val="4D35B85C"/>
    <w:rsid w:val="4D6BD057"/>
    <w:rsid w:val="4D7567FC"/>
    <w:rsid w:val="4D7E60C0"/>
    <w:rsid w:val="4D85CB0A"/>
    <w:rsid w:val="4D897678"/>
    <w:rsid w:val="4D8C6D13"/>
    <w:rsid w:val="4D96D495"/>
    <w:rsid w:val="4DB41C90"/>
    <w:rsid w:val="4DB9DB02"/>
    <w:rsid w:val="4DC86E91"/>
    <w:rsid w:val="4DD452EC"/>
    <w:rsid w:val="4E1551D4"/>
    <w:rsid w:val="4E48799D"/>
    <w:rsid w:val="4E4DC244"/>
    <w:rsid w:val="4E762AA0"/>
    <w:rsid w:val="4EA0911E"/>
    <w:rsid w:val="4EA3F823"/>
    <w:rsid w:val="4EADC23F"/>
    <w:rsid w:val="4EE9700F"/>
    <w:rsid w:val="4F06B217"/>
    <w:rsid w:val="4F232725"/>
    <w:rsid w:val="4F3496A2"/>
    <w:rsid w:val="4F5B3EBF"/>
    <w:rsid w:val="4F5B5D30"/>
    <w:rsid w:val="4F761FD0"/>
    <w:rsid w:val="4F7B0FE7"/>
    <w:rsid w:val="4F88603E"/>
    <w:rsid w:val="4F8D0FBA"/>
    <w:rsid w:val="4F8DBC41"/>
    <w:rsid w:val="4FF0BE84"/>
    <w:rsid w:val="4FF43D3C"/>
    <w:rsid w:val="500DA405"/>
    <w:rsid w:val="50143F80"/>
    <w:rsid w:val="5026BD77"/>
    <w:rsid w:val="5028F929"/>
    <w:rsid w:val="5036D262"/>
    <w:rsid w:val="50456524"/>
    <w:rsid w:val="50460F1D"/>
    <w:rsid w:val="5056F5C4"/>
    <w:rsid w:val="50711EFB"/>
    <w:rsid w:val="507391C7"/>
    <w:rsid w:val="5076C64F"/>
    <w:rsid w:val="5079BF09"/>
    <w:rsid w:val="507B5B2E"/>
    <w:rsid w:val="508D3083"/>
    <w:rsid w:val="50A14B7E"/>
    <w:rsid w:val="50B1EFFF"/>
    <w:rsid w:val="50B3DB26"/>
    <w:rsid w:val="50DEC9C3"/>
    <w:rsid w:val="50E5B4F3"/>
    <w:rsid w:val="5130BC7A"/>
    <w:rsid w:val="5142B78C"/>
    <w:rsid w:val="51453611"/>
    <w:rsid w:val="514FE5EE"/>
    <w:rsid w:val="5165BA2A"/>
    <w:rsid w:val="5165F807"/>
    <w:rsid w:val="518096DB"/>
    <w:rsid w:val="5192BD16"/>
    <w:rsid w:val="51A34922"/>
    <w:rsid w:val="51A4B29B"/>
    <w:rsid w:val="51B25B51"/>
    <w:rsid w:val="51BA957B"/>
    <w:rsid w:val="51C2E478"/>
    <w:rsid w:val="51E714E1"/>
    <w:rsid w:val="51E95905"/>
    <w:rsid w:val="51EF88AC"/>
    <w:rsid w:val="51F6F692"/>
    <w:rsid w:val="5206D87F"/>
    <w:rsid w:val="520FDC04"/>
    <w:rsid w:val="5211D62D"/>
    <w:rsid w:val="5245AD07"/>
    <w:rsid w:val="5249879A"/>
    <w:rsid w:val="5266542C"/>
    <w:rsid w:val="52909C37"/>
    <w:rsid w:val="529375CA"/>
    <w:rsid w:val="52B22EA2"/>
    <w:rsid w:val="52C7E7C6"/>
    <w:rsid w:val="52CEBD7A"/>
    <w:rsid w:val="52E1806E"/>
    <w:rsid w:val="52FB715A"/>
    <w:rsid w:val="52FE6EE3"/>
    <w:rsid w:val="530EE9EF"/>
    <w:rsid w:val="5320A182"/>
    <w:rsid w:val="532D07D3"/>
    <w:rsid w:val="53421AC6"/>
    <w:rsid w:val="5355F1F3"/>
    <w:rsid w:val="5366D207"/>
    <w:rsid w:val="5368A162"/>
    <w:rsid w:val="53729458"/>
    <w:rsid w:val="537A328E"/>
    <w:rsid w:val="538755CD"/>
    <w:rsid w:val="53905F4E"/>
    <w:rsid w:val="53982003"/>
    <w:rsid w:val="53B3321E"/>
    <w:rsid w:val="53D4D3E9"/>
    <w:rsid w:val="53DA3F3A"/>
    <w:rsid w:val="53DD1DBC"/>
    <w:rsid w:val="53F7AA59"/>
    <w:rsid w:val="53FE930D"/>
    <w:rsid w:val="5405E81B"/>
    <w:rsid w:val="540F36E0"/>
    <w:rsid w:val="5410D861"/>
    <w:rsid w:val="541A2C90"/>
    <w:rsid w:val="5427CCF4"/>
    <w:rsid w:val="542C66A9"/>
    <w:rsid w:val="544226F8"/>
    <w:rsid w:val="5449145A"/>
    <w:rsid w:val="546EB161"/>
    <w:rsid w:val="547A3223"/>
    <w:rsid w:val="547E1E00"/>
    <w:rsid w:val="548CE1A6"/>
    <w:rsid w:val="548D9B7E"/>
    <w:rsid w:val="54919C03"/>
    <w:rsid w:val="549FDE50"/>
    <w:rsid w:val="549FE352"/>
    <w:rsid w:val="54B03FC0"/>
    <w:rsid w:val="54C20BA5"/>
    <w:rsid w:val="54D4D67C"/>
    <w:rsid w:val="55032957"/>
    <w:rsid w:val="551356F7"/>
    <w:rsid w:val="5526F02A"/>
    <w:rsid w:val="553737F4"/>
    <w:rsid w:val="554D8866"/>
    <w:rsid w:val="5552DB25"/>
    <w:rsid w:val="5563E9B5"/>
    <w:rsid w:val="5584D070"/>
    <w:rsid w:val="55AA55F0"/>
    <w:rsid w:val="55B06DC6"/>
    <w:rsid w:val="55B8B765"/>
    <w:rsid w:val="55D550AC"/>
    <w:rsid w:val="55DCB640"/>
    <w:rsid w:val="55E3CC67"/>
    <w:rsid w:val="55FA7A5F"/>
    <w:rsid w:val="5611298D"/>
    <w:rsid w:val="561DD1CD"/>
    <w:rsid w:val="5620F0A6"/>
    <w:rsid w:val="5622C264"/>
    <w:rsid w:val="563180E7"/>
    <w:rsid w:val="56425534"/>
    <w:rsid w:val="5655432C"/>
    <w:rsid w:val="56734385"/>
    <w:rsid w:val="56802255"/>
    <w:rsid w:val="568B395D"/>
    <w:rsid w:val="569CFE9D"/>
    <w:rsid w:val="56ABD97E"/>
    <w:rsid w:val="56C0DFDF"/>
    <w:rsid w:val="56DFB8DD"/>
    <w:rsid w:val="56FB6CCF"/>
    <w:rsid w:val="5704294A"/>
    <w:rsid w:val="5710E513"/>
    <w:rsid w:val="57258B7C"/>
    <w:rsid w:val="572694C7"/>
    <w:rsid w:val="57274837"/>
    <w:rsid w:val="57280C93"/>
    <w:rsid w:val="572DDEFA"/>
    <w:rsid w:val="5753A9EE"/>
    <w:rsid w:val="576864E4"/>
    <w:rsid w:val="578A843A"/>
    <w:rsid w:val="5793C645"/>
    <w:rsid w:val="5798B14C"/>
    <w:rsid w:val="57A70970"/>
    <w:rsid w:val="57CFDE43"/>
    <w:rsid w:val="57D39F08"/>
    <w:rsid w:val="57E0954C"/>
    <w:rsid w:val="57FE846A"/>
    <w:rsid w:val="58110F1F"/>
    <w:rsid w:val="581BC644"/>
    <w:rsid w:val="5821C860"/>
    <w:rsid w:val="582CD7F3"/>
    <w:rsid w:val="582D3887"/>
    <w:rsid w:val="582F6C57"/>
    <w:rsid w:val="58300022"/>
    <w:rsid w:val="5836F750"/>
    <w:rsid w:val="583899D4"/>
    <w:rsid w:val="58674C16"/>
    <w:rsid w:val="586EC12B"/>
    <w:rsid w:val="5872438F"/>
    <w:rsid w:val="58CB7F38"/>
    <w:rsid w:val="58D019BD"/>
    <w:rsid w:val="58DBCB34"/>
    <w:rsid w:val="58E92850"/>
    <w:rsid w:val="58F3DB55"/>
    <w:rsid w:val="58F4A5E1"/>
    <w:rsid w:val="59010D7F"/>
    <w:rsid w:val="59017554"/>
    <w:rsid w:val="590F8FB8"/>
    <w:rsid w:val="5911479B"/>
    <w:rsid w:val="59133CD7"/>
    <w:rsid w:val="5917EA5F"/>
    <w:rsid w:val="591830F5"/>
    <w:rsid w:val="591EEA33"/>
    <w:rsid w:val="593CB8BB"/>
    <w:rsid w:val="593EC52B"/>
    <w:rsid w:val="59429B37"/>
    <w:rsid w:val="594F4255"/>
    <w:rsid w:val="5957DE13"/>
    <w:rsid w:val="595F5472"/>
    <w:rsid w:val="5967411A"/>
    <w:rsid w:val="5974DEA3"/>
    <w:rsid w:val="598151B0"/>
    <w:rsid w:val="598F5297"/>
    <w:rsid w:val="5992AA00"/>
    <w:rsid w:val="599A991F"/>
    <w:rsid w:val="599F4642"/>
    <w:rsid w:val="599FDE2E"/>
    <w:rsid w:val="59A62122"/>
    <w:rsid w:val="59C05B3D"/>
    <w:rsid w:val="59C4BC75"/>
    <w:rsid w:val="59CC7719"/>
    <w:rsid w:val="59CDE612"/>
    <w:rsid w:val="59E13643"/>
    <w:rsid w:val="59E3BCFE"/>
    <w:rsid w:val="59F6A1FC"/>
    <w:rsid w:val="59FA2150"/>
    <w:rsid w:val="59FFA5CE"/>
    <w:rsid w:val="5A082380"/>
    <w:rsid w:val="5A222210"/>
    <w:rsid w:val="5A37F169"/>
    <w:rsid w:val="5A51640B"/>
    <w:rsid w:val="5A576FE3"/>
    <w:rsid w:val="5A5BCFA0"/>
    <w:rsid w:val="5A91A454"/>
    <w:rsid w:val="5A9843B2"/>
    <w:rsid w:val="5AA52EDE"/>
    <w:rsid w:val="5AAE222F"/>
    <w:rsid w:val="5AAFE3CB"/>
    <w:rsid w:val="5ACE79A9"/>
    <w:rsid w:val="5AD10BE7"/>
    <w:rsid w:val="5ADFD3D5"/>
    <w:rsid w:val="5AE2CDC6"/>
    <w:rsid w:val="5AF171C3"/>
    <w:rsid w:val="5AF3CB9E"/>
    <w:rsid w:val="5B0C0397"/>
    <w:rsid w:val="5B2486F2"/>
    <w:rsid w:val="5B37A4AB"/>
    <w:rsid w:val="5B37F811"/>
    <w:rsid w:val="5B4F561D"/>
    <w:rsid w:val="5B5C286B"/>
    <w:rsid w:val="5B92A6FE"/>
    <w:rsid w:val="5B967DC1"/>
    <w:rsid w:val="5B9C6A81"/>
    <w:rsid w:val="5BA0DA74"/>
    <w:rsid w:val="5BA12E71"/>
    <w:rsid w:val="5BA269D8"/>
    <w:rsid w:val="5BA99309"/>
    <w:rsid w:val="5BACFC9F"/>
    <w:rsid w:val="5BB340EA"/>
    <w:rsid w:val="5BB925CF"/>
    <w:rsid w:val="5BC2009F"/>
    <w:rsid w:val="5BC310FB"/>
    <w:rsid w:val="5BD00894"/>
    <w:rsid w:val="5C014828"/>
    <w:rsid w:val="5C25CA77"/>
    <w:rsid w:val="5C2625CE"/>
    <w:rsid w:val="5C27DCD4"/>
    <w:rsid w:val="5C2F1A0B"/>
    <w:rsid w:val="5C45FEAE"/>
    <w:rsid w:val="5C4AD349"/>
    <w:rsid w:val="5C52F47F"/>
    <w:rsid w:val="5C53BA43"/>
    <w:rsid w:val="5C6EE6A6"/>
    <w:rsid w:val="5C797808"/>
    <w:rsid w:val="5C7D4BD7"/>
    <w:rsid w:val="5C8B82F8"/>
    <w:rsid w:val="5C93B655"/>
    <w:rsid w:val="5C9BA446"/>
    <w:rsid w:val="5C9C7F7F"/>
    <w:rsid w:val="5CA7F145"/>
    <w:rsid w:val="5CC83BEA"/>
    <w:rsid w:val="5CD65E46"/>
    <w:rsid w:val="5CE0F58D"/>
    <w:rsid w:val="5CE73FB6"/>
    <w:rsid w:val="5CFDA294"/>
    <w:rsid w:val="5D098203"/>
    <w:rsid w:val="5D0F7ED9"/>
    <w:rsid w:val="5D23D699"/>
    <w:rsid w:val="5D2BEF99"/>
    <w:rsid w:val="5D2FE38E"/>
    <w:rsid w:val="5D70E761"/>
    <w:rsid w:val="5D7EC4FF"/>
    <w:rsid w:val="5D83F2E4"/>
    <w:rsid w:val="5D9E845E"/>
    <w:rsid w:val="5DA90578"/>
    <w:rsid w:val="5E2167F4"/>
    <w:rsid w:val="5E21D4D8"/>
    <w:rsid w:val="5E266FB2"/>
    <w:rsid w:val="5E5B02E8"/>
    <w:rsid w:val="5E6CD0B2"/>
    <w:rsid w:val="5E6D85FB"/>
    <w:rsid w:val="5E70C34E"/>
    <w:rsid w:val="5E725979"/>
    <w:rsid w:val="5E76429C"/>
    <w:rsid w:val="5E8791FD"/>
    <w:rsid w:val="5E91A851"/>
    <w:rsid w:val="5EB793C4"/>
    <w:rsid w:val="5ED694D2"/>
    <w:rsid w:val="5EE69A43"/>
    <w:rsid w:val="5EECA85A"/>
    <w:rsid w:val="5EF3CE69"/>
    <w:rsid w:val="5F04B437"/>
    <w:rsid w:val="5F0BF6EA"/>
    <w:rsid w:val="5F0EC4E4"/>
    <w:rsid w:val="5F1C5956"/>
    <w:rsid w:val="5F46F133"/>
    <w:rsid w:val="5F48973D"/>
    <w:rsid w:val="5F49E1FC"/>
    <w:rsid w:val="5F4B077F"/>
    <w:rsid w:val="5F7B1C93"/>
    <w:rsid w:val="5F990A9C"/>
    <w:rsid w:val="5FB1D108"/>
    <w:rsid w:val="5FC11DE1"/>
    <w:rsid w:val="5FCFCDDE"/>
    <w:rsid w:val="5FD3E191"/>
    <w:rsid w:val="5FDE55E8"/>
    <w:rsid w:val="5FDFF6F8"/>
    <w:rsid w:val="600C6097"/>
    <w:rsid w:val="6012442C"/>
    <w:rsid w:val="60239392"/>
    <w:rsid w:val="602B2053"/>
    <w:rsid w:val="603837F4"/>
    <w:rsid w:val="60555C95"/>
    <w:rsid w:val="6075836E"/>
    <w:rsid w:val="60767C95"/>
    <w:rsid w:val="6095B7D3"/>
    <w:rsid w:val="6097D7BD"/>
    <w:rsid w:val="60A0E737"/>
    <w:rsid w:val="60ADD072"/>
    <w:rsid w:val="60BE3394"/>
    <w:rsid w:val="60E44300"/>
    <w:rsid w:val="60EB2A10"/>
    <w:rsid w:val="60FC475C"/>
    <w:rsid w:val="61266081"/>
    <w:rsid w:val="612B348F"/>
    <w:rsid w:val="613AE7C4"/>
    <w:rsid w:val="6143C38C"/>
    <w:rsid w:val="615DBEE5"/>
    <w:rsid w:val="61606559"/>
    <w:rsid w:val="616AD9C0"/>
    <w:rsid w:val="61779F17"/>
    <w:rsid w:val="617B3C30"/>
    <w:rsid w:val="617E4BD2"/>
    <w:rsid w:val="618146C2"/>
    <w:rsid w:val="6198FE9D"/>
    <w:rsid w:val="61A17F93"/>
    <w:rsid w:val="61A41B36"/>
    <w:rsid w:val="61BC2447"/>
    <w:rsid w:val="61BFAC2D"/>
    <w:rsid w:val="61C4A9E0"/>
    <w:rsid w:val="61C4EAE4"/>
    <w:rsid w:val="61C62830"/>
    <w:rsid w:val="61CD4391"/>
    <w:rsid w:val="61DBFBAF"/>
    <w:rsid w:val="61E396FD"/>
    <w:rsid w:val="61F8CE70"/>
    <w:rsid w:val="6203AC55"/>
    <w:rsid w:val="6203CD5B"/>
    <w:rsid w:val="620726E3"/>
    <w:rsid w:val="623294A1"/>
    <w:rsid w:val="6239C1BA"/>
    <w:rsid w:val="6249B344"/>
    <w:rsid w:val="624E1834"/>
    <w:rsid w:val="6253A5A9"/>
    <w:rsid w:val="62612960"/>
    <w:rsid w:val="626C577D"/>
    <w:rsid w:val="626EE07E"/>
    <w:rsid w:val="6291C82D"/>
    <w:rsid w:val="6296A065"/>
    <w:rsid w:val="62B0EE53"/>
    <w:rsid w:val="62DD1225"/>
    <w:rsid w:val="62E0EEBA"/>
    <w:rsid w:val="62EDDD6E"/>
    <w:rsid w:val="62FE7BFA"/>
    <w:rsid w:val="6300DDC6"/>
    <w:rsid w:val="63157C68"/>
    <w:rsid w:val="6326F918"/>
    <w:rsid w:val="6336EA56"/>
    <w:rsid w:val="633B05E5"/>
    <w:rsid w:val="634196A6"/>
    <w:rsid w:val="6351D1FC"/>
    <w:rsid w:val="6391B891"/>
    <w:rsid w:val="639CA8C3"/>
    <w:rsid w:val="63A99C54"/>
    <w:rsid w:val="63A9BB88"/>
    <w:rsid w:val="63AA8426"/>
    <w:rsid w:val="63B5AB2A"/>
    <w:rsid w:val="63CE288C"/>
    <w:rsid w:val="63DEEEF1"/>
    <w:rsid w:val="63EE4040"/>
    <w:rsid w:val="63FBC615"/>
    <w:rsid w:val="6405F565"/>
    <w:rsid w:val="640D073D"/>
    <w:rsid w:val="641166C0"/>
    <w:rsid w:val="643A71F5"/>
    <w:rsid w:val="643D3E0C"/>
    <w:rsid w:val="644A615C"/>
    <w:rsid w:val="644E83B8"/>
    <w:rsid w:val="6464F7E4"/>
    <w:rsid w:val="647D1D13"/>
    <w:rsid w:val="64887FE6"/>
    <w:rsid w:val="648FC0CC"/>
    <w:rsid w:val="6490A37F"/>
    <w:rsid w:val="64EB6ED4"/>
    <w:rsid w:val="64FC5F8E"/>
    <w:rsid w:val="64FCA458"/>
    <w:rsid w:val="6503DD8A"/>
    <w:rsid w:val="6511E654"/>
    <w:rsid w:val="6514648E"/>
    <w:rsid w:val="651DB56C"/>
    <w:rsid w:val="6523D4A0"/>
    <w:rsid w:val="653BD6D7"/>
    <w:rsid w:val="653D84CB"/>
    <w:rsid w:val="653E70C7"/>
    <w:rsid w:val="65481BE4"/>
    <w:rsid w:val="654C1EF8"/>
    <w:rsid w:val="65502857"/>
    <w:rsid w:val="655254B3"/>
    <w:rsid w:val="656529A3"/>
    <w:rsid w:val="656ABCA3"/>
    <w:rsid w:val="656F0952"/>
    <w:rsid w:val="6574B94F"/>
    <w:rsid w:val="65771F23"/>
    <w:rsid w:val="6577E27F"/>
    <w:rsid w:val="659E5663"/>
    <w:rsid w:val="65A375BB"/>
    <w:rsid w:val="65A9E417"/>
    <w:rsid w:val="65AE1F61"/>
    <w:rsid w:val="65B43CAC"/>
    <w:rsid w:val="65CD06A2"/>
    <w:rsid w:val="65DD7DB3"/>
    <w:rsid w:val="65F2A61F"/>
    <w:rsid w:val="65FA8E99"/>
    <w:rsid w:val="6615D382"/>
    <w:rsid w:val="6616B631"/>
    <w:rsid w:val="661D2613"/>
    <w:rsid w:val="662091F5"/>
    <w:rsid w:val="66318498"/>
    <w:rsid w:val="66341D7F"/>
    <w:rsid w:val="66351AC9"/>
    <w:rsid w:val="66453492"/>
    <w:rsid w:val="664E07DB"/>
    <w:rsid w:val="6685432F"/>
    <w:rsid w:val="6686B389"/>
    <w:rsid w:val="669C92AC"/>
    <w:rsid w:val="66DD3E17"/>
    <w:rsid w:val="66EA3B39"/>
    <w:rsid w:val="66F6A128"/>
    <w:rsid w:val="66F6AAD6"/>
    <w:rsid w:val="6713DAF7"/>
    <w:rsid w:val="67204A02"/>
    <w:rsid w:val="6746E2F0"/>
    <w:rsid w:val="67552069"/>
    <w:rsid w:val="6757669D"/>
    <w:rsid w:val="67629B03"/>
    <w:rsid w:val="6764234D"/>
    <w:rsid w:val="67781E02"/>
    <w:rsid w:val="677F1A42"/>
    <w:rsid w:val="679B92F4"/>
    <w:rsid w:val="679E7BCC"/>
    <w:rsid w:val="67C30E9C"/>
    <w:rsid w:val="67C68B96"/>
    <w:rsid w:val="67E8F3AE"/>
    <w:rsid w:val="67ECBCEB"/>
    <w:rsid w:val="67FDCEEA"/>
    <w:rsid w:val="68069DDD"/>
    <w:rsid w:val="682088DC"/>
    <w:rsid w:val="68361224"/>
    <w:rsid w:val="68506CAD"/>
    <w:rsid w:val="6859D608"/>
    <w:rsid w:val="6866389C"/>
    <w:rsid w:val="687C36EA"/>
    <w:rsid w:val="689DA479"/>
    <w:rsid w:val="68A0E8B0"/>
    <w:rsid w:val="68A896CF"/>
    <w:rsid w:val="68A8B393"/>
    <w:rsid w:val="68BBC4F9"/>
    <w:rsid w:val="68CB40B5"/>
    <w:rsid w:val="68CD8F0A"/>
    <w:rsid w:val="68DD153E"/>
    <w:rsid w:val="68E52120"/>
    <w:rsid w:val="68E710E1"/>
    <w:rsid w:val="68F52198"/>
    <w:rsid w:val="690952C4"/>
    <w:rsid w:val="690D26CB"/>
    <w:rsid w:val="692AE108"/>
    <w:rsid w:val="6936E494"/>
    <w:rsid w:val="69495E27"/>
    <w:rsid w:val="694B76E5"/>
    <w:rsid w:val="694EDBCA"/>
    <w:rsid w:val="69764DF7"/>
    <w:rsid w:val="69A05012"/>
    <w:rsid w:val="69C0378D"/>
    <w:rsid w:val="69CCA112"/>
    <w:rsid w:val="69D6A4A4"/>
    <w:rsid w:val="69DB86D5"/>
    <w:rsid w:val="69F34FA5"/>
    <w:rsid w:val="69F43B8C"/>
    <w:rsid w:val="6A029C29"/>
    <w:rsid w:val="6A0B7324"/>
    <w:rsid w:val="6A10B8AE"/>
    <w:rsid w:val="6A1E4FFC"/>
    <w:rsid w:val="6A1E92E8"/>
    <w:rsid w:val="6A1EC18A"/>
    <w:rsid w:val="6A2AD8DA"/>
    <w:rsid w:val="6A2CDDB5"/>
    <w:rsid w:val="6A34EB38"/>
    <w:rsid w:val="6A4A979E"/>
    <w:rsid w:val="6A52AB6E"/>
    <w:rsid w:val="6A74AE7F"/>
    <w:rsid w:val="6A777E2F"/>
    <w:rsid w:val="6A86664A"/>
    <w:rsid w:val="6A8B003A"/>
    <w:rsid w:val="6A8C9845"/>
    <w:rsid w:val="6A8F6446"/>
    <w:rsid w:val="6A9CCE76"/>
    <w:rsid w:val="6AA2EC8A"/>
    <w:rsid w:val="6AA70A18"/>
    <w:rsid w:val="6AB663D9"/>
    <w:rsid w:val="6AB9E23E"/>
    <w:rsid w:val="6AF64D68"/>
    <w:rsid w:val="6B15A079"/>
    <w:rsid w:val="6B1E8252"/>
    <w:rsid w:val="6B234EE1"/>
    <w:rsid w:val="6B23A853"/>
    <w:rsid w:val="6B43C47E"/>
    <w:rsid w:val="6B4C519A"/>
    <w:rsid w:val="6B7FE481"/>
    <w:rsid w:val="6B872420"/>
    <w:rsid w:val="6B9959EC"/>
    <w:rsid w:val="6BA5703D"/>
    <w:rsid w:val="6BD112FA"/>
    <w:rsid w:val="6BD6A5D7"/>
    <w:rsid w:val="6BE2ECF0"/>
    <w:rsid w:val="6C00F100"/>
    <w:rsid w:val="6C0470D7"/>
    <w:rsid w:val="6C17C697"/>
    <w:rsid w:val="6C293FD8"/>
    <w:rsid w:val="6C2FA994"/>
    <w:rsid w:val="6C47744C"/>
    <w:rsid w:val="6C4F3946"/>
    <w:rsid w:val="6C6C0F79"/>
    <w:rsid w:val="6C6EA7DC"/>
    <w:rsid w:val="6C81DE90"/>
    <w:rsid w:val="6C856C2C"/>
    <w:rsid w:val="6C8EC856"/>
    <w:rsid w:val="6C8F8A5A"/>
    <w:rsid w:val="6C91D51F"/>
    <w:rsid w:val="6C926C3B"/>
    <w:rsid w:val="6C9E0843"/>
    <w:rsid w:val="6CA7220D"/>
    <w:rsid w:val="6CB3780E"/>
    <w:rsid w:val="6CC2CB29"/>
    <w:rsid w:val="6CEDAFB7"/>
    <w:rsid w:val="6CEFC0BA"/>
    <w:rsid w:val="6CF2C5B2"/>
    <w:rsid w:val="6CF3915C"/>
    <w:rsid w:val="6D047220"/>
    <w:rsid w:val="6D0CAA0A"/>
    <w:rsid w:val="6D126DD3"/>
    <w:rsid w:val="6D16AD9F"/>
    <w:rsid w:val="6D182A45"/>
    <w:rsid w:val="6D20DF4E"/>
    <w:rsid w:val="6D29A80B"/>
    <w:rsid w:val="6D2B7B1C"/>
    <w:rsid w:val="6D2E818D"/>
    <w:rsid w:val="6D387B51"/>
    <w:rsid w:val="6D3DFF93"/>
    <w:rsid w:val="6D571711"/>
    <w:rsid w:val="6D5B10A7"/>
    <w:rsid w:val="6D94DD5F"/>
    <w:rsid w:val="6D99C3B9"/>
    <w:rsid w:val="6D9B499D"/>
    <w:rsid w:val="6DA037A6"/>
    <w:rsid w:val="6DA55BD0"/>
    <w:rsid w:val="6DB980BC"/>
    <w:rsid w:val="6DBD765C"/>
    <w:rsid w:val="6DC7F456"/>
    <w:rsid w:val="6DDDCA0D"/>
    <w:rsid w:val="6DDDDC75"/>
    <w:rsid w:val="6DE20EF5"/>
    <w:rsid w:val="6E026BEC"/>
    <w:rsid w:val="6E1BE4AB"/>
    <w:rsid w:val="6E3E8EFF"/>
    <w:rsid w:val="6E3FC95B"/>
    <w:rsid w:val="6E475A0E"/>
    <w:rsid w:val="6E4762F5"/>
    <w:rsid w:val="6E4BAAAB"/>
    <w:rsid w:val="6E4DC489"/>
    <w:rsid w:val="6E6C0805"/>
    <w:rsid w:val="6E77458F"/>
    <w:rsid w:val="6E7CDE4F"/>
    <w:rsid w:val="6E899D21"/>
    <w:rsid w:val="6E9412E0"/>
    <w:rsid w:val="6E9BC092"/>
    <w:rsid w:val="6ECB9FCF"/>
    <w:rsid w:val="6ED4B538"/>
    <w:rsid w:val="6EF7050E"/>
    <w:rsid w:val="6F018D5E"/>
    <w:rsid w:val="6F04D7E9"/>
    <w:rsid w:val="6F052C75"/>
    <w:rsid w:val="6F289E5A"/>
    <w:rsid w:val="6F3D086B"/>
    <w:rsid w:val="6F3DB1AE"/>
    <w:rsid w:val="6F7A300D"/>
    <w:rsid w:val="6F7C6D2B"/>
    <w:rsid w:val="6F8F9912"/>
    <w:rsid w:val="6F909DA8"/>
    <w:rsid w:val="6FA1D116"/>
    <w:rsid w:val="6FB05675"/>
    <w:rsid w:val="6FB75EC3"/>
    <w:rsid w:val="6FB87C76"/>
    <w:rsid w:val="6FDE9B5F"/>
    <w:rsid w:val="6FEFD8EE"/>
    <w:rsid w:val="7002618A"/>
    <w:rsid w:val="700826B8"/>
    <w:rsid w:val="70092E9C"/>
    <w:rsid w:val="7015FF7A"/>
    <w:rsid w:val="70406786"/>
    <w:rsid w:val="704986F1"/>
    <w:rsid w:val="7055B2BF"/>
    <w:rsid w:val="705FC56D"/>
    <w:rsid w:val="706D4DB7"/>
    <w:rsid w:val="707187BD"/>
    <w:rsid w:val="70A385E7"/>
    <w:rsid w:val="70A4074B"/>
    <w:rsid w:val="70AB1A3A"/>
    <w:rsid w:val="70AFA632"/>
    <w:rsid w:val="70D59172"/>
    <w:rsid w:val="70E41F97"/>
    <w:rsid w:val="70F94CDF"/>
    <w:rsid w:val="711238AD"/>
    <w:rsid w:val="7120431F"/>
    <w:rsid w:val="712404FC"/>
    <w:rsid w:val="712A77A3"/>
    <w:rsid w:val="713EF32B"/>
    <w:rsid w:val="716B66E3"/>
    <w:rsid w:val="718EB707"/>
    <w:rsid w:val="71954C58"/>
    <w:rsid w:val="719CF4BB"/>
    <w:rsid w:val="71AFD1B7"/>
    <w:rsid w:val="71B8452B"/>
    <w:rsid w:val="71C78FB1"/>
    <w:rsid w:val="71CFD84A"/>
    <w:rsid w:val="71D41B2C"/>
    <w:rsid w:val="71E455A7"/>
    <w:rsid w:val="7201C53B"/>
    <w:rsid w:val="7211F2F9"/>
    <w:rsid w:val="72156AF8"/>
    <w:rsid w:val="722B5046"/>
    <w:rsid w:val="72333A0C"/>
    <w:rsid w:val="72398349"/>
    <w:rsid w:val="72398BC1"/>
    <w:rsid w:val="72539E90"/>
    <w:rsid w:val="726B86D5"/>
    <w:rsid w:val="728EDAE9"/>
    <w:rsid w:val="728F84E4"/>
    <w:rsid w:val="72A33B59"/>
    <w:rsid w:val="72AAAE17"/>
    <w:rsid w:val="72B6DCC4"/>
    <w:rsid w:val="72C1CB03"/>
    <w:rsid w:val="72D055ED"/>
    <w:rsid w:val="72E84B0A"/>
    <w:rsid w:val="72F9DB5E"/>
    <w:rsid w:val="72FB6D28"/>
    <w:rsid w:val="7302AAA6"/>
    <w:rsid w:val="731E3D07"/>
    <w:rsid w:val="7325B6EE"/>
    <w:rsid w:val="73288092"/>
    <w:rsid w:val="73289286"/>
    <w:rsid w:val="73393FE2"/>
    <w:rsid w:val="734292F0"/>
    <w:rsid w:val="73432BED"/>
    <w:rsid w:val="734FAE8C"/>
    <w:rsid w:val="736E2F1B"/>
    <w:rsid w:val="7371AA78"/>
    <w:rsid w:val="73840E04"/>
    <w:rsid w:val="73BC548F"/>
    <w:rsid w:val="73BE4B5B"/>
    <w:rsid w:val="73C0B63D"/>
    <w:rsid w:val="73D15C66"/>
    <w:rsid w:val="73E69F1D"/>
    <w:rsid w:val="73EFC18B"/>
    <w:rsid w:val="73F010F3"/>
    <w:rsid w:val="73FA3B20"/>
    <w:rsid w:val="7414CE4A"/>
    <w:rsid w:val="742DBB24"/>
    <w:rsid w:val="742EAB22"/>
    <w:rsid w:val="742F6A77"/>
    <w:rsid w:val="7439A293"/>
    <w:rsid w:val="745CC6BA"/>
    <w:rsid w:val="74AC484B"/>
    <w:rsid w:val="74CC3C63"/>
    <w:rsid w:val="74DA24A4"/>
    <w:rsid w:val="74F9B9CA"/>
    <w:rsid w:val="74FEF09C"/>
    <w:rsid w:val="750CEFEB"/>
    <w:rsid w:val="7518B42C"/>
    <w:rsid w:val="751CF578"/>
    <w:rsid w:val="7520FC99"/>
    <w:rsid w:val="752639BF"/>
    <w:rsid w:val="753CB0C4"/>
    <w:rsid w:val="75418BC9"/>
    <w:rsid w:val="75534B02"/>
    <w:rsid w:val="75829B06"/>
    <w:rsid w:val="75834562"/>
    <w:rsid w:val="758885B4"/>
    <w:rsid w:val="758EDB5A"/>
    <w:rsid w:val="75A701FB"/>
    <w:rsid w:val="75B7FE59"/>
    <w:rsid w:val="75CC3D9A"/>
    <w:rsid w:val="75D4AAC2"/>
    <w:rsid w:val="75D764EF"/>
    <w:rsid w:val="75ED3C48"/>
    <w:rsid w:val="75F963E1"/>
    <w:rsid w:val="75FB173A"/>
    <w:rsid w:val="7636717D"/>
    <w:rsid w:val="7636DA8A"/>
    <w:rsid w:val="763DC48E"/>
    <w:rsid w:val="764269CE"/>
    <w:rsid w:val="76446999"/>
    <w:rsid w:val="764967F0"/>
    <w:rsid w:val="7656DE66"/>
    <w:rsid w:val="7657D5F0"/>
    <w:rsid w:val="765F960B"/>
    <w:rsid w:val="7663242B"/>
    <w:rsid w:val="766B7E34"/>
    <w:rsid w:val="76783E6E"/>
    <w:rsid w:val="768432E2"/>
    <w:rsid w:val="76A5092B"/>
    <w:rsid w:val="76AF4DBC"/>
    <w:rsid w:val="76B6DDEE"/>
    <w:rsid w:val="76B9CACD"/>
    <w:rsid w:val="76CCACA7"/>
    <w:rsid w:val="76CCEA64"/>
    <w:rsid w:val="76D2C735"/>
    <w:rsid w:val="76D327AA"/>
    <w:rsid w:val="76E7C717"/>
    <w:rsid w:val="76F508C8"/>
    <w:rsid w:val="7705F835"/>
    <w:rsid w:val="7717BC65"/>
    <w:rsid w:val="771AEB3D"/>
    <w:rsid w:val="77229CDF"/>
    <w:rsid w:val="7725017E"/>
    <w:rsid w:val="7728D8C1"/>
    <w:rsid w:val="77301EC7"/>
    <w:rsid w:val="773AE4E5"/>
    <w:rsid w:val="774BE76A"/>
    <w:rsid w:val="774FF3CA"/>
    <w:rsid w:val="7762D541"/>
    <w:rsid w:val="7769828F"/>
    <w:rsid w:val="776C0822"/>
    <w:rsid w:val="777A30F2"/>
    <w:rsid w:val="7785AB38"/>
    <w:rsid w:val="77881FED"/>
    <w:rsid w:val="77A017E9"/>
    <w:rsid w:val="77B25E46"/>
    <w:rsid w:val="77BC0932"/>
    <w:rsid w:val="77C7F355"/>
    <w:rsid w:val="77CC2009"/>
    <w:rsid w:val="77D159EC"/>
    <w:rsid w:val="77E697D1"/>
    <w:rsid w:val="77EC734F"/>
    <w:rsid w:val="78015D5C"/>
    <w:rsid w:val="7805F4E8"/>
    <w:rsid w:val="780699D0"/>
    <w:rsid w:val="780E5707"/>
    <w:rsid w:val="782402B1"/>
    <w:rsid w:val="78271B11"/>
    <w:rsid w:val="7835FBC9"/>
    <w:rsid w:val="78395C4A"/>
    <w:rsid w:val="783E1B60"/>
    <w:rsid w:val="7862C333"/>
    <w:rsid w:val="7875DBE7"/>
    <w:rsid w:val="789ABDC8"/>
    <w:rsid w:val="789BFCE6"/>
    <w:rsid w:val="78AB2BD1"/>
    <w:rsid w:val="78AC8FE5"/>
    <w:rsid w:val="78B4C033"/>
    <w:rsid w:val="78B5EBA1"/>
    <w:rsid w:val="78CA8D88"/>
    <w:rsid w:val="78CED3B3"/>
    <w:rsid w:val="78DC40B6"/>
    <w:rsid w:val="78F5DCD1"/>
    <w:rsid w:val="78F6234A"/>
    <w:rsid w:val="79142CF2"/>
    <w:rsid w:val="79143B5F"/>
    <w:rsid w:val="7927C8FC"/>
    <w:rsid w:val="79376BE7"/>
    <w:rsid w:val="79399A7F"/>
    <w:rsid w:val="793E8F4A"/>
    <w:rsid w:val="79425162"/>
    <w:rsid w:val="7962BF39"/>
    <w:rsid w:val="796B0FD0"/>
    <w:rsid w:val="796BB1FC"/>
    <w:rsid w:val="799D63FF"/>
    <w:rsid w:val="79AA676F"/>
    <w:rsid w:val="79ABDCC0"/>
    <w:rsid w:val="79BE1975"/>
    <w:rsid w:val="79DCDAAD"/>
    <w:rsid w:val="79EABDCA"/>
    <w:rsid w:val="79EACF79"/>
    <w:rsid w:val="79F57EEA"/>
    <w:rsid w:val="79F79048"/>
    <w:rsid w:val="79F8B29F"/>
    <w:rsid w:val="7A1FB9D3"/>
    <w:rsid w:val="7A2F76B3"/>
    <w:rsid w:val="7A494B18"/>
    <w:rsid w:val="7A4E13C1"/>
    <w:rsid w:val="7A9679C8"/>
    <w:rsid w:val="7A9CD26E"/>
    <w:rsid w:val="7AB3D3B7"/>
    <w:rsid w:val="7ADF7EC6"/>
    <w:rsid w:val="7AE0B313"/>
    <w:rsid w:val="7AE38973"/>
    <w:rsid w:val="7AE39C6C"/>
    <w:rsid w:val="7AEFDDD4"/>
    <w:rsid w:val="7AF647C6"/>
    <w:rsid w:val="7AFFA907"/>
    <w:rsid w:val="7B08F291"/>
    <w:rsid w:val="7B1A2573"/>
    <w:rsid w:val="7B1D8B15"/>
    <w:rsid w:val="7B205088"/>
    <w:rsid w:val="7B310C92"/>
    <w:rsid w:val="7B3FEC74"/>
    <w:rsid w:val="7B4ECECD"/>
    <w:rsid w:val="7B6B8BD5"/>
    <w:rsid w:val="7B6BA0ED"/>
    <w:rsid w:val="7B71EA85"/>
    <w:rsid w:val="7B7E5E38"/>
    <w:rsid w:val="7B8C1234"/>
    <w:rsid w:val="7BC1EB96"/>
    <w:rsid w:val="7BCCC2F2"/>
    <w:rsid w:val="7BD54E07"/>
    <w:rsid w:val="7C45CA39"/>
    <w:rsid w:val="7C53898D"/>
    <w:rsid w:val="7C637D03"/>
    <w:rsid w:val="7C72D801"/>
    <w:rsid w:val="7C73A891"/>
    <w:rsid w:val="7C749D6C"/>
    <w:rsid w:val="7C7A19CE"/>
    <w:rsid w:val="7C7F88EE"/>
    <w:rsid w:val="7C8C4E1E"/>
    <w:rsid w:val="7CBCA92B"/>
    <w:rsid w:val="7CC7A5B7"/>
    <w:rsid w:val="7CCCE63F"/>
    <w:rsid w:val="7CDA67DA"/>
    <w:rsid w:val="7CE34721"/>
    <w:rsid w:val="7CE3CE8E"/>
    <w:rsid w:val="7CF32E92"/>
    <w:rsid w:val="7D0B5A49"/>
    <w:rsid w:val="7D168FD9"/>
    <w:rsid w:val="7D307DDE"/>
    <w:rsid w:val="7D663903"/>
    <w:rsid w:val="7D70606E"/>
    <w:rsid w:val="7D771730"/>
    <w:rsid w:val="7D7B8637"/>
    <w:rsid w:val="7D8771B7"/>
    <w:rsid w:val="7D8CD7B9"/>
    <w:rsid w:val="7D929BA2"/>
    <w:rsid w:val="7DA15DEE"/>
    <w:rsid w:val="7DAFD29B"/>
    <w:rsid w:val="7DBB0825"/>
    <w:rsid w:val="7DC407DA"/>
    <w:rsid w:val="7DC4E1A3"/>
    <w:rsid w:val="7DCBA96D"/>
    <w:rsid w:val="7DE3A949"/>
    <w:rsid w:val="7DF1207C"/>
    <w:rsid w:val="7DF1DA8D"/>
    <w:rsid w:val="7DFD96A4"/>
    <w:rsid w:val="7E06CDC4"/>
    <w:rsid w:val="7E1520E5"/>
    <w:rsid w:val="7E1CB75E"/>
    <w:rsid w:val="7E206A66"/>
    <w:rsid w:val="7E3EA2F0"/>
    <w:rsid w:val="7E461FFC"/>
    <w:rsid w:val="7E485D4B"/>
    <w:rsid w:val="7E4D7699"/>
    <w:rsid w:val="7E5E9A32"/>
    <w:rsid w:val="7E66D8D9"/>
    <w:rsid w:val="7E7C4CFF"/>
    <w:rsid w:val="7EB1AA31"/>
    <w:rsid w:val="7ED7AC75"/>
    <w:rsid w:val="7EDBC14E"/>
    <w:rsid w:val="7EEEF5B8"/>
    <w:rsid w:val="7EF8837E"/>
    <w:rsid w:val="7EFE6EBB"/>
    <w:rsid w:val="7F129B05"/>
    <w:rsid w:val="7F1FDEF3"/>
    <w:rsid w:val="7F351C6E"/>
    <w:rsid w:val="7F3594E0"/>
    <w:rsid w:val="7F3740BD"/>
    <w:rsid w:val="7F44B600"/>
    <w:rsid w:val="7F4949D0"/>
    <w:rsid w:val="7F572D63"/>
    <w:rsid w:val="7F5EFDFD"/>
    <w:rsid w:val="7F78BF8E"/>
    <w:rsid w:val="7F7B4094"/>
    <w:rsid w:val="7F809B1A"/>
    <w:rsid w:val="7F979937"/>
    <w:rsid w:val="7FACC86A"/>
    <w:rsid w:val="7FB0D493"/>
    <w:rsid w:val="7FB647D1"/>
    <w:rsid w:val="7FBB5E97"/>
    <w:rsid w:val="7FBDB582"/>
    <w:rsid w:val="7FFDC2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818B83"/>
  <w14:defaultImageDpi w14:val="330"/>
  <w15:docId w15:val="{0F88BEBE-5D7B-4CFD-B7CB-60F38D88A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693F"/>
    <w:rPr>
      <w:rFonts w:ascii="Arial" w:hAnsi="Arial"/>
      <w:sz w:val="21"/>
    </w:rPr>
  </w:style>
  <w:style w:type="paragraph" w:styleId="berschrift1">
    <w:name w:val="heading 1"/>
    <w:basedOn w:val="Standard"/>
    <w:next w:val="Standard"/>
    <w:link w:val="berschrift1Zchn"/>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berschrift2">
    <w:name w:val="heading 2"/>
    <w:basedOn w:val="Standard"/>
    <w:next w:val="Standard"/>
    <w:link w:val="berschrift2Zchn"/>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erschrift9">
    <w:name w:val="heading 9"/>
    <w:basedOn w:val="Standard"/>
    <w:next w:val="Standard"/>
    <w:link w:val="berschrift9Zchn"/>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618BF"/>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E618BF"/>
  </w:style>
  <w:style w:type="paragraph" w:styleId="Fuzeile">
    <w:name w:val="footer"/>
    <w:basedOn w:val="Standard"/>
    <w:link w:val="FuzeileZchn"/>
    <w:uiPriority w:val="99"/>
    <w:unhideWhenUsed/>
    <w:rsid w:val="00E618BF"/>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E618BF"/>
  </w:style>
  <w:style w:type="paragraph" w:styleId="KeinLeerraum">
    <w:name w:val="No Spacing"/>
    <w:uiPriority w:val="1"/>
    <w:qFormat/>
    <w:rsid w:val="00FC693F"/>
    <w:pPr>
      <w:spacing w:after="0" w:line="240" w:lineRule="auto"/>
    </w:pPr>
  </w:style>
  <w:style w:type="character" w:customStyle="1" w:styleId="berschrift1Zchn">
    <w:name w:val="Überschrift 1 Zchn"/>
    <w:basedOn w:val="Absatz-Standardschriftart"/>
    <w:link w:val="berschrift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C693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C693F"/>
    <w:rPr>
      <w:rFonts w:asciiTheme="majorHAnsi" w:eastAsiaTheme="majorEastAsia" w:hAnsiTheme="majorHAnsi" w:cstheme="majorBidi"/>
      <w:b/>
      <w:bCs/>
      <w:color w:val="4F81BD" w:themeColor="accent1"/>
    </w:rPr>
  </w:style>
  <w:style w:type="paragraph" w:styleId="Titel">
    <w:name w:val="Title"/>
    <w:basedOn w:val="Standard"/>
    <w:next w:val="Standard"/>
    <w:link w:val="TitelZchn"/>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4"/>
      <w:szCs w:val="52"/>
    </w:rPr>
  </w:style>
  <w:style w:type="character" w:customStyle="1" w:styleId="TitelZchn">
    <w:name w:val="Titel Zchn"/>
    <w:basedOn w:val="Absatz-Standardschriftart"/>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Untertitel">
    <w:name w:val="Subtitle"/>
    <w:basedOn w:val="Standard"/>
    <w:next w:val="Standard"/>
    <w:link w:val="UntertitelZchn"/>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FC693F"/>
    <w:rPr>
      <w:rFonts w:asciiTheme="majorHAnsi" w:eastAsiaTheme="majorEastAsia" w:hAnsiTheme="majorHAnsi" w:cstheme="majorBidi"/>
      <w:i/>
      <w:iCs/>
      <w:color w:val="4F81BD" w:themeColor="accent1"/>
      <w:spacing w:val="15"/>
      <w:sz w:val="24"/>
      <w:szCs w:val="24"/>
    </w:rPr>
  </w:style>
  <w:style w:type="paragraph" w:styleId="Listenabsatz">
    <w:name w:val="List Paragraph"/>
    <w:basedOn w:val="Standard"/>
    <w:uiPriority w:val="34"/>
    <w:qFormat/>
    <w:rsid w:val="00FC693F"/>
    <w:pPr>
      <w:ind w:left="720"/>
      <w:contextualSpacing/>
    </w:pPr>
  </w:style>
  <w:style w:type="paragraph" w:styleId="Textkrper">
    <w:name w:val="Body Text"/>
    <w:basedOn w:val="Standard"/>
    <w:link w:val="TextkrperZchn"/>
    <w:uiPriority w:val="99"/>
    <w:unhideWhenUsed/>
    <w:rsid w:val="00AA1D8D"/>
    <w:pPr>
      <w:spacing w:after="120"/>
    </w:pPr>
  </w:style>
  <w:style w:type="character" w:customStyle="1" w:styleId="TextkrperZchn">
    <w:name w:val="Textkörper Zchn"/>
    <w:basedOn w:val="Absatz-Standardschriftart"/>
    <w:link w:val="Textkrper"/>
    <w:uiPriority w:val="99"/>
    <w:rsid w:val="00AA1D8D"/>
  </w:style>
  <w:style w:type="paragraph" w:styleId="Textkrper2">
    <w:name w:val="Body Text 2"/>
    <w:basedOn w:val="Standard"/>
    <w:link w:val="Textkrper2Zchn"/>
    <w:uiPriority w:val="99"/>
    <w:unhideWhenUsed/>
    <w:rsid w:val="00AA1D8D"/>
    <w:pPr>
      <w:spacing w:after="120" w:line="480" w:lineRule="auto"/>
    </w:pPr>
  </w:style>
  <w:style w:type="character" w:customStyle="1" w:styleId="Textkrper2Zchn">
    <w:name w:val="Textkörper 2 Zchn"/>
    <w:basedOn w:val="Absatz-Standardschriftart"/>
    <w:link w:val="Textkrper2"/>
    <w:uiPriority w:val="99"/>
    <w:rsid w:val="00AA1D8D"/>
  </w:style>
  <w:style w:type="paragraph" w:styleId="Textkrper3">
    <w:name w:val="Body Text 3"/>
    <w:basedOn w:val="Standard"/>
    <w:link w:val="Textkrper3Zchn"/>
    <w:uiPriority w:val="99"/>
    <w:unhideWhenUsed/>
    <w:rsid w:val="00AA1D8D"/>
    <w:pPr>
      <w:spacing w:after="120"/>
    </w:pPr>
    <w:rPr>
      <w:sz w:val="16"/>
      <w:szCs w:val="16"/>
    </w:rPr>
  </w:style>
  <w:style w:type="character" w:customStyle="1" w:styleId="Textkrper3Zchn">
    <w:name w:val="Textkörper 3 Zchn"/>
    <w:basedOn w:val="Absatz-Standardschriftart"/>
    <w:link w:val="Textkrper3"/>
    <w:uiPriority w:val="99"/>
    <w:rsid w:val="00AA1D8D"/>
    <w:rPr>
      <w:sz w:val="16"/>
      <w:szCs w:val="16"/>
    </w:rPr>
  </w:style>
  <w:style w:type="paragraph" w:styleId="Liste">
    <w:name w:val="List"/>
    <w:basedOn w:val="Standard"/>
    <w:uiPriority w:val="99"/>
    <w:unhideWhenUsed/>
    <w:rsid w:val="00AA1D8D"/>
    <w:pPr>
      <w:ind w:left="360" w:hanging="360"/>
      <w:contextualSpacing/>
    </w:pPr>
  </w:style>
  <w:style w:type="paragraph" w:styleId="Liste2">
    <w:name w:val="List 2"/>
    <w:basedOn w:val="Standard"/>
    <w:uiPriority w:val="99"/>
    <w:unhideWhenUsed/>
    <w:rsid w:val="00326F90"/>
    <w:pPr>
      <w:ind w:left="720" w:hanging="360"/>
      <w:contextualSpacing/>
    </w:pPr>
  </w:style>
  <w:style w:type="paragraph" w:styleId="Liste3">
    <w:name w:val="List 3"/>
    <w:basedOn w:val="Standard"/>
    <w:uiPriority w:val="99"/>
    <w:unhideWhenUsed/>
    <w:rsid w:val="00326F90"/>
    <w:pPr>
      <w:ind w:left="1080" w:hanging="360"/>
      <w:contextualSpacing/>
    </w:pPr>
  </w:style>
  <w:style w:type="paragraph" w:styleId="Aufzhlungszeichen">
    <w:name w:val="List Bullet"/>
    <w:basedOn w:val="Standard"/>
    <w:uiPriority w:val="99"/>
    <w:unhideWhenUsed/>
    <w:rsid w:val="00326F90"/>
    <w:pPr>
      <w:numPr>
        <w:numId w:val="7"/>
      </w:numPr>
      <w:contextualSpacing/>
    </w:pPr>
  </w:style>
  <w:style w:type="paragraph" w:styleId="Aufzhlungszeichen2">
    <w:name w:val="List Bullet 2"/>
    <w:basedOn w:val="Standard"/>
    <w:uiPriority w:val="99"/>
    <w:unhideWhenUsed/>
    <w:rsid w:val="00326F90"/>
    <w:pPr>
      <w:numPr>
        <w:numId w:val="5"/>
      </w:numPr>
      <w:contextualSpacing/>
    </w:pPr>
  </w:style>
  <w:style w:type="paragraph" w:styleId="Aufzhlungszeichen3">
    <w:name w:val="List Bullet 3"/>
    <w:basedOn w:val="Standard"/>
    <w:uiPriority w:val="99"/>
    <w:unhideWhenUsed/>
    <w:rsid w:val="00326F90"/>
    <w:pPr>
      <w:numPr>
        <w:numId w:val="6"/>
      </w:numPr>
      <w:contextualSpacing/>
    </w:pPr>
  </w:style>
  <w:style w:type="paragraph" w:styleId="Listennummer">
    <w:name w:val="List Number"/>
    <w:basedOn w:val="Standard"/>
    <w:uiPriority w:val="99"/>
    <w:unhideWhenUsed/>
    <w:rsid w:val="00326F90"/>
    <w:pPr>
      <w:numPr>
        <w:numId w:val="9"/>
      </w:numPr>
      <w:contextualSpacing/>
    </w:pPr>
  </w:style>
  <w:style w:type="paragraph" w:styleId="Listennummer2">
    <w:name w:val="List Number 2"/>
    <w:basedOn w:val="Standard"/>
    <w:uiPriority w:val="99"/>
    <w:unhideWhenUsed/>
    <w:rsid w:val="0029639D"/>
    <w:pPr>
      <w:numPr>
        <w:numId w:val="1"/>
      </w:numPr>
      <w:contextualSpacing/>
    </w:pPr>
  </w:style>
  <w:style w:type="paragraph" w:styleId="Listennummer3">
    <w:name w:val="List Number 3"/>
    <w:basedOn w:val="Standard"/>
    <w:uiPriority w:val="99"/>
    <w:unhideWhenUsed/>
    <w:rsid w:val="0029639D"/>
    <w:pPr>
      <w:numPr>
        <w:numId w:val="3"/>
      </w:numPr>
      <w:contextualSpacing/>
    </w:pPr>
  </w:style>
  <w:style w:type="paragraph" w:styleId="Listenfortsetzung">
    <w:name w:val="List Continue"/>
    <w:basedOn w:val="Standard"/>
    <w:uiPriority w:val="99"/>
    <w:unhideWhenUsed/>
    <w:rsid w:val="0029639D"/>
    <w:pPr>
      <w:spacing w:after="120"/>
      <w:ind w:left="360"/>
      <w:contextualSpacing/>
    </w:pPr>
  </w:style>
  <w:style w:type="paragraph" w:styleId="Listenfortsetzung2">
    <w:name w:val="List Continue 2"/>
    <w:basedOn w:val="Standard"/>
    <w:uiPriority w:val="99"/>
    <w:unhideWhenUsed/>
    <w:rsid w:val="0029639D"/>
    <w:pPr>
      <w:spacing w:after="120"/>
      <w:ind w:left="720"/>
      <w:contextualSpacing/>
    </w:pPr>
  </w:style>
  <w:style w:type="paragraph" w:styleId="Listenfortsetzung3">
    <w:name w:val="List Continue 3"/>
    <w:basedOn w:val="Standard"/>
    <w:uiPriority w:val="99"/>
    <w:unhideWhenUsed/>
    <w:rsid w:val="0029639D"/>
    <w:pPr>
      <w:spacing w:after="120"/>
      <w:ind w:left="1080"/>
      <w:contextualSpacing/>
    </w:pPr>
  </w:style>
  <w:style w:type="paragraph" w:styleId="Makrotext">
    <w:name w:val="macro"/>
    <w:link w:val="MakrotextZchn"/>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xtZchn">
    <w:name w:val="Makrotext Zchn"/>
    <w:basedOn w:val="Absatz-Standardschriftart"/>
    <w:link w:val="Makrotext"/>
    <w:uiPriority w:val="99"/>
    <w:rsid w:val="0029639D"/>
    <w:rPr>
      <w:rFonts w:ascii="Courier" w:hAnsi="Courier"/>
      <w:sz w:val="20"/>
      <w:szCs w:val="20"/>
    </w:rPr>
  </w:style>
  <w:style w:type="paragraph" w:styleId="Zitat">
    <w:name w:val="Quote"/>
    <w:basedOn w:val="Standard"/>
    <w:next w:val="Standard"/>
    <w:link w:val="ZitatZchn"/>
    <w:uiPriority w:val="29"/>
    <w:qFormat/>
    <w:rsid w:val="00FC693F"/>
    <w:rPr>
      <w:i/>
      <w:iCs/>
      <w:color w:val="000000" w:themeColor="text1"/>
    </w:rPr>
  </w:style>
  <w:style w:type="character" w:customStyle="1" w:styleId="ZitatZchn">
    <w:name w:val="Zitat Zchn"/>
    <w:basedOn w:val="Absatz-Standardschriftart"/>
    <w:link w:val="Zitat"/>
    <w:uiPriority w:val="29"/>
    <w:rsid w:val="00FC693F"/>
    <w:rPr>
      <w:i/>
      <w:iCs/>
      <w:color w:val="000000" w:themeColor="text1"/>
    </w:rPr>
  </w:style>
  <w:style w:type="character" w:customStyle="1" w:styleId="berschrift4Zchn">
    <w:name w:val="Überschrift 4 Zchn"/>
    <w:basedOn w:val="Absatz-Standardschriftart"/>
    <w:link w:val="berschrift4"/>
    <w:uiPriority w:val="9"/>
    <w:semiHidden/>
    <w:rsid w:val="00FC693F"/>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FC693F"/>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FC693F"/>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FC693F"/>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FC693F"/>
    <w:rPr>
      <w:rFonts w:asciiTheme="majorHAnsi" w:eastAsiaTheme="majorEastAsia" w:hAnsiTheme="majorHAnsi" w:cstheme="majorBidi"/>
      <w:color w:val="4F81BD" w:themeColor="accent1"/>
      <w:sz w:val="20"/>
      <w:szCs w:val="20"/>
    </w:rPr>
  </w:style>
  <w:style w:type="character" w:customStyle="1" w:styleId="berschrift9Zchn">
    <w:name w:val="Überschrift 9 Zchn"/>
    <w:basedOn w:val="Absatz-Standardschriftart"/>
    <w:link w:val="berschrift9"/>
    <w:uiPriority w:val="9"/>
    <w:semiHidden/>
    <w:rsid w:val="00FC693F"/>
    <w:rPr>
      <w:rFonts w:asciiTheme="majorHAnsi" w:eastAsiaTheme="majorEastAsia" w:hAnsiTheme="majorHAnsi" w:cstheme="majorBidi"/>
      <w:i/>
      <w:iCs/>
      <w:color w:val="404040" w:themeColor="text1" w:themeTint="BF"/>
      <w:sz w:val="20"/>
      <w:szCs w:val="20"/>
    </w:rPr>
  </w:style>
  <w:style w:type="paragraph" w:styleId="Beschriftung">
    <w:name w:val="caption"/>
    <w:basedOn w:val="Standard"/>
    <w:next w:val="Standard"/>
    <w:uiPriority w:val="35"/>
    <w:semiHidden/>
    <w:unhideWhenUsed/>
    <w:qFormat/>
    <w:rsid w:val="00FC693F"/>
    <w:pPr>
      <w:spacing w:line="240" w:lineRule="auto"/>
    </w:pPr>
    <w:rPr>
      <w:b/>
      <w:bCs/>
      <w:color w:val="4F81BD" w:themeColor="accent1"/>
      <w:sz w:val="18"/>
      <w:szCs w:val="18"/>
    </w:rPr>
  </w:style>
  <w:style w:type="character" w:styleId="Fett">
    <w:name w:val="Strong"/>
    <w:basedOn w:val="Absatz-Standardschriftart"/>
    <w:uiPriority w:val="22"/>
    <w:qFormat/>
    <w:rsid w:val="00FC693F"/>
    <w:rPr>
      <w:b/>
      <w:bCs/>
    </w:rPr>
  </w:style>
  <w:style w:type="character" w:styleId="Hervorhebung">
    <w:name w:val="Emphasis"/>
    <w:basedOn w:val="Absatz-Standardschriftart"/>
    <w:uiPriority w:val="20"/>
    <w:qFormat/>
    <w:rsid w:val="00FC693F"/>
    <w:rPr>
      <w:i/>
      <w:iCs/>
    </w:rPr>
  </w:style>
  <w:style w:type="paragraph" w:styleId="IntensivesZitat">
    <w:name w:val="Intense Quote"/>
    <w:basedOn w:val="Standard"/>
    <w:next w:val="Standard"/>
    <w:link w:val="IntensivesZitatZchn"/>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FC693F"/>
    <w:rPr>
      <w:b/>
      <w:bCs/>
      <w:i/>
      <w:iCs/>
      <w:color w:val="4F81BD" w:themeColor="accent1"/>
    </w:rPr>
  </w:style>
  <w:style w:type="character" w:styleId="SchwacheHervorhebung">
    <w:name w:val="Subtle Emphasis"/>
    <w:basedOn w:val="Absatz-Standardschriftart"/>
    <w:uiPriority w:val="19"/>
    <w:qFormat/>
    <w:rsid w:val="00FC693F"/>
    <w:rPr>
      <w:i/>
      <w:iCs/>
      <w:color w:val="808080" w:themeColor="text1" w:themeTint="7F"/>
    </w:rPr>
  </w:style>
  <w:style w:type="character" w:styleId="IntensiveHervorhebung">
    <w:name w:val="Intense Emphasis"/>
    <w:basedOn w:val="Absatz-Standardschriftart"/>
    <w:uiPriority w:val="21"/>
    <w:qFormat/>
    <w:rsid w:val="00FC693F"/>
    <w:rPr>
      <w:b/>
      <w:bCs/>
      <w:i/>
      <w:iCs/>
      <w:color w:val="4F81BD" w:themeColor="accent1"/>
    </w:rPr>
  </w:style>
  <w:style w:type="character" w:styleId="SchwacherVerweis">
    <w:name w:val="Subtle Reference"/>
    <w:basedOn w:val="Absatz-Standardschriftart"/>
    <w:uiPriority w:val="31"/>
    <w:qFormat/>
    <w:rsid w:val="00FC693F"/>
    <w:rPr>
      <w:smallCaps/>
      <w:color w:val="C0504D" w:themeColor="accent2"/>
      <w:u w:val="single"/>
    </w:rPr>
  </w:style>
  <w:style w:type="character" w:styleId="IntensiverVerweis">
    <w:name w:val="Intense Reference"/>
    <w:basedOn w:val="Absatz-Standardschriftart"/>
    <w:uiPriority w:val="32"/>
    <w:qFormat/>
    <w:rsid w:val="00FC693F"/>
    <w:rPr>
      <w:b/>
      <w:bCs/>
      <w:smallCaps/>
      <w:color w:val="C0504D" w:themeColor="accent2"/>
      <w:spacing w:val="5"/>
      <w:u w:val="single"/>
    </w:rPr>
  </w:style>
  <w:style w:type="character" w:styleId="Buchtitel">
    <w:name w:val="Book Title"/>
    <w:basedOn w:val="Absatz-Standardschriftart"/>
    <w:uiPriority w:val="33"/>
    <w:qFormat/>
    <w:rsid w:val="00FC693F"/>
    <w:rPr>
      <w:b/>
      <w:bCs/>
      <w:smallCaps/>
      <w:spacing w:val="5"/>
    </w:rPr>
  </w:style>
  <w:style w:type="paragraph" w:styleId="Inhaltsverzeichnisberschrift">
    <w:name w:val="TOC Heading"/>
    <w:basedOn w:val="berschrift1"/>
    <w:next w:val="Standard"/>
    <w:uiPriority w:val="39"/>
    <w:semiHidden/>
    <w:unhideWhenUsed/>
    <w:qFormat/>
    <w:rsid w:val="00FC693F"/>
    <w:pPr>
      <w:outlineLvl w:val="9"/>
    </w:pPr>
  </w:style>
  <w:style w:type="table" w:styleId="Tabellenraster">
    <w:name w:val="Table Grid"/>
    <w:basedOn w:val="NormaleTabel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chattierung">
    <w:name w:val="Light Shading"/>
    <w:basedOn w:val="NormaleTabel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Liste">
    <w:name w:val="Light List"/>
    <w:basedOn w:val="NormaleTabel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Raster">
    <w:name w:val="Light Grid"/>
    <w:basedOn w:val="NormaleTabel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ittlereSchattierung1">
    <w:name w:val="Medium Shading 1"/>
    <w:basedOn w:val="NormaleTabel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Liste1">
    <w:name w:val="Medium List 1"/>
    <w:basedOn w:val="NormaleTabel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Raster1">
    <w:name w:val="Medium Grid 1"/>
    <w:basedOn w:val="NormaleTabel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unkleListe">
    <w:name w:val="Dark List"/>
    <w:basedOn w:val="NormaleTabel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bigeSchattierung">
    <w:name w:val="Colorful Shading"/>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Liste">
    <w:name w:val="Colorful List"/>
    <w:basedOn w:val="NormaleTabel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Raster">
    <w:name w:val="Colorful Grid"/>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olle">
    <w:name w:val="Rolle"/>
    <w:pPr>
      <w:spacing w:before="120" w:after="20"/>
    </w:pPr>
    <w:rPr>
      <w:rFonts w:ascii="Arial" w:hAnsi="Arial"/>
      <w:b/>
      <w:sz w:val="20"/>
    </w:rPr>
  </w:style>
  <w:style w:type="paragraph" w:customStyle="1" w:styleId="Regie">
    <w:name w:val="Regie"/>
    <w:pPr>
      <w:spacing w:after="60"/>
      <w:ind w:left="283"/>
    </w:pPr>
    <w:rPr>
      <w:rFonts w:ascii="Arial" w:hAnsi="Arial"/>
      <w:i/>
      <w:sz w:val="19"/>
    </w:rPr>
  </w:style>
  <w:style w:type="paragraph" w:customStyle="1" w:styleId="OTon">
    <w:name w:val="OTon"/>
    <w:pPr>
      <w:spacing w:after="100"/>
      <w:ind w:left="397" w:right="227"/>
    </w:pPr>
    <w:rPr>
      <w:rFonts w:ascii="Arial" w:hAnsi="Arial"/>
      <w:sz w:val="20"/>
    </w:rPr>
  </w:style>
  <w:style w:type="paragraph" w:styleId="Kommentartext">
    <w:name w:val="annotation text"/>
    <w:basedOn w:val="Standard"/>
    <w:link w:val="KommentartextZchn"/>
    <w:uiPriority w:val="99"/>
    <w:semiHidden/>
    <w:unhideWhenUsed/>
    <w:pPr>
      <w:spacing w:line="240" w:lineRule="auto"/>
    </w:pPr>
    <w:rPr>
      <w:sz w:val="20"/>
      <w:szCs w:val="20"/>
    </w:rPr>
  </w:style>
  <w:style w:type="character" w:customStyle="1" w:styleId="KommentartextZchn">
    <w:name w:val="Kommentartext Zchn"/>
    <w:basedOn w:val="Absatz-Standardschriftart"/>
    <w:link w:val="Kommentartext"/>
    <w:uiPriority w:val="99"/>
    <w:semiHidden/>
    <w:rPr>
      <w:rFonts w:ascii="Arial" w:hAnsi="Arial"/>
      <w:sz w:val="20"/>
      <w:szCs w:val="20"/>
    </w:rPr>
  </w:style>
  <w:style w:type="character" w:styleId="Kommentarzeichen">
    <w:name w:val="annotation reference"/>
    <w:basedOn w:val="Absatz-Standardschriftart"/>
    <w:uiPriority w:val="99"/>
    <w:semiHidden/>
    <w:unhideWhenUsed/>
    <w:rPr>
      <w:sz w:val="16"/>
      <w:szCs w:val="16"/>
    </w:rPr>
  </w:style>
  <w:style w:type="character" w:styleId="Hyperlink">
    <w:name w:val="Hyperlink"/>
    <w:uiPriority w:val="99"/>
    <w:unhideWhenUsed/>
    <w:rsid w:val="00282659"/>
    <w:rPr>
      <w:color w:val="0563C1"/>
      <w:u w:val="single"/>
    </w:rPr>
  </w:style>
  <w:style w:type="character" w:styleId="NichtaufgelsteErwhnung">
    <w:name w:val="Unresolved Mention"/>
    <w:basedOn w:val="Absatz-Standardschriftart"/>
    <w:uiPriority w:val="99"/>
    <w:semiHidden/>
    <w:unhideWhenUsed/>
    <w:rsid w:val="002826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usbildung.gesundheitsverbund.a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esundheitsverbund.at/"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klinikkosmos@gesundheitsverbund.a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c9a4527-16b0-4b55-b803-fe72fd9d61d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05BA248F7F3E41B7FFD5CCEF11F9C2" ma:contentTypeVersion="10" ma:contentTypeDescription="Create a new document." ma:contentTypeScope="" ma:versionID="dfafff77db530f780950505abb0db79c">
  <xsd:schema xmlns:xsd="http://www.w3.org/2001/XMLSchema" xmlns:xs="http://www.w3.org/2001/XMLSchema" xmlns:p="http://schemas.microsoft.com/office/2006/metadata/properties" xmlns:ns3="bc9a4527-16b0-4b55-b803-fe72fd9d61de" targetNamespace="http://schemas.microsoft.com/office/2006/metadata/properties" ma:root="true" ma:fieldsID="bc48a47c8cc79e5e47489e4cbfbd7338" ns3:_="">
    <xsd:import namespace="bc9a4527-16b0-4b55-b803-fe72fd9d61de"/>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9a4527-16b0-4b55-b803-fe72fd9d61d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E3B9F2-0F8B-4AA6-B252-EC8E933A3E00}">
  <ds:schemaRefs>
    <ds:schemaRef ds:uri="http://schemas.microsoft.com/office/2006/metadata/properties"/>
    <ds:schemaRef ds:uri="http://schemas.microsoft.com/office/infopath/2007/PartnerControls"/>
    <ds:schemaRef ds:uri="bc9a4527-16b0-4b55-b803-fe72fd9d61de"/>
  </ds:schemaRefs>
</ds:datastoreItem>
</file>

<file path=customXml/itemProps2.xml><?xml version="1.0" encoding="utf-8"?>
<ds:datastoreItem xmlns:ds="http://schemas.openxmlformats.org/officeDocument/2006/customXml" ds:itemID="{E9F78AA7-C2FD-4D9D-825B-D7637983A87A}">
  <ds:schemaRefs>
    <ds:schemaRef ds:uri="http://schemas.microsoft.com/sharepoint/v3/contenttype/forms"/>
  </ds:schemaRefs>
</ds:datastoreItem>
</file>

<file path=customXml/itemProps3.xml><?xml version="1.0" encoding="utf-8"?>
<ds:datastoreItem xmlns:ds="http://schemas.openxmlformats.org/officeDocument/2006/customXml" ds:itemID="{E9BD1A82-F62D-4474-AC0D-C8BC467EDC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9a4527-16b0-4b55-b803-fe72fd9d61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5998</Words>
  <Characters>37790</Characters>
  <Application>Microsoft Office Word</Application>
  <DocSecurity>0</DocSecurity>
  <Lines>314</Lines>
  <Paragraphs>87</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43701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Schwetz Lisa</cp:lastModifiedBy>
  <cp:revision>7</cp:revision>
  <cp:lastPrinted>2026-08-06T06:24:00Z</cp:lastPrinted>
  <dcterms:created xsi:type="dcterms:W3CDTF">2026-08-31T13:13:00Z</dcterms:created>
  <dcterms:modified xsi:type="dcterms:W3CDTF">2026-09-02T15:04:00Z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0x0101000B05BA248F7F3E41B7FFD5CCEF11F9C2</vt:lpwstr>
  </property>
</Properties>
</file>